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Call of Duty: Black Ops 6 launches with new accessibility features and faces a ban in Kuwait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Call of Duty: Black Ops 6 Launches with New Accessibility Features and Faces a Ban in Kuwait</w:t>
      </w:r>
      <w:r/>
    </w:p>
    <w:p>
      <w:r/>
      <w:r>
        <w:t>In a significant release from Microsoft Corp.'s Activision unit, Call of Duty: Black Ops 6 made its debut across major gaming platforms on 25 October 2023. This release continues the legacy of the popular Black Ops series, introducing new gameplay modes and a strong emphasis on accessibility features intended to cater to a diverse array of player needs.</w:t>
      </w:r>
      <w:r/>
    </w:p>
    <w:p>
      <w:r/>
      <w:r>
        <w:t>Among the notable advancements is the introduction of the "Arachnophobia Mode" within the game's Zombies mode. Developed by Treyarch, this mode caters to players who may be uncomfortable with spider-like creatures. Rather than modifying the appearance by making these creatures less spider-like or cartoonish, the game simply removes their legs, creating a floating entity. This approach is distinct from other games like Grounded and Satisfactory, which offer different spider representation options.</w:t>
      </w:r>
      <w:r/>
    </w:p>
    <w:p>
      <w:r/>
      <w:r>
        <w:t>Additionally, Black Ops 6 has incorporated various audio and visual accessibility features. These include asymmetrical hearing compensation, which allows players to independently adjust the audio for each ear, specifically benefiting those with hearing challenges. The game also offers an updated High Contrast mode to assist players with vision impairments or colour blindness, providing options for toggling dark backgrounds and customising character outlines.</w:t>
      </w:r>
      <w:r/>
    </w:p>
    <w:p>
      <w:r/>
      <w:r>
        <w:t>To address mobility limitations, Black Ops 6 introduces the Intelligent Movement feature, minimising the need for complex button and joystick inputs. Players will also find enhanced HUD (heads-up display) customisation, allowing them to modify layouts and adjust minimap colours. The game supports the Xbox Adaptive Controller and Sony Access Controller, offering more inclusive gameplay.</w:t>
      </w:r>
      <w:r/>
    </w:p>
    <w:p>
      <w:r/>
      <w:r>
        <w:t>Despite its advancements, the game's launch did not proceed seamlessly everywhere. In Kuwait, the game has been effectively banned. Activision confirmed that the Kuwaiti government has not approved the sale of Black Ops 6 in the country. This decision has been attributed to the game's setting, which is deeply interwoven with the events of the 1991 Gulf War. The storyline includes re-enactments and archival footage from the era, which involve notable leaders and politically sensitive material.</w:t>
      </w:r>
      <w:r/>
    </w:p>
    <w:p>
      <w:r/>
      <w:r>
        <w:t>The denial has seen Activision cancel and refund pre-orders in Kuwait. The company expressed hope that the Kuwaiti authorities might reconsider the ban, allowing local gamers the chance to engage with this new chapter in the Black Ops series. However, the Kuwaiti government has yet to comment on the matter.</w:t>
      </w:r>
      <w:r/>
    </w:p>
    <w:p>
      <w:r/>
      <w:r>
        <w:t>The new game also features strategies for earning Double XP, which remains a priority for players striving to level up quickly. Players can anticipate Double XP weekends and participate in special events or promotions linked to products like Monster Energy drinks and Little Caesars purchases to gain additional XP boosts.</w:t>
      </w:r>
      <w:r/>
    </w:p>
    <w:p>
      <w:r/>
      <w:r>
        <w:t>Additionally, the game's launch aligns with collaborative hardware promotions. SteelSeries has created a Zombies-themed collection of gaming accessories, offering in-game bonuses. Other gaming brands like Corsair have released related gaming hardware including PCs and peripherals designed specifically for Black Ops 6 enthusiasts.</w:t>
      </w:r>
      <w:r/>
    </w:p>
    <w:p>
      <w:r/>
      <w:r>
        <w:t>Overall, Call of Duty: Black Ops 6 has initiated a strong launch, balancing its appeal through innovative accessibility options while facing challenges in specific markets like Kuwait. The global gaming community continues to follow these developments closely, curious about the impact of its storyline and gameplay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https://en.wikipedia.org/wiki/Call_of_Duty:_Black_Ops_6</w:t>
        </w:r>
      </w:hyperlink>
      <w:r>
        <w:t xml:space="preserve"> - Corroborates the release date of Call of Duty: Black Ops 6 on October 25, 2024, and the platforms it is available on.</w:t>
      </w:r>
      <w:r/>
    </w:p>
    <w:p>
      <w:pPr>
        <w:pStyle w:val="ListNumber"/>
        <w:spacing w:line="240" w:lineRule="auto"/>
        <w:ind w:left="720"/>
      </w:pPr>
      <w:r/>
      <w:hyperlink r:id="rId10">
        <w:r>
          <w:rPr>
            <w:color w:val="0000EE"/>
            <w:u w:val="single"/>
          </w:rPr>
          <w:t>https://en.wikipedia.org/wiki/Call_of_Duty:_Black_Ops_6</w:t>
        </w:r>
      </w:hyperlink>
      <w:r>
        <w:t xml:space="preserve"> - Provides details on the game's development, including the involvement of Treyarch and Raven Software, and the game's setting in 1991.</w:t>
      </w:r>
      <w:r/>
    </w:p>
    <w:p>
      <w:pPr>
        <w:pStyle w:val="ListNumber"/>
        <w:spacing w:line="240" w:lineRule="auto"/>
        <w:ind w:left="720"/>
      </w:pPr>
      <w:r/>
      <w:hyperlink r:id="rId11">
        <w:r>
          <w:rPr>
            <w:color w:val="0000EE"/>
            <w:u w:val="single"/>
          </w:rPr>
          <w:t>https://www.theverge.com/2024/10/24/24278406/call-of-duty-black-ops-6-nvidia-geforce-now-streaming</w:t>
        </w:r>
      </w:hyperlink>
      <w:r>
        <w:t xml:space="preserve"> - Mentions the game's availability on cloud gaming platforms like Nvidia’s GeForce Now.</w:t>
      </w:r>
      <w:r/>
    </w:p>
    <w:p>
      <w:pPr>
        <w:pStyle w:val="ListNumber"/>
        <w:spacing w:line="240" w:lineRule="auto"/>
        <w:ind w:left="720"/>
      </w:pPr>
      <w:r/>
      <w:hyperlink r:id="rId10">
        <w:r>
          <w:rPr>
            <w:color w:val="0000EE"/>
            <w:u w:val="single"/>
          </w:rPr>
          <w:t>https://en.wikipedia.org/wiki/Call_of_Duty:_Black_Ops_6</w:t>
        </w:r>
      </w:hyperlink>
      <w:r>
        <w:t xml:space="preserve"> - Details the game's modes, including single-player, multiplayer, and Zombies mode, as well as new features like the Prestige leveling system.</w:t>
      </w:r>
      <w:r/>
    </w:p>
    <w:p>
      <w:pPr>
        <w:pStyle w:val="ListNumber"/>
        <w:spacing w:line="240" w:lineRule="auto"/>
        <w:ind w:left="720"/>
      </w:pPr>
      <w:r/>
      <w:hyperlink r:id="rId12">
        <w:r>
          <w:rPr>
            <w:color w:val="0000EE"/>
            <w:u w:val="single"/>
          </w:rPr>
          <w:t>https://www.callofduty.com/blackops6</w:t>
        </w:r>
      </w:hyperlink>
      <w:r>
        <w:t xml:space="preserve"> - Provides information on the multiplayer mode, including new maps and game modes.</w:t>
      </w:r>
      <w:r/>
    </w:p>
    <w:p>
      <w:pPr>
        <w:pStyle w:val="ListNumber"/>
        <w:spacing w:line="240" w:lineRule="auto"/>
        <w:ind w:left="720"/>
      </w:pPr>
      <w:r/>
      <w:hyperlink r:id="rId10">
        <w:r>
          <w:rPr>
            <w:color w:val="0000EE"/>
            <w:u w:val="single"/>
          </w:rPr>
          <w:t>https://en.wikipedia.org/wiki/Call_of_Duty:_Black_Ops_6</w:t>
        </w:r>
      </w:hyperlink>
      <w:r>
        <w:t xml:space="preserve"> - Explains the game's requirement for a continuous internet connection to ensure best visual quality via texture streaming.</w:t>
      </w:r>
      <w:r/>
    </w:p>
    <w:p>
      <w:pPr>
        <w:pStyle w:val="ListNumber"/>
        <w:spacing w:line="240" w:lineRule="auto"/>
        <w:ind w:left="720"/>
      </w:pPr>
      <w:r/>
      <w:hyperlink r:id="rId9">
        <w:r>
          <w:rPr>
            <w:color w:val="0000EE"/>
            <w:u w:val="single"/>
          </w:rPr>
          <w:t>https://www.noahwire.com</w:t>
        </w:r>
      </w:hyperlink>
      <w:r>
        <w:t xml:space="preserve"> - While not directly linked here, this is the source mentioned for the information about the game's launch, accessibility features, and the ban in Kuwait.</w:t>
      </w:r>
      <w:r/>
    </w:p>
    <w:p>
      <w:pPr>
        <w:pStyle w:val="ListNumber"/>
        <w:spacing w:line="240" w:lineRule="auto"/>
        <w:ind w:left="720"/>
      </w:pPr>
      <w:r/>
      <w:hyperlink r:id="rId10">
        <w:r>
          <w:rPr>
            <w:color w:val="0000EE"/>
            <w:u w:val="single"/>
          </w:rPr>
          <w:t>https://en.wikipedia.org/wiki/Call_of_Duty:_Black_Ops_6</w:t>
        </w:r>
      </w:hyperlink>
      <w:r>
        <w:t xml:space="preserve"> - Mentions the marketing and pre-launch activities, including early access to the open beta test for pre-orderers and Xbox Game Pass subscribers.</w:t>
      </w:r>
      <w:r/>
    </w:p>
    <w:p>
      <w:pPr>
        <w:pStyle w:val="ListNumber"/>
        <w:spacing w:line="240" w:lineRule="auto"/>
        <w:ind w:left="720"/>
      </w:pPr>
      <w:r/>
      <w:hyperlink r:id="rId13">
        <w:r>
          <w:rPr>
            <w:color w:val="0000EE"/>
            <w:u w:val="single"/>
          </w:rPr>
          <w:t>https://www.forbes.com/sites/erikkain/2024/10/25/heres-the-exact-time-call-of-duty-black-ops-6-launches-in-every-time-zone/</w:t>
        </w:r>
      </w:hyperlink>
      <w:r>
        <w:t xml:space="preserve"> - Provides the exact launch times for Call of Duty: Black Ops 6 in different time zones.</w:t>
      </w:r>
      <w:r/>
    </w:p>
    <w:p>
      <w:pPr>
        <w:pStyle w:val="ListNumber"/>
        <w:spacing w:line="240" w:lineRule="auto"/>
        <w:ind w:left="720"/>
      </w:pPr>
      <w:r/>
      <w:hyperlink r:id="rId10">
        <w:r>
          <w:rPr>
            <w:color w:val="0000EE"/>
            <w:u w:val="single"/>
          </w:rPr>
          <w:t>https://en.wikipedia.org/wiki/Call_of_Duty:_Black_Ops_6</w:t>
        </w:r>
      </w:hyperlink>
      <w:r>
        <w:t xml:space="preserve"> - Discusses the lack of exclusivity deals for the game across different platforms following Microsoft's acquisition of Activision Blizzard.</w:t>
      </w:r>
      <w:r/>
    </w:p>
    <w:p>
      <w:pPr>
        <w:pStyle w:val="ListNumber"/>
        <w:spacing w:line="240" w:lineRule="auto"/>
        <w:ind w:left="720"/>
      </w:pPr>
      <w:r/>
      <w:hyperlink r:id="rId12">
        <w:r>
          <w:rPr>
            <w:color w:val="0000EE"/>
            <w:u w:val="single"/>
          </w:rPr>
          <w:t>https://www.callofduty.com/blackops6</w:t>
        </w:r>
      </w:hyperlink>
      <w:r>
        <w:t xml:space="preserve"> - Details the game's accessibility features, though the specific features mentioned in the query are not explicitly listed here; however, it supports the overall emphasis on accessibility.</w:t>
      </w:r>
      <w:r/>
    </w:p>
    <w:p>
      <w:pPr>
        <w:pStyle w:val="ListNumber"/>
        <w:spacing w:line="240" w:lineRule="auto"/>
        <w:ind w:left="720"/>
      </w:pPr>
      <w:r/>
      <w:hyperlink r:id="rId14">
        <w:r>
          <w:rPr>
            <w:color w:val="0000EE"/>
            <w:u w:val="single"/>
          </w:rPr>
          <w:t>https://www.benzinga.com/general/gaming/24/10/41554855/call-of-duty-black-ops-6s-arachnophobia-mode-redesigns-zombie-spiders-and-its-terrifying</w:t>
        </w:r>
      </w:hyperlink>
      <w:r>
        <w:t xml:space="preserve"> - Please view link - unable to able to access data</w:t>
      </w:r>
      <w:r/>
    </w:p>
    <w:p>
      <w:pPr>
        <w:pStyle w:val="ListNumber"/>
        <w:spacing w:line="240" w:lineRule="auto"/>
        <w:ind w:left="720"/>
      </w:pPr>
      <w:r/>
      <w:hyperlink r:id="rId15">
        <w:r>
          <w:rPr>
            <w:color w:val="0000EE"/>
            <w:u w:val="single"/>
          </w:rPr>
          <w:t>https://www.pcgamer.com/games/fps/call-of-duty-black-ops-6-is-effectively-banned-in-kuwait-so-activision-is-issuing-refunds-for-pre-orders-we-remain-hopeful-that-local-authorities-will-reconsider/</w:t>
        </w:r>
      </w:hyperlink>
      <w:r>
        <w:t xml:space="preserve"> - Please view link - unable to able to access data</w:t>
      </w:r>
      <w:r/>
    </w:p>
    <w:p>
      <w:pPr>
        <w:pStyle w:val="ListNumber"/>
        <w:spacing w:line="240" w:lineRule="auto"/>
        <w:ind w:left="720"/>
      </w:pPr>
      <w:r/>
      <w:hyperlink r:id="rId16">
        <w:r>
          <w:rPr>
            <w:color w:val="0000EE"/>
            <w:u w:val="single"/>
          </w:rPr>
          <w:t>https://insider-gaming.com/how-to-get-double-xp-in-black-ops-6/</w:t>
        </w:r>
      </w:hyperlink>
      <w:r>
        <w:t xml:space="preserve"> - Please view link - unable to able to access data</w:t>
      </w:r>
      <w:r/>
    </w:p>
    <w:p>
      <w:pPr>
        <w:pStyle w:val="ListNumber"/>
        <w:spacing w:line="240" w:lineRule="auto"/>
        <w:ind w:left="720"/>
      </w:pPr>
      <w:r/>
      <w:hyperlink r:id="rId17">
        <w:r>
          <w:rPr>
            <w:color w:val="0000EE"/>
            <w:u w:val="single"/>
          </w:rPr>
          <w:t>https://www.cbsnews.com/video/activision-to-use-ai-to-keep-cheaters-off-new-call-of-duty-game/</w:t>
        </w:r>
      </w:hyperlink>
      <w:r>
        <w:t xml:space="preserve"> - Please view link - unable to able to access data</w:t>
      </w:r>
      <w:r/>
    </w:p>
    <w:p>
      <w:pPr>
        <w:pStyle w:val="ListNumber"/>
        <w:spacing w:line="240" w:lineRule="auto"/>
        <w:ind w:left="720"/>
      </w:pPr>
      <w:r/>
      <w:hyperlink r:id="rId18">
        <w:r>
          <w:rPr>
            <w:color w:val="0000EE"/>
            <w:u w:val="single"/>
          </w:rPr>
          <w:t>https://www.gamespot.com/articles/call-of-duty-zombies-steelseries-gaming-headset-bundle-launches-alongside-black-ops-6/1100-6527400/?ftag=CAD-01-10abi2f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Call_of_Duty:_Black_Ops_6" TargetMode="External"/><Relationship Id="rId11" Type="http://schemas.openxmlformats.org/officeDocument/2006/relationships/hyperlink" Target="https://www.theverge.com/2024/10/24/24278406/call-of-duty-black-ops-6-nvidia-geforce-now-streaming" TargetMode="External"/><Relationship Id="rId12" Type="http://schemas.openxmlformats.org/officeDocument/2006/relationships/hyperlink" Target="https://www.callofduty.com/blackops6" TargetMode="External"/><Relationship Id="rId13" Type="http://schemas.openxmlformats.org/officeDocument/2006/relationships/hyperlink" Target="https://www.forbes.com/sites/erikkain/2024/10/25/heres-the-exact-time-call-of-duty-black-ops-6-launches-in-every-time-zone/" TargetMode="External"/><Relationship Id="rId14" Type="http://schemas.openxmlformats.org/officeDocument/2006/relationships/hyperlink" Target="https://www.benzinga.com/general/gaming/24/10/41554855/call-of-duty-black-ops-6s-arachnophobia-mode-redesigns-zombie-spiders-and-its-terrifying" TargetMode="External"/><Relationship Id="rId15" Type="http://schemas.openxmlformats.org/officeDocument/2006/relationships/hyperlink" Target="https://www.pcgamer.com/games/fps/call-of-duty-black-ops-6-is-effectively-banned-in-kuwait-so-activision-is-issuing-refunds-for-pre-orders-we-remain-hopeful-that-local-authorities-will-reconsider/" TargetMode="External"/><Relationship Id="rId16" Type="http://schemas.openxmlformats.org/officeDocument/2006/relationships/hyperlink" Target="https://insider-gaming.com/how-to-get-double-xp-in-black-ops-6/" TargetMode="External"/><Relationship Id="rId17" Type="http://schemas.openxmlformats.org/officeDocument/2006/relationships/hyperlink" Target="https://www.cbsnews.com/video/activision-to-use-ai-to-keep-cheaters-off-new-call-of-duty-game/" TargetMode="External"/><Relationship Id="rId18" Type="http://schemas.openxmlformats.org/officeDocument/2006/relationships/hyperlink" Target="https://www.gamespot.com/articles/call-of-duty-zombies-steelseries-gaming-headset-bundle-launches-alongside-black-ops-6/1100-6527400/?ftag=CAD-01-10abi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