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Camunda enhances automation capabilities with new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Berlin-based software company Camunda has expanded its range of automation tools with new features designed to streamline process management and eliminate isolated automation systems. Unveiled recently, the enhancements include "out-of-the-box" Robotic Process Automation (RPA), Intelligent Document Processing (IDP), and AI co-pilot capabilities. These are aimed at enabling organisations to construct comprehensive, end-to-end automation solutions effectively.</w:t>
      </w:r>
      <w:r/>
    </w:p>
    <w:p>
      <w:r/>
      <w:r>
        <w:t>Camunda occupies a leadership position in process orchestration and continues to address the issue of fragmented automation landscapes with its latest innovations. Organisations often face challenges due to disparate, task-oriented solutions that create silos and hinder the full potential of automation. The new capabilities introduced by Camunda facilitate the integration of various automation technologies, allowing companies to assemble architectures tailored to their specific needs—whether they involve best-of-breed, blended, or a fully Camunda-driven automation solution.</w:t>
      </w:r>
      <w:r/>
    </w:p>
    <w:p>
      <w:r/>
      <w:r>
        <w:t>The company has integrated RPA directly into workflow processes. This integration utilises Camunda's composable architecture to embed both existing and newly developed bots, enhancing the transition of isolated task automation into a unified orchestration. Furthermore, the addition of Intelligent Document Processing (IDP) employs artificial intelligence and machine learning to replicate human error-prone tasks like document classification and information extraction, significantly reducing mistakes and processing time.</w:t>
      </w:r>
      <w:r/>
    </w:p>
    <w:p>
      <w:r/>
      <w:r>
        <w:t>Commenting on these developments, Jakob Freund, CEO and Co-Founder of Camunda, stated, "As organisations across the globe lean towards scaling AI and automation, it is crucial they manage their integrated components in a coherent manner. This orchestrated approach is essential to truly capitalise on their investments and maintain a competitive edge. With our flexible, intelligent platform, we aim to assist companies in achieving superior business outcomes through automation."</w:t>
      </w:r>
      <w:r/>
    </w:p>
    <w:p>
      <w:r/>
      <w:r>
        <w:t>Camunda's platform further includes an SAP integration feature, which simplifies SAP system transformations and enhances business responsiveness. This integration allows for seamless process management across both SAP and non-SAP systems, fostering greater agility and reducing risks during SAP S/4HANA migrations.</w:t>
      </w:r>
      <w:r/>
    </w:p>
    <w:p>
      <w:r/>
      <w:r>
        <w:t>Additionally, Camunda's AI-driven Modeler Co-Pilot increases productivity by supporting IT and business users with a unified modelling language. This advancement is seen as a key component in enabling faster and more effective process modelling.</w:t>
      </w:r>
      <w:r/>
    </w:p>
    <w:p>
      <w:r/>
      <w:r>
        <w:t>Looking ahead, Camunda plans to introduce further solutions in the upcoming months, such as iPaaS Integration Flow, Low-code, Intelligent Execution, and Optimization components. These are expected to further empower enterprises in orchestrating and automating their business processes in a modular fashion.</w:t>
      </w:r>
      <w:r/>
    </w:p>
    <w:p>
      <w:r/>
      <w:r>
        <w:t>Discussing the future of AI within process automation, Daniel Meyer, Camunda's CTO, noted, "Our composable architecture enables enterprises to leverage AI easily, integrating its potential into their operations. In the near future, autonomous agentic AI systems, functioning with minimal human intervention, will also become integral components of comprehensive automation solutions, akin to how AI agents function today."</w:t>
      </w:r>
      <w:r/>
    </w:p>
    <w:p>
      <w:r/>
      <w:r>
        <w:t>With these strategic advancements, Camunda continues to strengthen its position in the automation industry, offering businesses advanced tools for better orchestrating and optimising their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https://camunda.com/blog/2022/05/10-cool-features-of-camunda-platform-8/</w:t>
        </w:r>
      </w:hyperlink>
      <w:r>
        <w:t xml:space="preserve"> - This article discusses the new features of Camunda Platform 8, including unlimited horizontal scalability, real-time collaboration, and powerful tools for troubleshooting, which support the claims about streamlined process management and integrated automation solutions.</w:t>
      </w:r>
      <w:r/>
    </w:p>
    <w:p>
      <w:pPr>
        <w:pStyle w:val="ListNumber"/>
        <w:spacing w:line="240" w:lineRule="auto"/>
        <w:ind w:left="720"/>
      </w:pPr>
      <w:r/>
      <w:hyperlink r:id="rId11">
        <w:r>
          <w:rPr>
            <w:color w:val="0000EE"/>
            <w:u w:val="single"/>
          </w:rPr>
          <w:t>https://camunda.com/solutions/process-automation-platform/</w:t>
        </w:r>
      </w:hyperlink>
      <w:r>
        <w:t xml:space="preserve"> - This page details how Camunda's platform helps in building a centralized process automation platform, integrating various automation technologies, and facilitating collaboration between IT and business users, aligning with the article's points on unified orchestration and silo elimination.</w:t>
      </w:r>
      <w:r/>
    </w:p>
    <w:p>
      <w:pPr>
        <w:pStyle w:val="ListNumber"/>
        <w:spacing w:line="240" w:lineRule="auto"/>
        <w:ind w:left="720"/>
      </w:pPr>
      <w:r/>
      <w:hyperlink r:id="rId12">
        <w:r>
          <w:rPr>
            <w:color w:val="0000EE"/>
            <w:u w:val="single"/>
          </w:rPr>
          <w:t>https://www.cio.com/article/2110581/camunda-simplifies-process-automation-with-new-ai-powered-natural-language-features.html</w:t>
        </w:r>
      </w:hyperlink>
      <w:r>
        <w:t xml:space="preserve"> - This article covers Camunda's new AI capabilities, including Camunda Copilot, AI-assisted Form Builder, and AI connectors, which are aimed at simplifying process orchestration and reducing the skill gap for users, supporting the claims about AI co-pilot capabilities.</w:t>
      </w:r>
      <w:r/>
    </w:p>
    <w:p>
      <w:pPr>
        <w:pStyle w:val="ListNumber"/>
        <w:spacing w:line="240" w:lineRule="auto"/>
        <w:ind w:left="720"/>
      </w:pPr>
      <w:r/>
      <w:hyperlink r:id="rId13">
        <w:r>
          <w:rPr>
            <w:color w:val="0000EE"/>
            <w:u w:val="single"/>
          </w:rPr>
          <w:t>https://camunda.com/press_release/camunda-unveils-ai-capabilities-to-streamline-enterprise-journey-from-siloed-automation-to-end-to-end-orchestration/</w:t>
        </w:r>
      </w:hyperlink>
      <w:r>
        <w:t xml:space="preserve"> - This press release announces Camunda's new AI features, such as Camunda Copilot and AI connectors, which help in integrating AI into process orchestration, aligning with the article's discussion on AI integration and end-to-end automation.</w:t>
      </w:r>
      <w:r/>
    </w:p>
    <w:p>
      <w:pPr>
        <w:pStyle w:val="ListNumber"/>
        <w:spacing w:line="240" w:lineRule="auto"/>
        <w:ind w:left="720"/>
      </w:pPr>
      <w:r/>
      <w:hyperlink r:id="rId10">
        <w:r>
          <w:rPr>
            <w:color w:val="0000EE"/>
            <w:u w:val="single"/>
          </w:rPr>
          <w:t>https://camunda.com/blog/2022/05/10-cool-features-of-camunda-platform-8/</w:t>
        </w:r>
      </w:hyperlink>
      <w:r>
        <w:t xml:space="preserve"> - This article mentions the composable architecture of Camunda Platform 8, which supports the integration of RPA and other automation technologies, corroborating the integration of RPA into workflow processes.</w:t>
      </w:r>
      <w:r/>
    </w:p>
    <w:p>
      <w:pPr>
        <w:pStyle w:val="ListNumber"/>
        <w:spacing w:line="240" w:lineRule="auto"/>
        <w:ind w:left="720"/>
      </w:pPr>
      <w:r/>
      <w:hyperlink r:id="rId11">
        <w:r>
          <w:rPr>
            <w:color w:val="0000EE"/>
            <w:u w:val="single"/>
          </w:rPr>
          <w:t>https://camunda.com/solutions/process-automation-platform/</w:t>
        </w:r>
      </w:hyperlink>
      <w:r>
        <w:t xml:space="preserve"> - This page explains how Camunda's platform integrates with various systems, including SAP, to enhance business responsiveness and simplify process management, supporting the claim about SAP integration features.</w:t>
      </w:r>
      <w:r/>
    </w:p>
    <w:p>
      <w:pPr>
        <w:pStyle w:val="ListNumber"/>
        <w:spacing w:line="240" w:lineRule="auto"/>
        <w:ind w:left="720"/>
      </w:pPr>
      <w:r/>
      <w:hyperlink r:id="rId12">
        <w:r>
          <w:rPr>
            <w:color w:val="0000EE"/>
            <w:u w:val="single"/>
          </w:rPr>
          <w:t>https://www.cio.com/article/2110581/camunda-simplifies-process-automation-with-new-ai-powered-natural-language-features.html</w:t>
        </w:r>
      </w:hyperlink>
      <w:r>
        <w:t xml:space="preserve"> - This article discusses the AI-driven Modeler Co-Pilot, which increases productivity by supporting IT and business users with a unified modelling language, aligning with the article's points on AI-driven modelling.</w:t>
      </w:r>
      <w:r/>
    </w:p>
    <w:p>
      <w:pPr>
        <w:pStyle w:val="ListNumber"/>
        <w:spacing w:line="240" w:lineRule="auto"/>
        <w:ind w:left="720"/>
      </w:pPr>
      <w:r/>
      <w:hyperlink r:id="rId13">
        <w:r>
          <w:rPr>
            <w:color w:val="0000EE"/>
            <w:u w:val="single"/>
          </w:rPr>
          <w:t>https://camunda.com/press_release/camunda-unveils-ai-capabilities-to-streamline-enterprise-journey-from-siloed-automation-to-end-to-end-orchestration/</w:t>
        </w:r>
      </w:hyperlink>
      <w:r>
        <w:t xml:space="preserve"> - This press release mentions future solutions like iPaaS Integration Flow, Low-code, Intelligent Execution, and Optimization components, which are expected to further empower enterprises in orchestrating and automating their business processes.</w:t>
      </w:r>
      <w:r/>
    </w:p>
    <w:p>
      <w:pPr>
        <w:pStyle w:val="ListNumber"/>
        <w:spacing w:line="240" w:lineRule="auto"/>
        <w:ind w:left="720"/>
      </w:pPr>
      <w:r/>
      <w:hyperlink r:id="rId10">
        <w:r>
          <w:rPr>
            <w:color w:val="0000EE"/>
            <w:u w:val="single"/>
          </w:rPr>
          <w:t>https://camunda.com/blog/2022/05/10-cool-features-of-camunda-platform-8/</w:t>
        </w:r>
      </w:hyperlink>
      <w:r>
        <w:t xml:space="preserve"> - This article highlights Camunda's focus on real-time collaboration and flexible architecture, which supports the claim about facilitating collaboration between IT and business users and integrating various automation technologies.</w:t>
      </w:r>
      <w:r/>
    </w:p>
    <w:p>
      <w:pPr>
        <w:pStyle w:val="ListNumber"/>
        <w:spacing w:line="240" w:lineRule="auto"/>
        <w:ind w:left="720"/>
      </w:pPr>
      <w:r/>
      <w:hyperlink r:id="rId11">
        <w:r>
          <w:rPr>
            <w:color w:val="0000EE"/>
            <w:u w:val="single"/>
          </w:rPr>
          <w:t>https://camunda.com/solutions/process-automation-platform/</w:t>
        </w:r>
      </w:hyperlink>
      <w:r>
        <w:t xml:space="preserve"> - This page discusses the importance of a centralized automation platform in managing complex, long-running business processes and ensuring scalability, which aligns with the article's discussion on comprehensive automation solutions.</w:t>
      </w:r>
      <w:r/>
    </w:p>
    <w:p>
      <w:pPr>
        <w:pStyle w:val="ListNumber"/>
        <w:spacing w:line="240" w:lineRule="auto"/>
        <w:ind w:left="720"/>
      </w:pPr>
      <w:r/>
      <w:hyperlink r:id="rId12">
        <w:r>
          <w:rPr>
            <w:color w:val="0000EE"/>
            <w:u w:val="single"/>
          </w:rPr>
          <w:t>https://www.cio.com/article/2110581/camunda-simplifies-process-automation-with-new-ai-powered-natural-language-features.html</w:t>
        </w:r>
      </w:hyperlink>
      <w:r>
        <w:t xml:space="preserve"> - This article quotes Camunda's CTO, Daniel Meyer, on the future of AI in process automation, including the integration of autonomous agentic AI systems, supporting the article's discussion on the future of AI in automation.</w:t>
      </w:r>
      <w:r/>
    </w:p>
    <w:p>
      <w:pPr>
        <w:pStyle w:val="ListNumber"/>
        <w:spacing w:line="240" w:lineRule="auto"/>
        <w:ind w:left="720"/>
      </w:pPr>
      <w:r/>
      <w:hyperlink r:id="rId14">
        <w:r>
          <w:rPr>
            <w:color w:val="0000EE"/>
            <w:u w:val="single"/>
          </w:rPr>
          <w:t>https://appdevelopermagazine.com/AI-co-pilot-launched-by-Camunda/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amunda.com/blog/2022/05/10-cool-features-of-camunda-platform-8/" TargetMode="External"/><Relationship Id="rId11" Type="http://schemas.openxmlformats.org/officeDocument/2006/relationships/hyperlink" Target="https://camunda.com/solutions/process-automation-platform/" TargetMode="External"/><Relationship Id="rId12" Type="http://schemas.openxmlformats.org/officeDocument/2006/relationships/hyperlink" Target="https://www.cio.com/article/2110581/camunda-simplifies-process-automation-with-new-ai-powered-natural-language-features.html" TargetMode="External"/><Relationship Id="rId13" Type="http://schemas.openxmlformats.org/officeDocument/2006/relationships/hyperlink" Target="https://camunda.com/press_release/camunda-unveils-ai-capabilities-to-streamline-enterprise-journey-from-siloed-automation-to-end-to-end-orchestration/" TargetMode="External"/><Relationship Id="rId14" Type="http://schemas.openxmlformats.org/officeDocument/2006/relationships/hyperlink" Target="https://appdevelopermagazine.com/AI-co-pilot-launched-by-Camun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