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CentralSquare Technologies launches Citizen Link AI to enhance public safety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CentralSquare Technologies unveiled a groundbreaking advancement in public safety technology at the IACP 2024 conference in Boston. Dubbed Citizen Link AI, this innovative platform is touted as the first of its kind in the United States, offering an integrated suite of artificial intelligence-based tools for enhancing public safety operations.</w:t>
      </w:r>
      <w:r/>
    </w:p>
    <w:p>
      <w:r/>
      <w:r>
        <w:t>The new Citizen Link AI system integrates with a variety of CentralSquare’s existing products, including Pro Suite, Enterprise Suite, ONESolution, and Vertex NG911. It is designed with the primary aim of improving the efficiency of emergency response services by intelligently managing non-emergency 911 calls. This system prioritises urgent calls and redirects non-critical enquiries to suitable alternative services, thus alleviating the burden on overstretched emergency lines.</w:t>
      </w:r>
      <w:r/>
    </w:p>
    <w:p>
      <w:r/>
      <w:r>
        <w:t>Alarmingly, more than 80% of 911 centres across the United States report significant staffing shortages, leading to increased waiting times for citizens requiring immediate assistance. By deploying artificial intelligence to manage routine administrative calls, such as noise complaints involving barking dogs or reports of vandalism, CentralSquare hopes to enable emergency dispatchers to concentrate on life-threatening calls that require urgent intervention.</w:t>
      </w:r>
      <w:r/>
    </w:p>
    <w:p>
      <w:r/>
      <w:r>
        <w:t>Sarah McWhorter, Vice President of Product Management for Public Safety at CentralSquare, highlighted the importance of this technology in addressing staffing shortages at emergency centres. According to McWhorter, the implementation of AI in handling non-emergency calls could dramatically reduce response times, focusing resources on calls that are critical for public safety.</w:t>
      </w:r>
      <w:r/>
    </w:p>
    <w:p>
      <w:r/>
      <w:r>
        <w:t>The Citizen Link AI platform incorporates an AI-powered assistant, supported by Amazon Connect. This assistant efficiently manages non-emergency call queues by responding to frequently asked questions that have been customised by the relevant agency. It is capable of sending hyperlinks via text for additional information and transferring calls when necessary.</w:t>
      </w:r>
      <w:r/>
    </w:p>
    <w:p>
      <w:r/>
      <w:r>
        <w:t>Furthermore, the system is equipped with advanced assistive technologies such as AI and SMS functionalities. These features are particularly important for individuals who are hearing or speech impaired, non-English speakers, or those in peril and unable to speak during an emergency. Notably, if a caller in distress hangs up before a 911 call is connected, the system instantly sends a text message to confirm if the call was intended for emergency services, enabling communication through text if necessary.</w:t>
      </w:r>
      <w:r/>
    </w:p>
    <w:p>
      <w:r/>
      <w:r>
        <w:t>McWhorter emphasised the platform's capability to offer equal access to emergency services, surpassing older systems that relied heavily on the caller’s ability to articulate their situation verbally. This ensures a more equitable and effective method of obtaining necessary assistance during emergencies.</w:t>
      </w:r>
      <w:r/>
    </w:p>
    <w:p>
      <w:r/>
      <w:r>
        <w:t>CentralSquare is currently reaching out to potential early adopters for Citizen Link AI and has invited interested agencies to express their interest via email or through their website. This initial rollout phase is anticipated to pave the way for broader adoption of AI-driven solutions in the public safety sector, marking a significant step toward modernising emergency response infrastructure in the U.S.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https://www.centralsquare.com/news-and-events/press/centralsquare-launches-citizenlink-ai-to-reduce-911-wait-times-for-citizens-by-automatically-handling-non-emergency-calls/</w:t>
        </w:r>
      </w:hyperlink>
      <w:r>
        <w:t xml:space="preserve"> - Corroborates the launch of CitizenLink AI and its purpose of reducing 911 wait times by handling non-emergency calls.</w:t>
      </w:r>
      <w:r/>
    </w:p>
    <w:p>
      <w:pPr>
        <w:pStyle w:val="ListNumber"/>
        <w:spacing w:line="240" w:lineRule="auto"/>
        <w:ind w:left="720"/>
      </w:pPr>
      <w:r/>
      <w:hyperlink r:id="rId11">
        <w:r>
          <w:rPr>
            <w:color w:val="0000EE"/>
            <w:u w:val="single"/>
          </w:rPr>
          <w:t>https://twitter.com/centralsqtech</w:t>
        </w:r>
      </w:hyperlink>
      <w:r>
        <w:t xml:space="preserve"> - Confirms the introduction of Citizen Link AI at the IACP 2024 conference.</w:t>
      </w:r>
      <w:r/>
    </w:p>
    <w:p>
      <w:pPr>
        <w:pStyle w:val="ListNumber"/>
        <w:spacing w:line="240" w:lineRule="auto"/>
        <w:ind w:left="720"/>
      </w:pPr>
      <w:r/>
      <w:hyperlink r:id="rId12">
        <w:r>
          <w:rPr>
            <w:color w:val="0000EE"/>
            <w:u w:val="single"/>
          </w:rPr>
          <w:t>https://www.centralsquare.com/news-and-events/press/page_1</w:t>
        </w:r>
      </w:hyperlink>
      <w:r>
        <w:t xml:space="preserve"> - Provides additional context on CentralSquare's press releases, including the launch of CitizenLink AI.</w:t>
      </w:r>
      <w:r/>
    </w:p>
    <w:p>
      <w:pPr>
        <w:pStyle w:val="ListNumber"/>
        <w:spacing w:line="240" w:lineRule="auto"/>
        <w:ind w:left="720"/>
      </w:pPr>
      <w:r/>
      <w:hyperlink r:id="rId13">
        <w:r>
          <w:rPr>
            <w:color w:val="0000EE"/>
            <w:u w:val="single"/>
          </w:rPr>
          <w:t>https://www.theiacpconference.org/sponsors/centralsquare-technologies/</w:t>
        </w:r>
      </w:hyperlink>
      <w:r>
        <w:t xml:space="preserve"> - Mentions CentralSquare Technologies' involvement in the IACP 2024 conference.</w:t>
      </w:r>
      <w:r/>
    </w:p>
    <w:p>
      <w:pPr>
        <w:pStyle w:val="ListNumber"/>
        <w:spacing w:line="240" w:lineRule="auto"/>
        <w:ind w:left="720"/>
      </w:pPr>
      <w:r/>
      <w:hyperlink r:id="rId10">
        <w:r>
          <w:rPr>
            <w:color w:val="0000EE"/>
            <w:u w:val="single"/>
          </w:rPr>
          <w:t>https://www.centralsquare.com/news-and-events/press/centralsquare-launches-citizenlink-ai-to-reduce-911-wait-times-for-citizens-by-automatically-handling-non-emergency-calls/</w:t>
        </w:r>
      </w:hyperlink>
      <w:r>
        <w:t xml:space="preserve"> - Details the integration of Citizen Link AI with CentralSquare’s existing products like Pro Suite, Enterprise Suite, ONESolution, and Vertex NG911.</w:t>
      </w:r>
      <w:r/>
    </w:p>
    <w:p>
      <w:pPr>
        <w:pStyle w:val="ListNumber"/>
        <w:spacing w:line="240" w:lineRule="auto"/>
        <w:ind w:left="720"/>
      </w:pPr>
      <w:r/>
      <w:hyperlink r:id="rId10">
        <w:r>
          <w:rPr>
            <w:color w:val="0000EE"/>
            <w:u w:val="single"/>
          </w:rPr>
          <w:t>https://www.centralsquare.com/news-and-events/press/centralsquare-launches-citizenlink-ai-to-reduce-911-wait-times-for-citizens-by-automatically-handling-non-emergency-calls/</w:t>
        </w:r>
      </w:hyperlink>
      <w:r>
        <w:t xml:space="preserve"> - Explains how the system prioritizes urgent calls and redirects non-critical enquiries to alternative services.</w:t>
      </w:r>
      <w:r/>
    </w:p>
    <w:p>
      <w:pPr>
        <w:pStyle w:val="ListNumber"/>
        <w:spacing w:line="240" w:lineRule="auto"/>
        <w:ind w:left="720"/>
      </w:pPr>
      <w:r/>
      <w:hyperlink r:id="rId10">
        <w:r>
          <w:rPr>
            <w:color w:val="0000EE"/>
            <w:u w:val="single"/>
          </w:rPr>
          <w:t>https://www.centralsquare.com/news-and-events/press/centralsquare-launches-citizenlink-ai-to-reduce-911-wait-times-for-citizens-by-automatically-handling-non-emergency-calls/</w:t>
        </w:r>
      </w:hyperlink>
      <w:r>
        <w:t xml:space="preserve"> - Highlights the issue of staffing shortages in 911 centers and how Citizen Link AI addresses this by managing routine administrative calls.</w:t>
      </w:r>
      <w:r/>
    </w:p>
    <w:p>
      <w:pPr>
        <w:pStyle w:val="ListNumber"/>
        <w:spacing w:line="240" w:lineRule="auto"/>
        <w:ind w:left="720"/>
      </w:pPr>
      <w:r/>
      <w:hyperlink r:id="rId11">
        <w:r>
          <w:rPr>
            <w:color w:val="0000EE"/>
            <w:u w:val="single"/>
          </w:rPr>
          <w:t>https://twitter.com/centralsqtech</w:t>
        </w:r>
      </w:hyperlink>
      <w:r>
        <w:t xml:space="preserve"> - Supports the statement that Sarah McWhorter emphasized the technology's impact on reducing response times and focusing resources on critical calls.</w:t>
      </w:r>
      <w:r/>
    </w:p>
    <w:p>
      <w:pPr>
        <w:pStyle w:val="ListNumber"/>
        <w:spacing w:line="240" w:lineRule="auto"/>
        <w:ind w:left="720"/>
      </w:pPr>
      <w:r/>
      <w:hyperlink r:id="rId10">
        <w:r>
          <w:rPr>
            <w:color w:val="0000EE"/>
            <w:u w:val="single"/>
          </w:rPr>
          <w:t>https://www.centralsquare.com/news-and-events/press/centralsquare-launches-citizenlink-ai-to-reduce-911-wait-times-for-citizens-by-automatically-handling-non-emergency-calls/</w:t>
        </w:r>
      </w:hyperlink>
      <w:r>
        <w:t xml:space="preserve"> - Describes the AI-powered assistant supported by Amazon Connect and its functionalities in managing non-emergency call queues.</w:t>
      </w:r>
      <w:r/>
    </w:p>
    <w:p>
      <w:pPr>
        <w:pStyle w:val="ListNumber"/>
        <w:spacing w:line="240" w:lineRule="auto"/>
        <w:ind w:left="720"/>
      </w:pPr>
      <w:r/>
      <w:hyperlink r:id="rId10">
        <w:r>
          <w:rPr>
            <w:color w:val="0000EE"/>
            <w:u w:val="single"/>
          </w:rPr>
          <w:t>https://www.centralsquare.com/news-and-events/press/centralsquare-launches-citizenlink-ai-to-reduce-911-wait-times-for-citizens-by-automatically-handling-non-emergency-calls/</w:t>
        </w:r>
      </w:hyperlink>
      <w:r>
        <w:t xml:space="preserve"> - Details the advanced assistive technologies, including AI and SMS functionalities, for individuals with special needs or in peril.</w:t>
      </w:r>
      <w:r/>
    </w:p>
    <w:p>
      <w:pPr>
        <w:pStyle w:val="ListNumber"/>
        <w:spacing w:line="240" w:lineRule="auto"/>
        <w:ind w:left="720"/>
      </w:pPr>
      <w:r/>
      <w:hyperlink r:id="rId14">
        <w:r>
          <w:rPr>
            <w:color w:val="0000EE"/>
            <w:u w:val="single"/>
          </w:rPr>
          <w:t>https://www.police1.com/artificial-intelligence/centralsquare-launches-citizenlink-ai-to-reduce-911-wait-times-for-citizens-by-automatically-handling-non-emergency-calls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entralsquare.com/news-and-events/press/centralsquare-launches-citizenlink-ai-to-reduce-911-wait-times-for-citizens-by-automatically-handling-non-emergency-calls/" TargetMode="External"/><Relationship Id="rId11" Type="http://schemas.openxmlformats.org/officeDocument/2006/relationships/hyperlink" Target="https://twitter.com/centralsqtech" TargetMode="External"/><Relationship Id="rId12" Type="http://schemas.openxmlformats.org/officeDocument/2006/relationships/hyperlink" Target="https://www.centralsquare.com/news-and-events/press/page_1" TargetMode="External"/><Relationship Id="rId13" Type="http://schemas.openxmlformats.org/officeDocument/2006/relationships/hyperlink" Target="https://www.theiacpconference.org/sponsors/centralsquare-technologies/" TargetMode="External"/><Relationship Id="rId14" Type="http://schemas.openxmlformats.org/officeDocument/2006/relationships/hyperlink" Target="https://www.police1.com/artificial-intelligence/centralsquare-launches-citizenlink-ai-to-reduce-911-wait-times-for-citizens-by-automatically-handling-non-emergency-cal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