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emerge over AI transcription tool 'Whisper' and its implications in sensitive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Emerge Over AI Transcription Tool 'Whisper' and its Implications in Sensitive Sectors</w:t>
      </w:r>
      <w:r/>
    </w:p>
    <w:p>
      <w:r/>
      <w:r>
        <w:t>In recent developments concerning artificial intelligence (AI) technology, OpenAI's transcription tool, Whisper, has come under scrutiny due to its tendency to generate fabricated outputs, known as "hallucinations." This has prompted concerns among specialists from various fields about the potential implications, particularly in sensitive sectors such as healthcare.</w:t>
      </w:r>
      <w:r/>
    </w:p>
    <w:p>
      <w:r/>
      <w:r>
        <w:t>Whisper, acclaimed for its "human-level robustness and accuracy," is a speech-to-text software employed across multiple industries worldwide. Known for facilitating the translation and transcription of interviews, generating text outputs in popular consumer technologies, and creating video subtitles, Whisper holds significant operational value. However, according to software engineers, developers, and academics, this AI transcription tool often generates inaccurate or entirely fictitious text, which can include inappropriate or misleading content such as racial remarks, violent rhetoric, or hypothetical medical treatments.</w:t>
      </w:r>
      <w:r/>
    </w:p>
    <w:p>
      <w:r/>
      <w:r>
        <w:t>The concerns are accentuated by the tool's application in transcribing patients' consultations during medical appointments, despite explicit advisories by OpenAI regarding its unsuitability for "high-risk domains." The scale of the issue is illustrated by reports from a University of Michigan researcher who identified hallucinations in 80% of the audio transcriptions for public meetings he studied. Similarly, a machine learning engineer observed hallucinations in half of the 100 hours of transcriptions he analysed.</w:t>
      </w:r>
      <w:r/>
    </w:p>
    <w:p>
      <w:r/>
      <w:r>
        <w:t>The impact of Whisper's inaccuracies becomes particularly pronounced when it is used for closed captioning, serving the Deaf and hard of hearing communities. Christian Vogler of Gallaudet University highlighted that inaccuracies in transcription present a profound risk as individuals relying on them for understanding communication cannot independently identify the falsehoods interspersed within the transcribed text.</w:t>
      </w:r>
      <w:r/>
    </w:p>
    <w:p>
      <w:r/>
      <w:r>
        <w:t>Whisper's integration in products by notable cloud computing platforms, Oracle and Microsoft, compounds these challenges as they service a multitude of companies globally. Recent analyses, such as those by Professors Allison Koenecke of Cornell University and Mona Sloane of the University of Virginia, uncovered that among the hallucinations, a significant portion could lead to misinterpretations or misrepresentations.</w:t>
      </w:r>
      <w:r/>
    </w:p>
    <w:p>
      <w:r/>
      <w:r>
        <w:t>One pertinent example involved a recording in which a simple statement by a speaker was fictitiously expanded by Whisper to include violent imagery. In another instance, a transcription introduced racial descriptors that were not present in the original audio. There was also a case where Whisper invented a medication called “hyperactivated antibiotics,” raising concerns about potential misconceptions in medical contexts.</w:t>
      </w:r>
      <w:r/>
    </w:p>
    <w:p>
      <w:r/>
      <w:r>
        <w:t>Notably, AI's application in medical transcription presents particular concerns about privacy and accuracy. Over 30,000 clinicians across 40 health systems, including Mankato Clinic in Minnesota and Children’s Hospital Los Angeles, have incorporated a Whisper-based tool developed by Nabla. The tool aims to alleviate the documentation burden on healthcare providers by transcribing and summarising patient interactions. However, Nabla's practice of deleting original audio files to preserve data safety precludes any comparative verification of transcripts against actual recordings, posing challenges in ensuring transcript fidelity.</w:t>
      </w:r>
      <w:r/>
    </w:p>
    <w:p>
      <w:r/>
      <w:r>
        <w:t>In a broader context, calls for enhanced regulation of AI applications, especially in critical areas, are arising from experts and advocates. William Saunders, a former research engineer at OpenAI, voiced concerns about the implications of tech companies deploying AI tools without addressing potential flaws, emphasizing the need for improvements.</w:t>
      </w:r>
      <w:r/>
    </w:p>
    <w:p>
      <w:r/>
      <w:r>
        <w:t>Amidst these operational and ethical debates, a California state lawmaker, Rebecca Bauer-Kahan, expressed reservations about signing consent forms that allow healthcare systems to share consultation recordings with third-party vendors, including Microsoft Azure, signalling wider apprehensions about privacy in AI-driven healthcare solutions.</w:t>
      </w:r>
      <w:r/>
    </w:p>
    <w:p>
      <w:r/>
      <w:r>
        <w:t>The focus on Whisper feeds into a larger dialogue about the role and regulation of AI technologies across sectors, especially where they intersect with sensitive personal data and critical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https://openai.com/index/whisper/</w:t>
        </w:r>
      </w:hyperlink>
      <w:r>
        <w:t xml:space="preserve"> - Corroborates Whisper's acclaim for 'human-level robustness and accuracy' and its use in transcription and translation across multiple industries.</w:t>
      </w:r>
      <w:r/>
    </w:p>
    <w:p>
      <w:pPr>
        <w:pStyle w:val="ListNumber"/>
        <w:spacing w:line="240" w:lineRule="auto"/>
        <w:ind w:left="720"/>
      </w:pPr>
      <w:r/>
      <w:hyperlink r:id="rId11">
        <w:r>
          <w:rPr>
            <w:color w:val="0000EE"/>
            <w:u w:val="single"/>
          </w:rPr>
          <w:t>https://www.notta.ai/en/blog/how-to-use-whisper</w:t>
        </w:r>
      </w:hyperlink>
      <w:r>
        <w:t xml:space="preserve"> - Supports the information about Whisper's capabilities, including its accuracy, language support, and potential inaccuracies or hallucinations.</w:t>
      </w:r>
      <w:r/>
    </w:p>
    <w:p>
      <w:pPr>
        <w:pStyle w:val="ListNumber"/>
        <w:spacing w:line="240" w:lineRule="auto"/>
        <w:ind w:left="720"/>
      </w:pPr>
      <w:r/>
      <w:hyperlink r:id="rId12">
        <w:r>
          <w:rPr>
            <w:color w:val="0000EE"/>
            <w:u w:val="single"/>
          </w:rPr>
          <w:t>https://community.openai.com/t/whisper-ai-doesnt-transcribe/556784</w:t>
        </w:r>
      </w:hyperlink>
      <w:r>
        <w:t xml:space="preserve"> - Highlights issues with Whisper's transcription accuracy, such as missing or incorrect transcriptions, particularly in specific contexts like medical lectures.</w:t>
      </w:r>
      <w:r/>
    </w:p>
    <w:p>
      <w:pPr>
        <w:pStyle w:val="ListNumber"/>
        <w:spacing w:line="240" w:lineRule="auto"/>
        <w:ind w:left="720"/>
      </w:pPr>
      <w:r/>
      <w:hyperlink r:id="rId13">
        <w:r>
          <w:rPr>
            <w:color w:val="0000EE"/>
            <w:u w:val="single"/>
          </w:rPr>
          <w:t>https://github.com/openai/whisper/discussions/1394</w:t>
        </w:r>
      </w:hyperlink>
      <w:r>
        <w:t xml:space="preserve"> - Discusses the challenges with Whisper in transcribing technical terms and medical lectures, which aligns with concerns about its accuracy in sensitive sectors.</w:t>
      </w:r>
      <w:r/>
    </w:p>
    <w:p>
      <w:pPr>
        <w:pStyle w:val="ListNumber"/>
        <w:spacing w:line="240" w:lineRule="auto"/>
        <w:ind w:left="720"/>
      </w:pPr>
      <w:r/>
      <w:hyperlink r:id="rId14">
        <w:r>
          <w:rPr>
            <w:color w:val="0000EE"/>
            <w:u w:val="single"/>
          </w:rPr>
          <w:t>https://www.christopherspenn.com/2023/11/you-ask-i-answer-privacy-friendly-ai-transcription-software/</w:t>
        </w:r>
      </w:hyperlink>
      <w:r>
        <w:t xml:space="preserve"> - Addresses the privacy concerns and the use of Whisper in sensitive areas like medical data, emphasizing the importance of local processing to avoid data exposure.</w:t>
      </w:r>
      <w:r/>
    </w:p>
    <w:p>
      <w:pPr>
        <w:pStyle w:val="ListNumber"/>
        <w:spacing w:line="240" w:lineRule="auto"/>
        <w:ind w:left="720"/>
      </w:pPr>
      <w:r/>
      <w:hyperlink r:id="rId11">
        <w:r>
          <w:rPr>
            <w:color w:val="0000EE"/>
            <w:u w:val="single"/>
          </w:rPr>
          <w:t>https://www.notta.ai/en/blog/how-to-use-whisper</w:t>
        </w:r>
      </w:hyperlink>
      <w:r>
        <w:t xml:space="preserve"> - Mentions the limitations of Whisper, including the lack of real-time transcription, failure to provide speaker distinctions, and occasional inaccuracies in transcription.</w:t>
      </w:r>
      <w:r/>
    </w:p>
    <w:p>
      <w:pPr>
        <w:pStyle w:val="ListNumber"/>
        <w:spacing w:line="240" w:lineRule="auto"/>
        <w:ind w:left="720"/>
      </w:pPr>
      <w:r/>
      <w:hyperlink r:id="rId10">
        <w:r>
          <w:rPr>
            <w:color w:val="0000EE"/>
            <w:u w:val="single"/>
          </w:rPr>
          <w:t>https://openai.com/index/whisper/</w:t>
        </w:r>
      </w:hyperlink>
      <w:r>
        <w:t xml:space="preserve"> - Details Whisper's training on a large and diverse dataset, which, while improving robustness, does not guarantee perfect accuracy in all contexts.</w:t>
      </w:r>
      <w:r/>
    </w:p>
    <w:p>
      <w:pPr>
        <w:pStyle w:val="ListNumber"/>
        <w:spacing w:line="240" w:lineRule="auto"/>
        <w:ind w:left="720"/>
      </w:pPr>
      <w:r/>
      <w:hyperlink r:id="rId12">
        <w:r>
          <w:rPr>
            <w:color w:val="0000EE"/>
            <w:u w:val="single"/>
          </w:rPr>
          <w:t>https://community.openai.com/t/whisper-ai-doesnt-transcribe/556784</w:t>
        </w:r>
      </w:hyperlink>
      <w:r>
        <w:t xml:space="preserve"> - Provides examples of Whisper's performance issues, such as skipping portions of audio or introducing errors, especially in the beginning of long audio files.</w:t>
      </w:r>
      <w:r/>
    </w:p>
    <w:p>
      <w:pPr>
        <w:pStyle w:val="ListNumber"/>
        <w:spacing w:line="240" w:lineRule="auto"/>
        <w:ind w:left="720"/>
      </w:pPr>
      <w:r/>
      <w:hyperlink r:id="rId13">
        <w:r>
          <w:rPr>
            <w:color w:val="0000EE"/>
            <w:u w:val="single"/>
          </w:rPr>
          <w:t>https://github.com/openai/whisper/discussions/1394</w:t>
        </w:r>
      </w:hyperlink>
      <w:r>
        <w:t xml:space="preserve"> - Illustrates the need for fine-tuning Whisper on specific datasets, such as medical lectures, to improve its accuracy in those domains.</w:t>
      </w:r>
      <w:r/>
    </w:p>
    <w:p>
      <w:pPr>
        <w:pStyle w:val="ListNumber"/>
        <w:spacing w:line="240" w:lineRule="auto"/>
        <w:ind w:left="720"/>
      </w:pPr>
      <w:r/>
      <w:hyperlink r:id="rId11">
        <w:r>
          <w:rPr>
            <w:color w:val="0000EE"/>
            <w:u w:val="single"/>
          </w:rPr>
          <w:t>https://www.notta.ai/en/blog/how-to-use-whisper</w:t>
        </w:r>
      </w:hyperlink>
      <w:r>
        <w:t xml:space="preserve"> - Explains the operational challenges, including the need for significant processing power and the potential for errors, which aligns with concerns about its suitability for high-risk domains.</w:t>
      </w:r>
      <w:r/>
    </w:p>
    <w:p>
      <w:pPr>
        <w:pStyle w:val="ListNumber"/>
        <w:spacing w:line="240" w:lineRule="auto"/>
        <w:ind w:left="720"/>
      </w:pPr>
      <w:r/>
      <w:hyperlink r:id="rId14">
        <w:r>
          <w:rPr>
            <w:color w:val="0000EE"/>
            <w:u w:val="single"/>
          </w:rPr>
          <w:t>https://www.christopherspenn.com/2023/11/you-ask-i-answer-privacy-friendly-ai-transcription-software/</w:t>
        </w:r>
      </w:hyperlink>
      <w:r>
        <w:t xml:space="preserve"> - Highlights the broader ethical and regulatory discussions around AI tools like Whisper, especially in sensitive sectors such as healthcare.</w:t>
      </w:r>
      <w:r/>
    </w:p>
    <w:p>
      <w:pPr>
        <w:pStyle w:val="ListNumber"/>
        <w:spacing w:line="240" w:lineRule="auto"/>
        <w:ind w:left="720"/>
      </w:pPr>
      <w:r/>
      <w:hyperlink r:id="rId15">
        <w:r>
          <w:rPr>
            <w:color w:val="0000EE"/>
            <w:u w:val="single"/>
          </w:rPr>
          <w:t>https://www.independent.co.uk/news/openai-ap-san-francisco-experts-microsoft-b2635996.html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whisper/" TargetMode="External"/><Relationship Id="rId11" Type="http://schemas.openxmlformats.org/officeDocument/2006/relationships/hyperlink" Target="https://www.notta.ai/en/blog/how-to-use-whisper" TargetMode="External"/><Relationship Id="rId12" Type="http://schemas.openxmlformats.org/officeDocument/2006/relationships/hyperlink" Target="https://community.openai.com/t/whisper-ai-doesnt-transcribe/556784" TargetMode="External"/><Relationship Id="rId13" Type="http://schemas.openxmlformats.org/officeDocument/2006/relationships/hyperlink" Target="https://github.com/openai/whisper/discussions/1394" TargetMode="External"/><Relationship Id="rId14" Type="http://schemas.openxmlformats.org/officeDocument/2006/relationships/hyperlink" Target="https://www.christopherspenn.com/2023/11/you-ask-i-answer-privacy-friendly-ai-transcription-software/" TargetMode="External"/><Relationship Id="rId15" Type="http://schemas.openxmlformats.org/officeDocument/2006/relationships/hyperlink" Target="https://www.independent.co.uk/news/openai-ap-san-francisco-experts-microsoft-b26359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