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Dick's Sporting Goods enhances youth sports experience with new AI video analysis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Dick's Sporting Goods Enhances Youth Sports Experience with New AI Video Analysis Tool</w:t>
      </w:r>
      <w:r/>
    </w:p>
    <w:p>
      <w:r/>
      <w:r>
        <w:rPr>
          <w:b/>
        </w:rPr>
        <w:t>Location: United States | Date: Announced Tuesday</w:t>
      </w:r>
      <w:r/>
    </w:p>
    <w:p>
      <w:r/>
      <w:r>
        <w:t>Dick’s Sporting Goods, a leading retailer in the sporting industry, has unveiled a new AI-powered video analysis tool called Film Room through its youth sports app, GameChanger. The launch was announced on a Tuesday, marking a significant advancement in youth sports technology. The tool is accessible on both Android and iOS platforms and is specifically designed to cater to youth volleyball and basketball.</w:t>
      </w:r>
      <w:r/>
    </w:p>
    <w:p>
      <w:r/>
      <w:r>
        <w:t>Film Room leverages artificial intelligence to sift through footage and pinpoint critical plays, a feature particularly useful for coaches, players, and their families. It allows coaches to annotate, mark, and share game footage effortlessly, free of charge. This development introduces cutting-edge technology to grassroots sports, a realm traditionally less exposed to such advanced analytics.</w:t>
      </w:r>
      <w:r/>
    </w:p>
    <w:p>
      <w:r/>
      <w:r>
        <w:t>Promoting this innovative tool are figureheads from the basketball community, including Lisa Bluder, the recently retired head coach of The University of Iowa Women’s Basketball Team, and Steve Pikiell, head coach of Rutgers University Men’s Basketball. Their involvement underscores the potential impact of Film Room on the game by bringing professional-grade insights to younger players.</w:t>
      </w:r>
      <w:r/>
    </w:p>
    <w:p>
      <w:r/>
      <w:r>
        <w:rPr>
          <w:b/>
        </w:rPr>
        <w:t>GameChanger's Technological Advancements</w:t>
      </w:r>
      <w:r/>
    </w:p>
    <w:p>
      <w:r/>
      <w:r>
        <w:t>GameChanger, acquired by Dick’s Sporting Goods in 2016, has been a pivotal platform for youth sports, providing features like livestream games, schedules, and statistics. It interacts with over seven million games and supports one million teams annually, as per company reports.</w:t>
      </w:r>
      <w:r/>
    </w:p>
    <w:p>
      <w:r/>
      <w:r>
        <w:t>The introduction of Film Room continues GameChanger's trajectory of incorporating AI into sports. Last year, the platform launched another notable tool, AutoStream, which allows iOS users to deploy a stationary mobile device to automatically follow the action on the court. This feature quickly became a popular component of GameChanger’s service, contributing to nearly 25% of the basketball livestreams by the end of the year.</w:t>
      </w:r>
      <w:r/>
    </w:p>
    <w:p>
      <w:r/>
      <w:r>
        <w:t>Sameer Ahuja, GameChanger president and Dick’s Sporting Goods senior vice president, articulated in a statement, “By using AI and computer vision to identify key moments in-game action, we’re taking another big step toward our vision of automating the most time-consuming parts of the youth sports experience. Film Room gives every youth basketball and volleyball coach their own personal film coordinator, a benefit typically reserved for the most high-level teams. With this feature, we’re leveling the playing field and making these valuable insights gleaned from film review accessible to youth sports communities everywhere.”</w:t>
      </w:r>
      <w:r/>
    </w:p>
    <w:p>
      <w:r/>
      <w:r>
        <w:rPr>
          <w:b/>
        </w:rPr>
        <w:t>Dick’s Sporting Goods Market Growth</w:t>
      </w:r>
      <w:r/>
    </w:p>
    <w:p>
      <w:r/>
      <w:r>
        <w:t>Beyond technological innovations, Dick’s Sporting Goods capitalises on these advancements to reinforce its market position. During the first quarter of 2024, the company saw a net sales increase of 6.2% from the previous year, achieving revenues of $3 billion. This upward trend continued into the second quarter with a 7.8% rise, bringing net sales to $3.5 billion year over year.</w:t>
      </w:r>
      <w:r/>
    </w:p>
    <w:p>
      <w:r/>
      <w:r>
        <w:t>As Dick's Sporting Goods continues to integrate technology with amateur sports, it not only enhances the player experience but also significantly strengthens its standing in the athletic retail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https://investors.dicks.com/news/news-details/2024/GameChanger-Introduces-Film-Room-for-Coaches-New-AI-Powered-Video-Analysis-Tool-for-Youth-Basketball--Volleyball/default.aspx</w:t>
        </w:r>
      </w:hyperlink>
      <w:r>
        <w:t xml:space="preserve"> - Corroborates the launch of Film Room, an AI-powered video analysis tool for youth basketball and volleyball, and its availability on both Android and iOS platforms.</w:t>
      </w:r>
      <w:r/>
    </w:p>
    <w:p>
      <w:pPr>
        <w:pStyle w:val="ListNumber"/>
        <w:spacing w:line="240" w:lineRule="auto"/>
        <w:ind w:left="720"/>
      </w:pPr>
      <w:r/>
      <w:hyperlink r:id="rId11">
        <w:r>
          <w:rPr>
            <w:color w:val="0000EE"/>
            <w:u w:val="single"/>
          </w:rPr>
          <w:t>https://gc.com/post/ai-technology-film-room</w:t>
        </w:r>
      </w:hyperlink>
      <w:r>
        <w:t xml:space="preserve"> - Explains how Film Room uses AI to sift through footage and pinpoint critical plays, and its features such as annotating, marking, and sharing game footage.</w:t>
      </w:r>
      <w:r/>
    </w:p>
    <w:p>
      <w:pPr>
        <w:pStyle w:val="ListNumber"/>
        <w:spacing w:line="240" w:lineRule="auto"/>
        <w:ind w:left="720"/>
      </w:pPr>
      <w:r/>
      <w:hyperlink r:id="rId12">
        <w:r>
          <w:rPr>
            <w:color w:val="0000EE"/>
            <w:u w:val="single"/>
          </w:rPr>
          <w:t>https://www.nasdaq.com/articles/dicks-sportings-gamechanger-app-launches-film-room-ai-tool</w:t>
        </w:r>
      </w:hyperlink>
      <w:r>
        <w:t xml:space="preserve"> - Details the functionality of Film Room, including its ability to remove downtime in game footage and its integration with the GameChanger app.</w:t>
      </w:r>
      <w:r/>
    </w:p>
    <w:p>
      <w:pPr>
        <w:pStyle w:val="ListNumber"/>
        <w:spacing w:line="240" w:lineRule="auto"/>
        <w:ind w:left="720"/>
      </w:pPr>
      <w:r/>
      <w:hyperlink r:id="rId13">
        <w:r>
          <w:rPr>
            <w:color w:val="0000EE"/>
            <w:u w:val="single"/>
          </w:rPr>
          <w:t>https://www.zacks.com/stock/news/2356022/dicks-sportings-gamechanger-app-launches-film-room-ai-tool</w:t>
        </w:r>
      </w:hyperlink>
      <w:r>
        <w:t xml:space="preserve"> - Provides information on the launch of Film Room and its impact on youth sports, including its accessibility and the involvement of coaches like Steve Pikiell.</w:t>
      </w:r>
      <w:r/>
    </w:p>
    <w:p>
      <w:pPr>
        <w:pStyle w:val="ListNumber"/>
        <w:spacing w:line="240" w:lineRule="auto"/>
        <w:ind w:left="720"/>
      </w:pPr>
      <w:r/>
      <w:hyperlink r:id="rId11">
        <w:r>
          <w:rPr>
            <w:color w:val="0000EE"/>
            <w:u w:val="single"/>
          </w:rPr>
          <w:t>https://gc.com/post/ai-technology-film-room</w:t>
        </w:r>
      </w:hyperlink>
      <w:r>
        <w:t xml:space="preserve"> - Mentions the involvement of figureheads from the basketball community, such as Steve Pikiell, in promoting Film Room.</w:t>
      </w:r>
      <w:r/>
    </w:p>
    <w:p>
      <w:pPr>
        <w:pStyle w:val="ListNumber"/>
        <w:spacing w:line="240" w:lineRule="auto"/>
        <w:ind w:left="720"/>
      </w:pPr>
      <w:r/>
      <w:hyperlink r:id="rId12">
        <w:r>
          <w:rPr>
            <w:color w:val="0000EE"/>
            <w:u w:val="single"/>
          </w:rPr>
          <w:t>https://www.nasdaq.com/articles/dicks-sportings-gamechanger-app-launches-film-room-ai-tool</w:t>
        </w:r>
      </w:hyperlink>
      <w:r>
        <w:t xml:space="preserve"> - Describes GameChanger's features like livestreaming games, schedules, and statistics, and its annual interaction with over seven million games and one million teams.</w:t>
      </w:r>
      <w:r/>
    </w:p>
    <w:p>
      <w:pPr>
        <w:pStyle w:val="ListNumber"/>
        <w:spacing w:line="240" w:lineRule="auto"/>
        <w:ind w:left="720"/>
      </w:pPr>
      <w:r/>
      <w:hyperlink r:id="rId13">
        <w:r>
          <w:rPr>
            <w:color w:val="0000EE"/>
            <w:u w:val="single"/>
          </w:rPr>
          <w:t>https://www.zacks.com/stock/news/2356022/dicks-sportings-gamechanger-app-launches-film-room-ai-tool</w:t>
        </w:r>
      </w:hyperlink>
      <w:r>
        <w:t xml:space="preserve"> - Details the introduction of AutoStream, another AI tool by GameChanger, and its contribution to basketball livestreams.</w:t>
      </w:r>
      <w:r/>
    </w:p>
    <w:p>
      <w:pPr>
        <w:pStyle w:val="ListNumber"/>
        <w:spacing w:line="240" w:lineRule="auto"/>
        <w:ind w:left="720"/>
      </w:pPr>
      <w:r/>
      <w:hyperlink r:id="rId11">
        <w:r>
          <w:rPr>
            <w:color w:val="0000EE"/>
            <w:u w:val="single"/>
          </w:rPr>
          <w:t>https://gc.com/post/ai-technology-film-room</w:t>
        </w:r>
      </w:hyperlink>
      <w:r>
        <w:t xml:space="preserve"> - Quotes Sameer Ahuja on the use of AI and computer vision in Film Room to automate the most time-consuming parts of the youth sports experience.</w:t>
      </w:r>
      <w:r/>
    </w:p>
    <w:p>
      <w:pPr>
        <w:pStyle w:val="ListNumber"/>
        <w:spacing w:line="240" w:lineRule="auto"/>
        <w:ind w:left="720"/>
      </w:pPr>
      <w:r/>
      <w:hyperlink r:id="rId12">
        <w:r>
          <w:rPr>
            <w:color w:val="0000EE"/>
            <w:u w:val="single"/>
          </w:rPr>
          <w:t>https://www.nasdaq.com/articles/dicks-sportings-gamechanger-app-launches-film-room-ai-tool</w:t>
        </w:r>
      </w:hyperlink>
      <w:r>
        <w:t xml:space="preserve"> - Discusses Dick’s Sporting Goods' market growth, including the increase in net sales during the first and second quarters of 2024.</w:t>
      </w:r>
      <w:r/>
    </w:p>
    <w:p>
      <w:pPr>
        <w:pStyle w:val="ListNumber"/>
        <w:spacing w:line="240" w:lineRule="auto"/>
        <w:ind w:left="720"/>
      </w:pPr>
      <w:r/>
      <w:hyperlink r:id="rId13">
        <w:r>
          <w:rPr>
            <w:color w:val="0000EE"/>
            <w:u w:val="single"/>
          </w:rPr>
          <w:t>https://www.zacks.com/stock/news/2356022/dicks-sportings-gamechanger-app-launches-film-room-ai-tool</w:t>
        </w:r>
      </w:hyperlink>
      <w:r>
        <w:t xml:space="preserve"> - Highlights how Dick’s Sporting Goods is reinforcing its market position through technological innovations and integration with amateur sports.</w:t>
      </w:r>
      <w:r/>
    </w:p>
    <w:p>
      <w:pPr>
        <w:pStyle w:val="ListNumber"/>
        <w:spacing w:line="240" w:lineRule="auto"/>
        <w:ind w:left="720"/>
      </w:pPr>
      <w:r/>
      <w:hyperlink r:id="rId14">
        <w:r>
          <w:rPr>
            <w:color w:val="0000EE"/>
            <w:u w:val="single"/>
          </w:rPr>
          <w:t>https://investors.dicks.com/news/default.aspx</w:t>
        </w:r>
      </w:hyperlink>
      <w:r>
        <w:t xml:space="preserve"> - Provides general context on Dick’s Sporting Goods' commitment to digital innovation and enhancing the athlete experience.</w:t>
      </w:r>
      <w:r/>
    </w:p>
    <w:p>
      <w:pPr>
        <w:pStyle w:val="ListNumber"/>
        <w:spacing w:line="240" w:lineRule="auto"/>
        <w:ind w:left="720"/>
      </w:pPr>
      <w:r/>
      <w:hyperlink r:id="rId15">
        <w:r>
          <w:rPr>
            <w:color w:val="0000EE"/>
            <w:u w:val="single"/>
          </w:rPr>
          <w:t>https://localcoonrapidsnews.com/retail/gamechanger-launches-ai-powered-video-analysis-tool-for-youth-basketball-volleyball/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s.dicks.com/news/news-details/2024/GameChanger-Introduces-Film-Room-for-Coaches-New-AI-Powered-Video-Analysis-Tool-for-Youth-Basketball--Volleyball/default.aspx" TargetMode="External"/><Relationship Id="rId11" Type="http://schemas.openxmlformats.org/officeDocument/2006/relationships/hyperlink" Target="https://gc.com/post/ai-technology-film-room" TargetMode="External"/><Relationship Id="rId12" Type="http://schemas.openxmlformats.org/officeDocument/2006/relationships/hyperlink" Target="https://www.nasdaq.com/articles/dicks-sportings-gamechanger-app-launches-film-room-ai-tool" TargetMode="External"/><Relationship Id="rId13" Type="http://schemas.openxmlformats.org/officeDocument/2006/relationships/hyperlink" Target="https://www.zacks.com/stock/news/2356022/dicks-sportings-gamechanger-app-launches-film-room-ai-tool" TargetMode="External"/><Relationship Id="rId14" Type="http://schemas.openxmlformats.org/officeDocument/2006/relationships/hyperlink" Target="https://investors.dicks.com/news/default.aspx" TargetMode="External"/><Relationship Id="rId15" Type="http://schemas.openxmlformats.org/officeDocument/2006/relationships/hyperlink" Target="https://localcoonrapidsnews.com/retail/gamechanger-launches-ai-powered-video-analysis-tool-for-youth-basketball-volleybal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