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Disney set to launch significant artificial intelligence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Disney, a towering presence in the realm of intellectual property, is reportedly on the cusp of launching a significant artificial intelligence (AI) initiative aimed at revolutionising its post-production and visual effects (VFX) sectors. This anticipated development is expected to encompass various aspects of Disney's vast empire, with particular attention directed towards enhancing the experience rendered in its parks and other experiential offerings.</w:t>
      </w:r>
      <w:r/>
    </w:p>
    <w:p>
      <w:r/>
      <w:r>
        <w:t>According to information disclosed by TheWrap, the initiative is set to involve hundreds of employees across Disney's operations. However, a source has indicated that while precise details about the project's formal announcement remain under wraps, the actual scope may not be as extensive as some reports suggest.</w:t>
      </w:r>
      <w:r/>
    </w:p>
    <w:p>
      <w:r/>
      <w:r>
        <w:t>This new venture comes in the wake of Disney's earlier establishment of an "AI Task Force," introduced approximately a year and a half ago. The primary objective of this task force was to explore potential applications of artificial intelligence within Disney’s production and corporate framework. This establishment coincided with Disney's strategic downsizing announcement, which detailed plans to shed around 7,000 jobs by the close of 2023.</w:t>
      </w:r>
      <w:r/>
    </w:p>
    <w:p>
      <w:r/>
      <w:r>
        <w:t>Over the past year, Hollywood has witnessed significant industrial action, with writers and actors engaging in prolonged strikes. These strikes have been catalysed by numerous issues, prominently featuring the anticipated implications of AI in reshaping the landscape of film and television production. This backdrop has intensified scrutiny over how major entertainment conglomerates like Disney are preparing to integrate AI technologies into their creative processes.</w:t>
      </w:r>
      <w:r/>
    </w:p>
    <w:p>
      <w:r/>
      <w:r>
        <w:t>Disney’s historical leaning towards technology, especially within its sci-fi domains such as the "Star Wars" franchise, has set the stage for its continued push towards technological advancements. However, the revelation of a strategy that proposes a comprehensive, company-wide AI implementation denotes a crucial juncture in its technological evolution, as noted by media analysis from TheWrap.</w:t>
      </w:r>
      <w:r/>
    </w:p>
    <w:p>
      <w:r/>
      <w:r>
        <w:t>As industry observers keenly await further details, there remains speculation about a potential partnership that might be aligned with this initiative. Such collaborations echo developments observed with other industry players, such as Lionsgate’s recent partnership with Runway Partners. This collaboration is tasked with developing an AI model to bolster the creative output of Lionsgate Studios, offering support to filmmakers, directors, and other allied creative entities.</w:t>
      </w:r>
      <w:r/>
    </w:p>
    <w:p>
      <w:r/>
      <w:r>
        <w:t>In navigating the ever-advancing digital frontier, Disney's forthcoming AI initiative marks a pivotal moment in its lineage of innovation, reflecting its adaptive strategies in the face of evolving entertainment paradigms. While the specifics of the initiative await formal disclosure, the implications of such a venture are poised to significantly influence the future trajectories of both Disney and the broader entertainment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https://www.thewrap.com/disney-ai-initiative/</w:t>
        </w:r>
      </w:hyperlink>
      <w:r>
        <w:t xml:space="preserve"> - This article from TheWrap discusses Disney's new AI initiative, its focus on post-production and visual effects, and the involvement of hundreds of employees.</w:t>
      </w:r>
      <w:r/>
    </w:p>
    <w:p>
      <w:pPr>
        <w:pStyle w:val="ListNumber"/>
        <w:spacing w:line="240" w:lineRule="auto"/>
        <w:ind w:left="720"/>
      </w:pPr>
      <w:r/>
      <w:hyperlink r:id="rId11">
        <w:r>
          <w:rPr>
            <w:color w:val="0000EE"/>
            <w:u w:val="single"/>
          </w:rPr>
          <w:t>https://www.reddit.com/r/FilmIndustryLA/comments/1gbkhqu/disney_using_ai_for_post_production_and_visual/</w:t>
        </w:r>
      </w:hyperlink>
      <w:r>
        <w:t xml:space="preserve"> - This Reddit discussion highlights the internal push within Disney for using AI in post-production and visual effects, and the potential impact on employees.</w:t>
      </w:r>
      <w:r/>
    </w:p>
    <w:p>
      <w:pPr>
        <w:pStyle w:val="ListNumber"/>
        <w:spacing w:line="240" w:lineRule="auto"/>
        <w:ind w:left="720"/>
      </w:pPr>
      <w:r/>
      <w:hyperlink r:id="rId12">
        <w:r>
          <w:rPr>
            <w:color w:val="0000EE"/>
            <w:u w:val="single"/>
          </w:rPr>
          <w:t>https://www.filmofilia.com/disneys-bold-move-a-new-ai-initiative-set-to-revolutionize-post-production-192534/</w:t>
        </w:r>
      </w:hyperlink>
      <w:r>
        <w:t xml:space="preserve"> - This article details Disney's AI initiative, its potential to transform post-production and visual effects, and its broader implications for the company and the industry.</w:t>
      </w:r>
      <w:r/>
    </w:p>
    <w:p>
      <w:pPr>
        <w:pStyle w:val="ListNumber"/>
        <w:spacing w:line="240" w:lineRule="auto"/>
        <w:ind w:left="720"/>
      </w:pPr>
      <w:r/>
      <w:hyperlink r:id="rId13">
        <w:r>
          <w:rPr>
            <w:color w:val="0000EE"/>
            <w:u w:val="single"/>
          </w:rPr>
          <w:t>https://twitter.com/cosmic_marvel/status/1849674697815847315</w:t>
        </w:r>
      </w:hyperlink>
      <w:r>
        <w:t xml:space="preserve"> - This tweet announces Disney's upcoming major AI initiative, focusing on post-production and visual effects.</w:t>
      </w:r>
      <w:r/>
    </w:p>
    <w:p>
      <w:pPr>
        <w:pStyle w:val="ListNumber"/>
        <w:spacing w:line="240" w:lineRule="auto"/>
        <w:ind w:left="720"/>
      </w:pPr>
      <w:r/>
      <w:hyperlink r:id="rId14">
        <w:r>
          <w:rPr>
            <w:color w:val="0000EE"/>
            <w:u w:val="single"/>
          </w:rPr>
          <w:t>https://www.yahoo.com/tech/disney-poised-announce-major-ai-220140600.html</w:t>
        </w:r>
      </w:hyperlink>
      <w:r>
        <w:t xml:space="preserve"> - This Yahoo article reports on Disney's planned AI initiative, involving hundreds of employees and focusing on post-production and visual effects.</w:t>
      </w:r>
      <w:r/>
    </w:p>
    <w:p>
      <w:pPr>
        <w:pStyle w:val="ListNumber"/>
        <w:spacing w:line="240" w:lineRule="auto"/>
        <w:ind w:left="720"/>
      </w:pPr>
      <w:r/>
      <w:hyperlink r:id="rId15">
        <w:r>
          <w:rPr>
            <w:color w:val="0000EE"/>
            <w:u w:val="single"/>
          </w:rPr>
          <w:t>https://clownfishtv.com/disney-goes-all-in-on-ai-as-hollywood-keeps-going-broke/</w:t>
        </w:r>
      </w:hyperlink>
      <w:r>
        <w:t xml:space="preserve"> - This article discusses Disney's AI initiative in the context of Hollywood's financial struggles and the potential impact on jobs and creative processes.</w:t>
      </w:r>
      <w:r/>
    </w:p>
    <w:p>
      <w:pPr>
        <w:pStyle w:val="ListNumber"/>
        <w:spacing w:line="240" w:lineRule="auto"/>
        <w:ind w:left="720"/>
      </w:pPr>
      <w:r/>
      <w:hyperlink r:id="rId12">
        <w:r>
          <w:rPr>
            <w:color w:val="0000EE"/>
            <w:u w:val="single"/>
          </w:rPr>
          <w:t>https://www.filmofilia.com/disneys-bold-move-a-new-ai-initiative-set-to-revolutionize-post-production-192534/</w:t>
        </w:r>
      </w:hyperlink>
      <w:r>
        <w:t xml:space="preserve"> - This article mentions the establishment of Disney's AI Task Force and its role in exploring AI applications within the company, coinciding with significant layoffs.</w:t>
      </w:r>
      <w:r/>
    </w:p>
    <w:p>
      <w:pPr>
        <w:pStyle w:val="ListNumber"/>
        <w:spacing w:line="240" w:lineRule="auto"/>
        <w:ind w:left="720"/>
      </w:pPr>
      <w:r/>
      <w:hyperlink r:id="rId10">
        <w:r>
          <w:rPr>
            <w:color w:val="0000EE"/>
            <w:u w:val="single"/>
          </w:rPr>
          <w:t>https://www.thewrap.com/disney-ai-initiative/</w:t>
        </w:r>
      </w:hyperlink>
      <w:r>
        <w:t xml:space="preserve"> - This article notes the historical context of Disney's use of technology, including its sci-fi franchises, and how this sets the stage for its current AI push.</w:t>
      </w:r>
      <w:r/>
    </w:p>
    <w:p>
      <w:pPr>
        <w:pStyle w:val="ListNumber"/>
        <w:spacing w:line="240" w:lineRule="auto"/>
        <w:ind w:left="720"/>
      </w:pPr>
      <w:r/>
      <w:hyperlink r:id="rId12">
        <w:r>
          <w:rPr>
            <w:color w:val="0000EE"/>
            <w:u w:val="single"/>
          </w:rPr>
          <w:t>https://www.filmofilia.com/disneys-bold-move-a-new-ai-initiative-set-to-revolutionize-post-production-192534/</w:t>
        </w:r>
      </w:hyperlink>
      <w:r>
        <w:t xml:space="preserve"> - This article discusses the potential partnership with other companies, similar to Lionsgate's partnership with Runway, to enhance creative output using AI.</w:t>
      </w:r>
      <w:r/>
    </w:p>
    <w:p>
      <w:pPr>
        <w:pStyle w:val="ListNumber"/>
        <w:spacing w:line="240" w:lineRule="auto"/>
        <w:ind w:left="720"/>
      </w:pPr>
      <w:r/>
      <w:hyperlink r:id="rId11">
        <w:r>
          <w:rPr>
            <w:color w:val="0000EE"/>
            <w:u w:val="single"/>
          </w:rPr>
          <w:t>https://www.reddit.com/r/FilmIndustryLA/comments/1gbkhqu/disney_using_ai_for_post_production_and_visual/</w:t>
        </w:r>
      </w:hyperlink>
      <w:r>
        <w:t xml:space="preserve"> - This discussion highlights the industry's mixed reactions to AI integration, including fears of job displacement and the potential benefits of enhanced creativity and efficiency.</w:t>
      </w:r>
      <w:r/>
    </w:p>
    <w:p>
      <w:pPr>
        <w:pStyle w:val="ListNumber"/>
        <w:spacing w:line="240" w:lineRule="auto"/>
        <w:ind w:left="720"/>
      </w:pPr>
      <w:r/>
      <w:hyperlink r:id="rId16">
        <w:r>
          <w:rPr>
            <w:color w:val="0000EE"/>
            <w:u w:val="single"/>
          </w:rPr>
          <w:t>https://www.tvtechnology.com/news/disney-expected-to-announce-major-ai-initiative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wrap.com/disney-ai-initiative/" TargetMode="External"/><Relationship Id="rId11" Type="http://schemas.openxmlformats.org/officeDocument/2006/relationships/hyperlink" Target="https://www.reddit.com/r/FilmIndustryLA/comments/1gbkhqu/disney_using_ai_for_post_production_and_visual/" TargetMode="External"/><Relationship Id="rId12" Type="http://schemas.openxmlformats.org/officeDocument/2006/relationships/hyperlink" Target="https://www.filmofilia.com/disneys-bold-move-a-new-ai-initiative-set-to-revolutionize-post-production-192534/" TargetMode="External"/><Relationship Id="rId13" Type="http://schemas.openxmlformats.org/officeDocument/2006/relationships/hyperlink" Target="https://twitter.com/cosmic_marvel/status/1849674697815847315" TargetMode="External"/><Relationship Id="rId14" Type="http://schemas.openxmlformats.org/officeDocument/2006/relationships/hyperlink" Target="https://www.yahoo.com/tech/disney-poised-announce-major-ai-220140600.html" TargetMode="External"/><Relationship Id="rId15" Type="http://schemas.openxmlformats.org/officeDocument/2006/relationships/hyperlink" Target="https://clownfishtv.com/disney-goes-all-in-on-ai-as-hollywood-keeps-going-broke/" TargetMode="External"/><Relationship Id="rId16" Type="http://schemas.openxmlformats.org/officeDocument/2006/relationships/hyperlink" Target="https://www.tvtechnology.com/news/disney-expected-to-announce-major-ai-initiat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