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Donald Trump attends NFL game at Acrisure Stadium, sparks chants and online reactions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Donald Trump Attends NFL Game at Acrisure Stadium, Sparks Chants and Online Reactions</w:t>
      </w:r>
      <w:r/>
    </w:p>
    <w:p>
      <w:r/>
      <w:r>
        <w:t>PITTSBURGH, Pennsylvania — In an event that attracted both fervent supporters and heightened media interest, former US President Donald Trump made a visit to Acrisure Stadium on Sunday, 20th October, during his Pennsylvania trip. The occasion coincided with a National Football League (NFL) game where the Pittsburgh Steelers clinched a victory over the New York Jets with a score of 37-15.</w:t>
      </w:r>
      <w:r/>
    </w:p>
    <w:p>
      <w:r/>
      <w:r>
        <w:t>Trump's presence at the game was a notable moment for the tens of thousands in attendance, many of whom expressed their enthusiasm through loud chants of “U-S-A” that resonated through the stadium. This particular segment of the event, however, was not widely broadcast on television, with host network NBC airing footage of Trump's appearance only once.</w:t>
      </w:r>
      <w:r/>
    </w:p>
    <w:p>
      <w:r/>
      <w:r>
        <w:t>In conjunction with his visit to the NFL game, Trump also made headlines earlier in the day by reportedly working a shift at a McDonald’s, which seemingly added a local and playful touch to his presence in Pennsylvania.</w:t>
      </w:r>
      <w:r/>
    </w:p>
    <w:p>
      <w:r/>
      <w:r>
        <w:t>Further adding to the online discourse surrounding Trump's visit, the former president shared an AI-generated image on his social media platform, Truth Social. The image depicted him outfitted in a Pittsburgh Steelers uniform, poised in a decidedly athletic stance. This post sparked a flurry of activity online as media outlets such as Newsweek decided it merited clarification. Newsweek published an article examining the image, pointing out digital alterations that made Trump appear more muscular.</w:t>
      </w:r>
      <w:r/>
    </w:p>
    <w:p>
      <w:r/>
      <w:r>
        <w:t>The clarification by Newsweek caught the attention of several high-profile figures, including Linda Yaccarino, CEO of the platform X, and its owner, Elon Musk. Both commented on the situation, with Yaccarino expressing a level of scepticism and humour about the image being AI-generated.</w:t>
      </w:r>
      <w:r/>
    </w:p>
    <w:p>
      <w:r/>
      <w:r>
        <w:t>The conversation extended across social media, with various users expressing amusement at the clarification. Figures like John Shahidi and others humorously remarked on the notion of the 78-year-old Trump handling dual roles at McDonald's and a professional football team.</w:t>
      </w:r>
      <w:r/>
    </w:p>
    <w:p>
      <w:r/>
      <w:r>
        <w:t>Overall, Trump’s appearance at the Steelers game and the subsequent online discussions reflect his continued presence in media narratives, captivating audiences and prompting reactions spanning from onlookers in stadiums to social media commentators and news outlets nationwide.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https://abcnews.go.com/Sports/wireStory/donald-trump-stops-primetime-nfl-matchup-jets-steelers-114977430</w:t>
        </w:r>
      </w:hyperlink>
      <w:r>
        <w:t xml:space="preserve"> - Corroborates Donald Trump's attendance at the NFL game between the Pittsburgh Steelers and New York Jets, and the chants of 'USA' by the crowd.</w:t>
      </w:r>
      <w:r/>
    </w:p>
    <w:p>
      <w:pPr>
        <w:pStyle w:val="ListNumber"/>
        <w:spacing w:line="240" w:lineRule="auto"/>
        <w:ind w:left="720"/>
      </w:pPr>
      <w:r/>
      <w:hyperlink r:id="rId11">
        <w:r>
          <w:rPr>
            <w:color w:val="0000EE"/>
            <w:u w:val="single"/>
          </w:rPr>
          <w:t>https://www.marca.com/en/lifestyle/us-news/2024/10/21/6715c02022601d6d5c8b4595.html</w:t>
        </w:r>
      </w:hyperlink>
      <w:r>
        <w:t xml:space="preserve"> - Details Trump's appearance at the game, including his waving to fans and the 'USA' chants, as well as his social media post with an AI-generated image of himself in a Steelers jersey.</w:t>
      </w:r>
      <w:r/>
    </w:p>
    <w:p>
      <w:pPr>
        <w:pStyle w:val="ListNumber"/>
        <w:spacing w:line="240" w:lineRule="auto"/>
        <w:ind w:left="720"/>
      </w:pPr>
      <w:r/>
      <w:hyperlink r:id="rId12">
        <w:r>
          <w:rPr>
            <w:color w:val="0000EE"/>
            <w:u w:val="single"/>
          </w:rPr>
          <w:t>https://www.ndtv.com/world-news/donald-trump-appears-at-nfl-game-in-pennsylvania-as-white-house-race-campaign-heats-up-6836683</w:t>
        </w:r>
      </w:hyperlink>
      <w:r>
        <w:t xml:space="preserve"> - Confirms Trump's attendance at the game, his interaction with fans, and the security measures in place for his visit.</w:t>
      </w:r>
      <w:r/>
    </w:p>
    <w:p>
      <w:pPr>
        <w:pStyle w:val="ListNumber"/>
        <w:spacing w:line="240" w:lineRule="auto"/>
        <w:ind w:left="720"/>
      </w:pPr>
      <w:r/>
      <w:hyperlink r:id="rId13">
        <w:r>
          <w:rPr>
            <w:color w:val="0000EE"/>
            <w:u w:val="single"/>
          </w:rPr>
          <w:t>https://www.foxnews.com/sports/donald-trump-leads-raucous-u-s-a-chant-from-suite-steelers-jets-game</w:t>
        </w:r>
      </w:hyperlink>
      <w:r>
        <w:t xml:space="preserve"> - Describes the 'U-S-A!' chants led by Trump from the suite and his interactions with former Steelers players Antonio Brown and Le'Veon Bell.</w:t>
      </w:r>
      <w:r/>
    </w:p>
    <w:p>
      <w:pPr>
        <w:pStyle w:val="ListNumber"/>
        <w:spacing w:line="240" w:lineRule="auto"/>
        <w:ind w:left="720"/>
      </w:pPr>
      <w:r/>
      <w:hyperlink r:id="rId14">
        <w:r>
          <w:rPr>
            <w:color w:val="0000EE"/>
            <w:u w:val="single"/>
          </w:rPr>
          <w:t>https://www.cbsnews.com/pittsburgh/news/former-steelers-players-endorse-kamala-harris-trump-attends-game-acrisure-stadium/</w:t>
        </w:r>
      </w:hyperlink>
      <w:r>
        <w:t xml:space="preserve"> - Provides details on Trump's visit, the reactions of fans, and the endorsements of Kamala Harris by former Steelers players.</w:t>
      </w:r>
      <w:r/>
    </w:p>
    <w:p>
      <w:pPr>
        <w:pStyle w:val="ListNumber"/>
        <w:spacing w:line="240" w:lineRule="auto"/>
        <w:ind w:left="720"/>
      </w:pPr>
      <w:r/>
      <w:hyperlink r:id="rId10">
        <w:r>
          <w:rPr>
            <w:color w:val="0000EE"/>
            <w:u w:val="single"/>
          </w:rPr>
          <w:t>https://abcnews.go.com/Sports/wireStory/donald-trump-stops-primetime-nfl-matchup-jets-steelers-114977430</w:t>
        </w:r>
      </w:hyperlink>
      <w:r>
        <w:t xml:space="preserve"> - Mentions Trump's earlier campaign activities in Pennsylvania, including working a shift at a local McDonald's.</w:t>
      </w:r>
      <w:r/>
    </w:p>
    <w:p>
      <w:pPr>
        <w:pStyle w:val="ListNumber"/>
        <w:spacing w:line="240" w:lineRule="auto"/>
        <w:ind w:left="720"/>
      </w:pPr>
      <w:r/>
      <w:hyperlink r:id="rId11">
        <w:r>
          <w:rPr>
            <w:color w:val="0000EE"/>
            <w:u w:val="single"/>
          </w:rPr>
          <w:t>https://www.marca.com/en/lifestyle/us-news/2024/10/21/6715c02022601d6d5c8b4595.html</w:t>
        </w:r>
      </w:hyperlink>
      <w:r>
        <w:t xml:space="preserve"> - Discusses the online reactions to Trump's AI-generated image in a Steelers jersey and its viral impact.</w:t>
      </w:r>
      <w:r/>
    </w:p>
    <w:p>
      <w:pPr>
        <w:pStyle w:val="ListNumber"/>
        <w:spacing w:line="240" w:lineRule="auto"/>
        <w:ind w:left="720"/>
      </w:pPr>
      <w:r/>
      <w:hyperlink r:id="rId12">
        <w:r>
          <w:rPr>
            <w:color w:val="0000EE"/>
            <w:u w:val="single"/>
          </w:rPr>
          <w:t>https://www.ndtv.com/world-news/donald-trump-appears-at-nfl-game-in-pennsylvania-as-white-house-race-campaign-heats-up-6836683</w:t>
        </w:r>
      </w:hyperlink>
      <w:r>
        <w:t xml:space="preserve"> - Details the security measures and fan reactions to Trump's presence at the game.</w:t>
      </w:r>
      <w:r/>
    </w:p>
    <w:p>
      <w:pPr>
        <w:pStyle w:val="ListNumber"/>
        <w:spacing w:line="240" w:lineRule="auto"/>
        <w:ind w:left="720"/>
      </w:pPr>
      <w:r/>
      <w:hyperlink r:id="rId13">
        <w:r>
          <w:rPr>
            <w:color w:val="0000EE"/>
            <w:u w:val="single"/>
          </w:rPr>
          <w:t>https://www.foxnews.com/sports/donald-trump-leads-raucous-u-s-a-chant-from-suite-steelers-jets-game</w:t>
        </w:r>
      </w:hyperlink>
      <w:r>
        <w:t xml:space="preserve"> - Explains the involvement of former Steelers players Antonio Brown and Le'Veon Bell in Trump's campaign activities.</w:t>
      </w:r>
      <w:r/>
    </w:p>
    <w:p>
      <w:pPr>
        <w:pStyle w:val="ListNumber"/>
        <w:spacing w:line="240" w:lineRule="auto"/>
        <w:ind w:left="720"/>
      </w:pPr>
      <w:r/>
      <w:hyperlink r:id="rId14">
        <w:r>
          <w:rPr>
            <w:color w:val="0000EE"/>
            <w:u w:val="single"/>
          </w:rPr>
          <w:t>https://www.cbsnews.com/pittsburgh/news/former-steelers-players-endorse-kamala-harris-trump-attends-game-acrisure-stadium/</w:t>
        </w:r>
      </w:hyperlink>
      <w:r>
        <w:t xml:space="preserve"> - Highlights the endorsements of Kamala Harris by Steelers icons Joe Greene and Jerome Bettis, contrasting with Trump's endorsements by Brown and Bell.</w:t>
      </w:r>
      <w:r/>
    </w:p>
    <w:p>
      <w:pPr>
        <w:pStyle w:val="ListNumber"/>
        <w:spacing w:line="240" w:lineRule="auto"/>
        <w:ind w:left="720"/>
      </w:pPr>
      <w:r/>
      <w:hyperlink r:id="rId12">
        <w:r>
          <w:rPr>
            <w:color w:val="0000EE"/>
            <w:u w:val="single"/>
          </w:rPr>
          <w:t>https://www.ndtv.com/world-news/donald-trump-appears-at-nfl-game-in-pennsylvania-as-white-house-race-campaign-heats-up-6836683</w:t>
        </w:r>
      </w:hyperlink>
      <w:r>
        <w:t xml:space="preserve"> - Corroborates the limited television coverage of Trump's appearance during the game by NBC.</w:t>
      </w:r>
      <w:r/>
    </w:p>
    <w:p>
      <w:pPr>
        <w:pStyle w:val="ListNumber"/>
        <w:spacing w:line="240" w:lineRule="auto"/>
        <w:ind w:left="720"/>
      </w:pPr>
      <w:r/>
      <w:hyperlink r:id="rId15">
        <w:r>
          <w:rPr>
            <w:color w:val="0000EE"/>
            <w:u w:val="single"/>
          </w:rPr>
          <w:t>https://www.lifezette.com/2024/10/trump-posts-ai-image-of-him-as-a-professional-football-player-fact-checkers-actually-feel-need-to-clarify-its-ai/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Sports/wireStory/donald-trump-stops-primetime-nfl-matchup-jets-steelers-114977430" TargetMode="External"/><Relationship Id="rId11" Type="http://schemas.openxmlformats.org/officeDocument/2006/relationships/hyperlink" Target="https://www.marca.com/en/lifestyle/us-news/2024/10/21/6715c02022601d6d5c8b4595.html" TargetMode="External"/><Relationship Id="rId12" Type="http://schemas.openxmlformats.org/officeDocument/2006/relationships/hyperlink" Target="https://www.ndtv.com/world-news/donald-trump-appears-at-nfl-game-in-pennsylvania-as-white-house-race-campaign-heats-up-6836683" TargetMode="External"/><Relationship Id="rId13" Type="http://schemas.openxmlformats.org/officeDocument/2006/relationships/hyperlink" Target="https://www.foxnews.com/sports/donald-trump-leads-raucous-u-s-a-chant-from-suite-steelers-jets-game" TargetMode="External"/><Relationship Id="rId14" Type="http://schemas.openxmlformats.org/officeDocument/2006/relationships/hyperlink" Target="https://www.cbsnews.com/pittsburgh/news/former-steelers-players-endorse-kamala-harris-trump-attends-game-acrisure-stadium/" TargetMode="External"/><Relationship Id="rId15" Type="http://schemas.openxmlformats.org/officeDocument/2006/relationships/hyperlink" Target="https://www.lifezette.com/2024/10/trump-posts-ai-image-of-him-as-a-professional-football-player-fact-checkers-actually-feel-need-to-clarify-it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