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DTEN D7X: A game-changer for hybrid workspaces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hybrid work and digital communication, the DTEN D7X display emerges as a notable innovation aimed at optimising meeting room environments for both physical and virtual participants. The device leverages advanced technology to ensure seamless interactions and synchronisation between team members across various locations.</w:t>
      </w:r>
      <w:r/>
    </w:p>
    <w:p>
      <w:r/>
      <w:r>
        <w:t>The DTEN D7X, an all-in-one, AI-powered display, distinguishes itself with a host of integrated features, including a 4K camera, high-quality microphones, and sophisticated speakers. These components work in tandem with cutting-edge intelligent software to deliver an immersive and effective meeting experience. Available in two sizes, 55 inches and 75 inches, the pricing of the D7X begins at approximately $4,500, though the larger model commands a price upwards of $7,500. While this cost might be steep for some, it remains competitive against other premium solutions like the Microsoft Surface Hub 3.</w:t>
      </w:r>
      <w:r/>
    </w:p>
    <w:p>
      <w:r/>
      <w:r>
        <w:t>A distinguishing feature of the DTEN D7X is its exceptional touchscreen capabilities. Equipped with an Ultra HD 4K display that supports both Windows IoT and Android operating systems, the screen boasts a 20 touchpoint capacity, making it particularly effective for detailed tasks such as digital drawing and document annotation. The screen's responsiveness is enhanced by a 50-millisecond response time and a 180 touch-point reporting rate, providing users with an unexpectedly fluid and intuitive interactive experience. The inclusion of proprietary AI technology further enhances usability by refining drawn shapes and reducing lag.</w:t>
      </w:r>
      <w:r/>
    </w:p>
    <w:p>
      <w:r/>
      <w:r>
        <w:t>The DTEN D7X is equipped with a suite of integrated audiovisual components that elevate its utility in a meeting room setting. The fixed-lens 4K camera provides a broad 129-degree field of view, ensuring comprehensive coverage of participants in a room. Furthermore, its AI capabilities work seamlessly with renowned tools such as Zoom Rooms’ Smart Gallery and Microsoft Teams’ Intelliframe to enhance video interactivity and clarity.</w:t>
      </w:r>
      <w:r/>
    </w:p>
    <w:p>
      <w:r/>
      <w:r>
        <w:t>The microphone array, featuring 15 individual units, benefits from AI-driven enhancements that suppress ambient noise and elevate voice clarity. Complementing this are high-quality integrated speakers, delivering robust and clear audio playback, thereby enhancing the overall meeting experience without the need for external add-ons.</w:t>
      </w:r>
      <w:r/>
    </w:p>
    <w:p>
      <w:r/>
      <w:r>
        <w:t>The D7X also places a strong emphasis on collaboration and device integration. It is certified to work with major remote communication platforms like Microsoft Teams and Zoom, providing reliable connectivity options. Users can connect their personal devices effortlessly via a single USB-C cable, an HDMI input, or through wireless alternatives such as Bluetooth and proximity sharing. The display's touchback feature allows users to interact with content on their connected devices directly from the D7X screen, streamlining the process of content sharing and presentation.</w:t>
      </w:r>
      <w:r/>
    </w:p>
    <w:p>
      <w:r/>
      <w:r>
        <w:t>Among the ancillary services offered by DTEN is the Orbit system, which provides robust endpoint management options. This cloud-based solution offers a unified dashboard for monitoring device health, controlling display settings, and managing user profiles. It also facilitates quick and efficient firmware updates. The DTEN Orbit Mission Control, accessible via a subscription, expands upon the free basic plan by offering extended warranties, remote repair options, advanced parts replacement, and dedicated customer support.</w:t>
      </w:r>
      <w:r/>
    </w:p>
    <w:p>
      <w:r/>
      <w:r>
        <w:t>In conclusion, the DTEN D7X is an advanced display system that delivers extensive features tailored to improving productivity in hybrid workspaces. Its combination of intuitive interaction, high-quality integrated components, and additional management services make it a compelling choice for businesses looking to enhance their meeting room capabilities. However, potential buyers should consider their budget and specific needs before investing in this high-end solution.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https://www.dten.com/products/d7x/</w:t>
        </w:r>
      </w:hyperlink>
      <w:r>
        <w:t xml:space="preserve"> - Details the DTEN D7X's AI-powered all-in-one design, its certification for Zoom Rooms and Microsoft Teams, and its advanced features like 4K camera, microphones, and speakers.</w:t>
      </w:r>
      <w:r/>
    </w:p>
    <w:p>
      <w:pPr>
        <w:pStyle w:val="ListNumber"/>
        <w:spacing w:line="240" w:lineRule="auto"/>
        <w:ind w:left="720"/>
      </w:pPr>
      <w:r/>
      <w:hyperlink r:id="rId10">
        <w:r>
          <w:rPr>
            <w:color w:val="0000EE"/>
            <w:u w:val="single"/>
          </w:rPr>
          <w:t>https://www.dten.com/products/d7x/</w:t>
        </w:r>
      </w:hyperlink>
      <w:r>
        <w:t xml:space="preserve"> - Explains the touchscreen capabilities of the DTEN D7X, including its Ultra HD 4K display, touchpoint capacity, and AI-enhanced usability.</w:t>
      </w:r>
      <w:r/>
    </w:p>
    <w:p>
      <w:pPr>
        <w:pStyle w:val="ListNumber"/>
        <w:spacing w:line="240" w:lineRule="auto"/>
        <w:ind w:left="720"/>
      </w:pPr>
      <w:r/>
      <w:hyperlink r:id="rId10">
        <w:r>
          <w:rPr>
            <w:color w:val="0000EE"/>
            <w:u w:val="single"/>
          </w:rPr>
          <w:t>https://www.dten.com/products/d7x/</w:t>
        </w:r>
      </w:hyperlink>
      <w:r>
        <w:t xml:space="preserve"> - Describes the integrated audiovisual components, such as the 4K camera's field of view, AI-driven microphone array, and high-quality speakers.</w:t>
      </w:r>
      <w:r/>
    </w:p>
    <w:p>
      <w:pPr>
        <w:pStyle w:val="ListNumber"/>
        <w:spacing w:line="240" w:lineRule="auto"/>
        <w:ind w:left="720"/>
      </w:pPr>
      <w:r/>
      <w:hyperlink r:id="rId10">
        <w:r>
          <w:rPr>
            <w:color w:val="0000EE"/>
            <w:u w:val="single"/>
          </w:rPr>
          <w:t>https://www.dten.com/products/d7x/</w:t>
        </w:r>
      </w:hyperlink>
      <w:r>
        <w:t xml:space="preserve"> - Highlights the device's collaboration features, including certification for Microsoft Teams and Zoom, and easy device integration via USB-C, HDMI, and wireless options.</w:t>
      </w:r>
      <w:r/>
    </w:p>
    <w:p>
      <w:pPr>
        <w:pStyle w:val="ListNumber"/>
        <w:spacing w:line="240" w:lineRule="auto"/>
        <w:ind w:left="720"/>
      </w:pPr>
      <w:r/>
      <w:hyperlink r:id="rId10">
        <w:r>
          <w:rPr>
            <w:color w:val="0000EE"/>
            <w:u w:val="single"/>
          </w:rPr>
          <w:t>https://www.dten.com/products/d7x/</w:t>
        </w:r>
      </w:hyperlink>
      <w:r>
        <w:t xml:space="preserve"> - Discusses the touchback feature for content control and presentation, enhancing collaboration and device interaction.</w:t>
      </w:r>
      <w:r/>
    </w:p>
    <w:p>
      <w:pPr>
        <w:pStyle w:val="ListNumber"/>
        <w:spacing w:line="240" w:lineRule="auto"/>
        <w:ind w:left="720"/>
      </w:pPr>
      <w:r/>
      <w:hyperlink r:id="rId10">
        <w:r>
          <w:rPr>
            <w:color w:val="0000EE"/>
            <w:u w:val="single"/>
          </w:rPr>
          <w:t>https://www.dten.com/products/d7x/</w:t>
        </w:r>
      </w:hyperlink>
      <w:r>
        <w:t xml:space="preserve"> - Details the DTEN Orbit system for endpoint management, including device health monitoring, user profile management, and firmware updates.</w:t>
      </w:r>
      <w:r/>
    </w:p>
    <w:p>
      <w:pPr>
        <w:pStyle w:val="ListNumber"/>
        <w:spacing w:line="240" w:lineRule="auto"/>
        <w:ind w:left="720"/>
      </w:pPr>
      <w:r/>
      <w:hyperlink r:id="rId11">
        <w:r>
          <w:rPr>
            <w:color w:val="0000EE"/>
            <w:u w:val="single"/>
          </w:rPr>
          <w:t>https://www.dten.com/products/d7x/d7x-dual-75/</w:t>
        </w:r>
      </w:hyperlink>
      <w:r>
        <w:t xml:space="preserve"> - Provides information on the DTEN D7X Dual 75's innovative 5-camera system, dual 4K displays, and enhanced audiovisual capabilities for hybrid collaboration.</w:t>
      </w:r>
      <w:r/>
    </w:p>
    <w:p>
      <w:pPr>
        <w:pStyle w:val="ListNumber"/>
        <w:spacing w:line="240" w:lineRule="auto"/>
        <w:ind w:left="720"/>
      </w:pPr>
      <w:r/>
      <w:hyperlink r:id="rId12">
        <w:r>
          <w:rPr>
            <w:color w:val="0000EE"/>
            <w:u w:val="single"/>
          </w:rPr>
          <w:t>https://www.dten.com/industries/hybrid-work/</w:t>
        </w:r>
      </w:hyperlink>
      <w:r>
        <w:t xml:space="preserve"> - Explains how DTEN solutions, including the D7X series, are optimized for hybrid work environments with spacious edge-to-edge displays and flexible connectivity options.</w:t>
      </w:r>
      <w:r/>
    </w:p>
    <w:p>
      <w:pPr>
        <w:pStyle w:val="ListNumber"/>
        <w:spacing w:line="240" w:lineRule="auto"/>
        <w:ind w:left="720"/>
      </w:pPr>
      <w:r/>
      <w:hyperlink r:id="rId13">
        <w:r>
          <w:rPr>
            <w:color w:val="0000EE"/>
            <w:u w:val="single"/>
          </w:rPr>
          <w:t>https://www.dten.com/spaces/</w:t>
        </w:r>
      </w:hyperlink>
      <w:r>
        <w:t xml:space="preserve"> - Describes the suitability of DTEN devices, such as the D7X, for various meeting room sizes and the benefits of their all-in-one video conferencing solutions.</w:t>
      </w:r>
      <w:r/>
    </w:p>
    <w:p>
      <w:pPr>
        <w:pStyle w:val="ListNumber"/>
        <w:spacing w:line="240" w:lineRule="auto"/>
        <w:ind w:left="720"/>
      </w:pPr>
      <w:r/>
      <w:hyperlink r:id="rId10">
        <w:r>
          <w:rPr>
            <w:color w:val="0000EE"/>
            <w:u w:val="single"/>
          </w:rPr>
          <w:t>https://www.dten.com/products/d7x/</w:t>
        </w:r>
      </w:hyperlink>
      <w:r>
        <w:t xml:space="preserve"> - Mentions the availability of the DTEN D7X in 55” and 75” sizes and its compatibility with both Windows and Android operating systems.</w:t>
      </w:r>
      <w:r/>
    </w:p>
    <w:p>
      <w:pPr>
        <w:pStyle w:val="ListNumber"/>
        <w:spacing w:line="240" w:lineRule="auto"/>
        <w:ind w:left="720"/>
      </w:pPr>
      <w:r/>
      <w:hyperlink r:id="rId10">
        <w:r>
          <w:rPr>
            <w:color w:val="0000EE"/>
            <w:u w:val="single"/>
          </w:rPr>
          <w:t>https://www.dten.com/products/d7x/</w:t>
        </w:r>
      </w:hyperlink>
      <w:r>
        <w:t xml:space="preserve"> - Details the additional services offered by DTEN, including extended warranties, remote repair options, and dedicated customer support through DTEN Orbit Mission Control.</w:t>
      </w:r>
      <w:r/>
    </w:p>
    <w:p>
      <w:pPr>
        <w:pStyle w:val="ListNumber"/>
        <w:spacing w:line="240" w:lineRule="auto"/>
        <w:ind w:left="720"/>
      </w:pPr>
      <w:r/>
      <w:hyperlink r:id="rId14">
        <w:r>
          <w:rPr>
            <w:color w:val="0000EE"/>
            <w:u w:val="single"/>
          </w:rPr>
          <w:t>https://www.uctoday.com/meeting-rooms-and-devices/dten-d7x-review-an-intuitive-ai-powered-display/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ten.com/products/d7x/" TargetMode="External"/><Relationship Id="rId11" Type="http://schemas.openxmlformats.org/officeDocument/2006/relationships/hyperlink" Target="https://www.dten.com/products/d7x/d7x-dual-75/" TargetMode="External"/><Relationship Id="rId12" Type="http://schemas.openxmlformats.org/officeDocument/2006/relationships/hyperlink" Target="https://www.dten.com/industries/hybrid-work/" TargetMode="External"/><Relationship Id="rId13" Type="http://schemas.openxmlformats.org/officeDocument/2006/relationships/hyperlink" Target="https://www.dten.com/spaces/" TargetMode="External"/><Relationship Id="rId14" Type="http://schemas.openxmlformats.org/officeDocument/2006/relationships/hyperlink" Target="https://www.uctoday.com/meeting-rooms-and-devices/dten-d7x-review-an-intuitive-ai-powered-displ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