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Engineering, Science &amp; Technology Emmy Awards honour industry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76th Engineering, Science &amp; Technology Emmy Awards, held at the Television Academy's Saban Media Center, spotlighted remarkable innovations in the realm of broadcast technology. The event took place on a Wednesday evening and was marked by the poignant recognition of both individual and corporate contributions to the industry.</w:t>
      </w:r>
      <w:r/>
    </w:p>
    <w:p>
      <w:r/>
      <w:r>
        <w:t>NVIDIA founder and CEO Jensen Huang, a monumental figure in the tech industry, was honoured with the Charles F. Jenkins Lifetime Achievement Award. Delivering his acceptance speech through a recorded message, Huang emphasized the transformative role of Artificial Intelligence in storytelling. Reflecting on the milestone Pixar's "Toy Story" achieved three decades ago with CGI, Huang suggested that AI could potentially offer a similarly groundbreaking medium for narrative creation, providing creators with new tools to engage audiences uniquely.</w:t>
      </w:r>
      <w:r/>
    </w:p>
    <w:p>
      <w:r/>
      <w:r>
        <w:t>Adobe, a giant in software development, was bestowed with the prestigious Philo T. Farnsworth Corporate Achievement Award. The accolade was received by Adobe product manager Erica Schisler, who underscored the company's commitment to realising Farnsworth's vision of unifying people through television. Adobe's mission, Schisler stated, is about empowering creators across the globe to amplify their voices through innovative technologies such as their award-winning product, Substance Painter.</w:t>
      </w:r>
      <w:r/>
    </w:p>
    <w:p>
      <w:r/>
      <w:r>
        <w:t>A series of Engineering Emmys acknowledged various technological breakthroughs. Tom Ohanian, Ken Goekjian, Joel Swan, and Victor Young were honoured for the Avid Multicamera System, while Paul Pan, Yanchong Zhao, Tie Su, and Shimeng Bei received recognition for the DJI Ronin series of camera stabilizers. Further awards went to experts behind MTI Film’s DRS Nova film and video restoration software, the Accentize dxRevive Pro speech-restoration plugin, Megapixel’s HELIOS processing platform, and The Tiffen Company's Steadicam Volt stabilization technology.</w:t>
      </w:r>
      <w:r/>
    </w:p>
    <w:p>
      <w:r/>
      <w:r>
        <w:t>One poignant moment of the ceremony came from Kevin Manbeck, who spoke lovingly of his work on the DRS Nova restoration tool. He shared a touching anecdote about young viewers enjoying an episode of "I Love Lucy," produced long before their time, highlighting the enduring cultural significance of restoring classic media.</w:t>
      </w:r>
      <w:r/>
    </w:p>
    <w:p>
      <w:r/>
      <w:r>
        <w:t>Tom Ohanian, co-inventor of the Avid Media Composer, reflected on the spirit of innovation and perseverance that drove him and his team. Emphasizing the motto "results not reasons," Ohanian paid homage to the dedication and belief necessary to achieve groundbreaking success in the industry.</w:t>
      </w:r>
      <w:r/>
    </w:p>
    <w:p>
      <w:r/>
      <w:r>
        <w:t>The evening began with a light-hearted yet earnest tribute by host Kirsten Vangsness, who serenaded the gathering with a medley dedicated to the honourees. Her performance received warm applause from an audience ready to celebrate the fusion of engineering excellence and cinematic magic.</w:t>
      </w:r>
      <w:r/>
    </w:p>
    <w:p>
      <w:r/>
      <w:r>
        <w:t>This year's awards underscored the pivotal role of technology in shaping modern storytelling, celebrating both the legacy of foundational work in the medium and the promise of future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https://www.emmys.com/awards/emmys/engineering-emmys</w:t>
        </w:r>
      </w:hyperlink>
      <w:r>
        <w:t xml:space="preserve"> - Provides details on the 76th Engineering, Science &amp; Technology Emmy Awards, including the date and location of the event.</w:t>
      </w:r>
      <w:r/>
    </w:p>
    <w:p>
      <w:pPr>
        <w:pStyle w:val="ListNumber"/>
        <w:spacing w:line="240" w:lineRule="auto"/>
        <w:ind w:left="720"/>
      </w:pPr>
      <w:r/>
      <w:hyperlink r:id="rId11">
        <w:r>
          <w:rPr>
            <w:color w:val="0000EE"/>
            <w:u w:val="single"/>
          </w:rPr>
          <w:t>https://www.emmys.com/news/awards-news/76th-engineering-240903</w:t>
        </w:r>
      </w:hyperlink>
      <w:r>
        <w:t xml:space="preserve"> - Announces the recipients of the 76th Engineering, Science &amp; Technology Emmy Awards, including Jensen Huang and Adobe Inc.</w:t>
      </w:r>
      <w:r/>
    </w:p>
    <w:p>
      <w:pPr>
        <w:pStyle w:val="ListNumber"/>
        <w:spacing w:line="240" w:lineRule="auto"/>
        <w:ind w:left="720"/>
      </w:pPr>
      <w:r/>
      <w:hyperlink r:id="rId12">
        <w:r>
          <w:rPr>
            <w:color w:val="0000EE"/>
            <w:u w:val="single"/>
          </w:rPr>
          <w:t>https://www.thewrap.com/76th-engineering-science-and-technology-emmy-winners/</w:t>
        </w:r>
      </w:hyperlink>
      <w:r>
        <w:t xml:space="preserve"> - Lists the winners of the 76th Engineering, Science and Technology Emmys, including details on the awards received by NVIDIA and Adobe.</w:t>
      </w:r>
      <w:r/>
    </w:p>
    <w:p>
      <w:pPr>
        <w:pStyle w:val="ListNumber"/>
        <w:spacing w:line="240" w:lineRule="auto"/>
        <w:ind w:left="720"/>
      </w:pPr>
      <w:r/>
      <w:hyperlink r:id="rId13">
        <w:r>
          <w:rPr>
            <w:color w:val="0000EE"/>
            <w:u w:val="single"/>
          </w:rPr>
          <w:t>https://www.emmys.com/awards/engineering-emmys/winners</w:t>
        </w:r>
      </w:hyperlink>
      <w:r>
        <w:t xml:space="preserve"> - Provides a list of past and current recipients of the Engineering, Science &amp; Technology Emmy Awards, including the Charles F. Jenkins Lifetime Achievement Award and the Philo T. Farnsworth Corporate Achievement Award.</w:t>
      </w:r>
      <w:r/>
    </w:p>
    <w:p>
      <w:pPr>
        <w:pStyle w:val="ListNumber"/>
        <w:spacing w:line="240" w:lineRule="auto"/>
        <w:ind w:left="720"/>
      </w:pPr>
      <w:r/>
      <w:hyperlink r:id="rId11">
        <w:r>
          <w:rPr>
            <w:color w:val="0000EE"/>
            <w:u w:val="single"/>
          </w:rPr>
          <w:t>https://www.emmys.com/news/awards-news/76th-engineering-240903</w:t>
        </w:r>
      </w:hyperlink>
      <w:r>
        <w:t xml:space="preserve"> - Details Jensen Huang's recognition with the Charles F. Jenkins Lifetime Achievement Award and his contributions to the tech industry.</w:t>
      </w:r>
      <w:r/>
    </w:p>
    <w:p>
      <w:pPr>
        <w:pStyle w:val="ListNumber"/>
        <w:spacing w:line="240" w:lineRule="auto"/>
        <w:ind w:left="720"/>
      </w:pPr>
      <w:r/>
      <w:hyperlink r:id="rId12">
        <w:r>
          <w:rPr>
            <w:color w:val="0000EE"/>
            <w:u w:val="single"/>
          </w:rPr>
          <w:t>https://www.thewrap.com/76th-engineering-science-and-technology-emmy-winners/</w:t>
        </w:r>
      </w:hyperlink>
      <w:r>
        <w:t xml:space="preserve"> - Describes Adobe's receipt of the Philo T. Farnsworth Corporate Achievement Award and their innovative products like Substance Painter.</w:t>
      </w:r>
      <w:r/>
    </w:p>
    <w:p>
      <w:pPr>
        <w:pStyle w:val="ListNumber"/>
        <w:spacing w:line="240" w:lineRule="auto"/>
        <w:ind w:left="720"/>
      </w:pPr>
      <w:r/>
      <w:hyperlink r:id="rId11">
        <w:r>
          <w:rPr>
            <w:color w:val="0000EE"/>
            <w:u w:val="single"/>
          </w:rPr>
          <w:t>https://www.emmys.com/news/awards-news/76th-engineering-240903</w:t>
        </w:r>
      </w:hyperlink>
      <w:r>
        <w:t xml:space="preserve"> - Mentions the awards given to various technological breakthroughs, including the Avid Multicamera System, DJI Ronin series, and other technologies.</w:t>
      </w:r>
      <w:r/>
    </w:p>
    <w:p>
      <w:pPr>
        <w:pStyle w:val="ListNumber"/>
        <w:spacing w:line="240" w:lineRule="auto"/>
        <w:ind w:left="720"/>
      </w:pPr>
      <w:r/>
      <w:hyperlink r:id="rId12">
        <w:r>
          <w:rPr>
            <w:color w:val="0000EE"/>
            <w:u w:val="single"/>
          </w:rPr>
          <w:t>https://www.thewrap.com/76th-engineering-science-and-technology-emmy-winners/</w:t>
        </w:r>
      </w:hyperlink>
      <w:r>
        <w:t xml:space="preserve"> - Provides specific examples of the technologies honored, such as MTI Film’s DRS Nova, Accentize dxRevive Pro, Megapixel’s HELIOS, and The Tiffen Company's Steadicam Volt.</w:t>
      </w:r>
      <w:r/>
    </w:p>
    <w:p>
      <w:pPr>
        <w:pStyle w:val="ListNumber"/>
        <w:spacing w:line="240" w:lineRule="auto"/>
        <w:ind w:left="720"/>
      </w:pPr>
      <w:r/>
      <w:hyperlink r:id="rId11">
        <w:r>
          <w:rPr>
            <w:color w:val="0000EE"/>
            <w:u w:val="single"/>
          </w:rPr>
          <w:t>https://www.emmys.com/news/awards-news/76th-engineering-240903</w:t>
        </w:r>
      </w:hyperlink>
      <w:r>
        <w:t xml:space="preserve"> - Highlights the significance of the awards in celebrating the fusion of engineering excellence and cinematic magic, as well as the host Kirsten Vangsness's tribute.</w:t>
      </w:r>
      <w:r/>
    </w:p>
    <w:p>
      <w:pPr>
        <w:pStyle w:val="ListNumber"/>
        <w:spacing w:line="240" w:lineRule="auto"/>
        <w:ind w:left="720"/>
      </w:pPr>
      <w:r/>
      <w:hyperlink r:id="rId12">
        <w:r>
          <w:rPr>
            <w:color w:val="0000EE"/>
            <w:u w:val="single"/>
          </w:rPr>
          <w:t>https://www.thewrap.com/76th-engineering-science-and-technology-emmy-winners/</w:t>
        </w:r>
      </w:hyperlink>
      <w:r>
        <w:t xml:space="preserve"> - Quotes from industry leaders like Cris Abrego and committee co-chairs Barry Zegel and Wendy Aylsworth on the importance of these awards in shaping the future of television.</w:t>
      </w:r>
      <w:r/>
    </w:p>
    <w:p>
      <w:pPr>
        <w:pStyle w:val="ListNumber"/>
        <w:spacing w:line="240" w:lineRule="auto"/>
        <w:ind w:left="720"/>
      </w:pPr>
      <w:r/>
      <w:hyperlink r:id="rId10">
        <w:r>
          <w:rPr>
            <w:color w:val="0000EE"/>
            <w:u w:val="single"/>
          </w:rPr>
          <w:t>https://www.emmys.com/awards/emmys/engineering-emmys</w:t>
        </w:r>
      </w:hyperlink>
      <w:r>
        <w:t xml:space="preserve"> - Explains the criteria and procedures for selecting the Engineering, Science &amp; Technology Emmy Award recipients, emphasizing the role of a jury of television engineers.</w:t>
      </w:r>
      <w:r/>
    </w:p>
    <w:p>
      <w:pPr>
        <w:pStyle w:val="ListNumber"/>
        <w:spacing w:line="240" w:lineRule="auto"/>
        <w:ind w:left="720"/>
      </w:pPr>
      <w:r/>
      <w:hyperlink r:id="rId14">
        <w:r>
          <w:rPr>
            <w:color w:val="0000EE"/>
            <w:u w:val="single"/>
          </w:rPr>
          <w:t>https://variety.com/2024/awards/awards/nvidia-jensen-huang-adobe-engineering-emmys-1236186960/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mmys.com/awards/emmys/engineering-emmys" TargetMode="External"/><Relationship Id="rId11" Type="http://schemas.openxmlformats.org/officeDocument/2006/relationships/hyperlink" Target="https://www.emmys.com/news/awards-news/76th-engineering-240903" TargetMode="External"/><Relationship Id="rId12" Type="http://schemas.openxmlformats.org/officeDocument/2006/relationships/hyperlink" Target="https://www.thewrap.com/76th-engineering-science-and-technology-emmy-winners/" TargetMode="External"/><Relationship Id="rId13" Type="http://schemas.openxmlformats.org/officeDocument/2006/relationships/hyperlink" Target="https://www.emmys.com/awards/engineering-emmys/winners" TargetMode="External"/><Relationship Id="rId14" Type="http://schemas.openxmlformats.org/officeDocument/2006/relationships/hyperlink" Target="https://variety.com/2024/awards/awards/nvidia-jensen-huang-adobe-engineering-emmys-123618696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