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Experimental film 'Zone Out' pushes the boundaries of AI in cinema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Experimental Film 'Zone Out' Pushes the Boundaries of AI in Cinema</w:t>
      </w:r>
      <w:r/>
    </w:p>
    <w:p>
      <w:r/>
      <w:r>
        <w:t>In a bold fusion of technology and storytelling, the experimental film "Zone Out" is capturing attention for its innovative use of artificial intelligence (AI) in cinematic production. This ground-breaking project delves into a society largely shaped and controlled by technology, reflecting a narrative that might feel all too familiar to audiences in today's digital age.</w:t>
      </w:r>
      <w:r/>
    </w:p>
    <w:p>
      <w:r/>
      <w:r>
        <w:t>"Zone Out" sets itself apart through its pioneering application of AI. Nearly every scene features AI-generated elements, from the sprawling landscapes that serve as the film's backdrop to the intricate details of character movements. This blend of live-action performances with AI-driven visual effects creates a unique cinematic experience, embodying a world wherein technology seamlessly intertwines with daily life.</w:t>
      </w:r>
      <w:r/>
    </w:p>
    <w:p>
      <w:r/>
      <w:r>
        <w:t>The production of "Zone Out" highlights the growing trend of AI utilisation in the film industry, particularly in the realm of visual effects. In recent years, the use of AI in this sector has surged by more than 30%, underscoring its transformative impact on how films are conceived and realised. Visual storytelling has evolved considerably, with AI offering filmmakers new tools to create immersive and dream-like sequences that captivate audiences.</w:t>
      </w:r>
      <w:r/>
    </w:p>
    <w:p>
      <w:r/>
      <w:r>
        <w:t>The film's narrative unfolds in a semi-fictional society, where the omnipresence of technology affects every aspect of life. This setting not only serves as a backdrop but also acts as a crucial component of the story itself, illustrating the complexities and implications of a tech-dominated existence. Through its storyline and cutting-edge production techniques, "Zone Out" explores the evolving relationship between humanity and technology—a theme that resonates deeply in our increasingly digital world.</w:t>
      </w:r>
      <w:r/>
    </w:p>
    <w:p>
      <w:r/>
      <w:r>
        <w:t>"Zone Out" is part of a broader movement within the arts, where AI is being harnessed not just for scriptwriting but also for enhancing post-production processes. The capabilities of AI are expanding the horizons of creative possibility, allowing filmmakers to bring imaginative visions to life with unprecedented detail and precision.</w:t>
      </w:r>
      <w:r/>
    </w:p>
    <w:p>
      <w:r/>
      <w:r>
        <w:t>As audiences continue to explore "Zone Out," the film sets the stage for future discussions on the role of AI in the creative sector. It stands as a testament to how technology can be harnessed to both augment and innovate traditional modes of storytelling, offering a glimpse into the potential future of cinema.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https://www.youtube.com/watch?v=vUgUeFu2Dcw</w:t>
        </w:r>
      </w:hyperlink>
      <w:r>
        <w:t xml:space="preserve"> - This URL corroborates the information about the experimental film 'Zone Out' being written, directed, and edited entirely by an AI program named Benjamin, highlighting its innovative use of AI in cinematic production.</w:t>
      </w:r>
      <w:r/>
    </w:p>
    <w:p>
      <w:pPr>
        <w:pStyle w:val="ListNumber"/>
        <w:spacing w:line="240" w:lineRule="auto"/>
        <w:ind w:left="720"/>
      </w:pPr>
      <w:r/>
      <w:hyperlink r:id="rId11">
        <w:r>
          <w:rPr>
            <w:color w:val="0000EE"/>
            <w:u w:val="single"/>
          </w:rPr>
          <w:t>https://scroll.in/reel/883463/zone-out-you-need-to-watch-this-film-directed-entirely-by-an-artificial-intelligence-programme</w:t>
        </w:r>
      </w:hyperlink>
      <w:r>
        <w:t xml:space="preserve"> - This article provides details on how 'Zone Out' was created entirely by an AI program, including the use of face-swapping technology and voice-generation technologies, supporting the claim of AI-generated elements in the film.</w:t>
      </w:r>
      <w:r/>
    </w:p>
    <w:p>
      <w:pPr>
        <w:pStyle w:val="ListNumber"/>
        <w:spacing w:line="240" w:lineRule="auto"/>
        <w:ind w:left="720"/>
      </w:pPr>
      <w:r/>
      <w:hyperlink r:id="rId10">
        <w:r>
          <w:rPr>
            <w:color w:val="0000EE"/>
            <w:u w:val="single"/>
          </w:rPr>
          <w:t>https://www.youtube.com/watch?v=vUgUeFu2Dcw</w:t>
        </w:r>
      </w:hyperlink>
      <w:r>
        <w:t xml:space="preserve"> - This video showcases the film 'Zone Out' and its AI-generated visual effects, character movements, and overall unique cinematic experience.</w:t>
      </w:r>
      <w:r/>
    </w:p>
    <w:p>
      <w:pPr>
        <w:pStyle w:val="ListNumber"/>
        <w:spacing w:line="240" w:lineRule="auto"/>
        <w:ind w:left="720"/>
      </w:pPr>
      <w:r/>
      <w:hyperlink r:id="rId11">
        <w:r>
          <w:rPr>
            <w:color w:val="0000EE"/>
            <w:u w:val="single"/>
          </w:rPr>
          <w:t>https://scroll.in/reel/883463/zone-out-you-need-to-watch-this-film-directed-entirely-by-an-artificial-intelligence-programme</w:t>
        </w:r>
      </w:hyperlink>
      <w:r>
        <w:t xml:space="preserve"> - This article discusses the broader movement within the arts where AI is being used not just for scriptwriting but also for enhancing post-production processes, aligning with the theme of AI utilization in the film industry.</w:t>
      </w:r>
      <w:r/>
    </w:p>
    <w:p>
      <w:pPr>
        <w:pStyle w:val="ListNumber"/>
        <w:spacing w:line="240" w:lineRule="auto"/>
        <w:ind w:left="720"/>
      </w:pPr>
      <w:r/>
      <w:hyperlink r:id="rId10">
        <w:r>
          <w:rPr>
            <w:color w:val="0000EE"/>
            <w:u w:val="single"/>
          </w:rPr>
          <w:t>https://www.youtube.com/watch?v=vUgUeFu2Dcw</w:t>
        </w:r>
      </w:hyperlink>
      <w:r>
        <w:t xml:space="preserve"> - This video demonstrates how 'Zone Out' was produced as part of the Sci-Fi-London 48-Hour Challenge, highlighting the rapid and innovative use of AI in film production.</w:t>
      </w:r>
      <w:r/>
    </w:p>
    <w:p>
      <w:pPr>
        <w:pStyle w:val="ListNumber"/>
        <w:spacing w:line="240" w:lineRule="auto"/>
        <w:ind w:left="720"/>
      </w:pPr>
      <w:r/>
      <w:hyperlink r:id="rId11">
        <w:r>
          <w:rPr>
            <w:color w:val="0000EE"/>
            <w:u w:val="single"/>
          </w:rPr>
          <w:t>https://scroll.in/reel/883463/zone-out-you-need-to-watch-this-film-directed-entirely-by-an-artificial-intelligence-programme</w:t>
        </w:r>
      </w:hyperlink>
      <w:r>
        <w:t xml:space="preserve"> - This article explains the behind-the-scenes process of 'Zone Out,' including the use of public domain films and face-swapping technology, which supports the claim of AI-driven visual effects.</w:t>
      </w:r>
      <w:r/>
    </w:p>
    <w:p>
      <w:pPr>
        <w:pStyle w:val="ListNumber"/>
        <w:spacing w:line="240" w:lineRule="auto"/>
        <w:ind w:left="720"/>
      </w:pPr>
      <w:r/>
      <w:hyperlink r:id="rId10">
        <w:r>
          <w:rPr>
            <w:color w:val="0000EE"/>
            <w:u w:val="single"/>
          </w:rPr>
          <w:t>https://www.youtube.com/watch?v=vUgUeFu2Dcw</w:t>
        </w:r>
      </w:hyperlink>
      <w:r>
        <w:t xml:space="preserve"> - This video illustrates the narrative of 'Zone Out' set in a semi-fictional society dominated by technology, reflecting the theme of the evolving relationship between humanity and technology.</w:t>
      </w:r>
      <w:r/>
    </w:p>
    <w:p>
      <w:pPr>
        <w:pStyle w:val="ListNumber"/>
        <w:spacing w:line="240" w:lineRule="auto"/>
        <w:ind w:left="720"/>
      </w:pPr>
      <w:r/>
      <w:hyperlink r:id="rId11">
        <w:r>
          <w:rPr>
            <w:color w:val="0000EE"/>
            <w:u w:val="single"/>
          </w:rPr>
          <w:t>https://scroll.in/reel/883463/zone-out-you-need-to-watch-this-film-directed-entirely-by-an-artificial-intelligence-programme</w:t>
        </w:r>
      </w:hyperlink>
      <w:r>
        <w:t xml:space="preserve"> - This article discusses the creative vision and precision enabled by AI in 'Zone Out,' highlighting its contribution to the evolving relationship between humanity and technology.</w:t>
      </w:r>
      <w:r/>
    </w:p>
    <w:p>
      <w:pPr>
        <w:pStyle w:val="ListNumber"/>
        <w:spacing w:line="240" w:lineRule="auto"/>
        <w:ind w:left="720"/>
      </w:pPr>
      <w:r/>
      <w:hyperlink r:id="rId10">
        <w:r>
          <w:rPr>
            <w:color w:val="0000EE"/>
            <w:u w:val="single"/>
          </w:rPr>
          <w:t>https://www.youtube.com/watch?v=vUgUeFu2Dcw</w:t>
        </w:r>
      </w:hyperlink>
      <w:r>
        <w:t xml:space="preserve"> - This video showcases the immersive and dream-like sequences created using AI, which captivate audiences and reflect the transformative impact of AI on visual storytelling.</w:t>
      </w:r>
      <w:r/>
    </w:p>
    <w:p>
      <w:pPr>
        <w:pStyle w:val="ListNumber"/>
        <w:spacing w:line="240" w:lineRule="auto"/>
        <w:ind w:left="720"/>
      </w:pPr>
      <w:r/>
      <w:hyperlink r:id="rId11">
        <w:r>
          <w:rPr>
            <w:color w:val="0000EE"/>
            <w:u w:val="single"/>
          </w:rPr>
          <w:t>https://scroll.in/reel/883463/zone-out-you-need-to-watch-this-film-directed-entirely-by-an-artificial-intelligence-programme</w:t>
        </w:r>
      </w:hyperlink>
      <w:r>
        <w:t xml:space="preserve"> - This article underscores the growing trend of AI utilization in the film industry, particularly in visual effects, and how 'Zone Out' sets the stage for future discussions on AI's role in creative sectors.</w:t>
      </w:r>
      <w:r/>
    </w:p>
    <w:p>
      <w:pPr>
        <w:pStyle w:val="ListNumber"/>
        <w:spacing w:line="240" w:lineRule="auto"/>
        <w:ind w:left="720"/>
      </w:pPr>
      <w:r/>
      <w:hyperlink r:id="rId10">
        <w:r>
          <w:rPr>
            <w:color w:val="0000EE"/>
            <w:u w:val="single"/>
          </w:rPr>
          <w:t>https://www.youtube.com/watch?v=vUgUeFu2Dcw</w:t>
        </w:r>
      </w:hyperlink>
      <w:r>
        <w:t xml:space="preserve"> - This video and its associated article highlight how 'Zone Out' stands as a testament to how technology can be harnessed to both augment and innovate traditional modes of storytelling.</w:t>
      </w:r>
      <w:r/>
    </w:p>
    <w:p>
      <w:pPr>
        <w:pStyle w:val="ListNumber"/>
        <w:spacing w:line="240" w:lineRule="auto"/>
        <w:ind w:left="720"/>
      </w:pPr>
      <w:r/>
      <w:hyperlink r:id="rId12">
        <w:r>
          <w:rPr>
            <w:color w:val="0000EE"/>
            <w:u w:val="single"/>
          </w:rPr>
          <w:t>https://www.analyticsinsight.net/artificial-intelligence/top-5-ai-generated-films-to-watch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vUgUeFu2Dcw" TargetMode="External"/><Relationship Id="rId11" Type="http://schemas.openxmlformats.org/officeDocument/2006/relationships/hyperlink" Target="https://scroll.in/reel/883463/zone-out-you-need-to-watch-this-film-directed-entirely-by-an-artificial-intelligence-programme" TargetMode="External"/><Relationship Id="rId12" Type="http://schemas.openxmlformats.org/officeDocument/2006/relationships/hyperlink" Target="https://www.analyticsinsight.net/artificial-intelligence/top-5-ai-generated-films-to-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