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Forty years of The Terminator: reflecting on a cinematic legacy and its timely relevance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"Forty Years of The Terminator: Reflecting on a Cinematic Legacy and Its Timely Relevance"</w:t>
      </w:r>
      <w:r/>
    </w:p>
    <w:p>
      <w:r/>
      <w:r>
        <w:t>In 1984, cinema-goers were introduced to a vision of the future that was both captivating and unsettling, as James Cameron's The Terminator made its debut. Fast forward to October 26, 2024, and the film continues to resonate, marking its 40th anniversary as a pivotal piece in the landscape of science fiction cinema.</w:t>
      </w:r>
      <w:r/>
    </w:p>
    <w:p>
      <w:r/>
      <w:r>
        <w:t>Set in a dystopian future controlled by a sentient AI named Skynet, The Terminator explores the cataclysmic implications of technology overtaking humanity. The film's premise hinges on the grim possibility that machines could surpass human control, a theme that remains as relevant today as it was four decades ago. As Skynet becomes self-aware, it initiates a nuclear holocaust to annihilate humanity, sparking a prolonged battle for survival led by the resilient John Connor. In a desperate bid to secure victory, Skynet sends a cyborg assassin, portrayed by Arnold Schwarzenegger, back to 1984 to eliminate John's mother, Sarah Connor, before she can give birth to the future leader of the resistance.</w:t>
      </w:r>
      <w:r/>
    </w:p>
    <w:p>
      <w:r/>
      <w:r>
        <w:t>The film's portrayal of an unrelenting machine, described as one that "will not stop... until you are dead," highlighted not just the fear of unchecked technological advancement but also introduced audiences to the concept of AI with its simplified but profound existential threats. While Cameron's vision was speculative, it touched on the potential dark sides of emerging technologies, encapsulating a fear of the era where computers might one day make decisions independent of human intervention.</w:t>
      </w:r>
      <w:r/>
    </w:p>
    <w:p>
      <w:r/>
      <w:r>
        <w:t>The Terminator's success was not just found in its narrative, but also in its innovative filmmaking. Rising star Arnold Schwarzenegger's portrayal of the cyborg assassin was iconic, establishing him as a future action movie legend. The story was complemented by a strong cast including Linda Hamilton as the formidable Sarah Connor and Michael Biehn as Kyle Reese, a soldier from the future sent to protect her. The film's atmosphere was intensified by Brad Fiedel's haunting score, providing an underscore of tension that has since become synonymous with the franchise.</w:t>
      </w:r>
      <w:r/>
    </w:p>
    <w:p>
      <w:r/>
      <w:r>
        <w:t>Cameron, with his background rooted in the school of Roger Corman, demonstrated his ability to elevate a low-budget film into a compelling blockbuster. The production, though modest with its $6.5 million budget, managed to gross significantly more, proving that a combination of innovative ideas and resourceful execution could yield cinematic success. Special effects wizard Stan Winston's designs, along with Cameron's direction, brought the film's gritty vision to life, crafting an enduring science fiction narrative that has continued to influence and shape discussions around technology and artificial intelligence.</w:t>
      </w:r>
      <w:r/>
    </w:p>
    <w:p>
      <w:r/>
      <w:r>
        <w:t>Interestingly, The Terminator was not the first artistic endeavour to explore the perils of AI; earlier works such as Stanley Kubrick's 2001: A Space Odyssey and Mary Shelley's Frankenstein had already laid the groundwork for narratives about creators losing control over their creations. Nonetheless, The Terminator distinguished itself with its unique blend of action and philosophical inquiry set against the backdrop of an impending technological age.</w:t>
      </w:r>
      <w:r/>
    </w:p>
    <w:p>
      <w:r/>
      <w:r>
        <w:t>As we look back from 2024, it's clear that The Terminator's legacy extends beyond its six-film franchise. The film has undeniably shaped cultural perceptions of AI, focusing public discourse as much on potential risks as on the opportunities presented by advanced technology. Today's AI promises efficiency and enhancement, with broad applications from data analysis in industries to personal digital assistants. However, the spectre of an AI-controlled future as depicted in The Terminator continues to serve as a narrative touchstone in discussions about the ethics, feasibility, and control of artificial intelligence in modern society.</w:t>
      </w:r>
      <w:r/>
    </w:p>
    <w:p>
      <w:r/>
      <w:r>
        <w:t>With four decades behind it, The Terminator remains a vivid exploration of technological dystopia—a cinematic milestone that continues to provoke thought while entertaining audiences with its timeless action and storytelling prowess.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https://www.midlandsmovies.com/review-of-the-terminator-40th-anniversary-reissue</w:t>
        </w:r>
      </w:hyperlink>
      <w:r>
        <w:t xml:space="preserve"> - Corroborates the plot of The Terminator, including the cyborg assassin sent back in time to kill Sarah Connor and the soldier sent to protect her.</w:t>
      </w:r>
      <w:r/>
    </w:p>
    <w:p>
      <w:pPr>
        <w:pStyle w:val="ListNumber"/>
        <w:spacing w:line="240" w:lineRule="auto"/>
        <w:ind w:left="720"/>
      </w:pPr>
      <w:r/>
      <w:hyperlink r:id="rId11">
        <w:r>
          <w:rPr>
            <w:color w:val="0000EE"/>
            <w:u w:val="single"/>
          </w:rPr>
          <w:t>https://cbmajestic.org/movies/the-terminator/</w:t>
        </w:r>
      </w:hyperlink>
      <w:r>
        <w:t xml:space="preserve"> - Confirms the 40th anniversary celebration of The Terminator, including the 4K restoration and the involvement of James Cameron and Gale Anne Hurd.</w:t>
      </w:r>
      <w:r/>
    </w:p>
    <w:p>
      <w:pPr>
        <w:pStyle w:val="ListNumber"/>
        <w:spacing w:line="240" w:lineRule="auto"/>
        <w:ind w:left="720"/>
      </w:pPr>
      <w:r/>
      <w:hyperlink r:id="rId12">
        <w:r>
          <w:rPr>
            <w:color w:val="0000EE"/>
            <w:u w:val="single"/>
          </w:rPr>
          <w:t>https://www.blu-ray.com/movies/The-Terminator-4K-Blu-ray/369248/</w:t>
        </w:r>
      </w:hyperlink>
      <w:r>
        <w:t xml:space="preserve"> - Provides details on the 40th Anniversary 4K Blu-ray release of The Terminator, including the release date and special features.</w:t>
      </w:r>
      <w:r/>
    </w:p>
    <w:p>
      <w:pPr>
        <w:pStyle w:val="ListNumber"/>
        <w:spacing w:line="240" w:lineRule="auto"/>
        <w:ind w:left="720"/>
      </w:pPr>
      <w:r/>
      <w:hyperlink r:id="rId13">
        <w:r>
          <w:rPr>
            <w:color w:val="0000EE"/>
            <w:u w:val="single"/>
          </w:rPr>
          <w:t>https://www.cinemark.com/movies/back-to-1984-cinemark-40th-anniversary-the-terminator</w:t>
        </w:r>
      </w:hyperlink>
      <w:r>
        <w:t xml:space="preserve"> - Outlines the plot and the 40th anniversary screenings of The Terminator, highlighting the cyborg's mission to kill Sarah Connor.</w:t>
      </w:r>
      <w:r/>
    </w:p>
    <w:p>
      <w:pPr>
        <w:pStyle w:val="ListNumber"/>
        <w:spacing w:line="240" w:lineRule="auto"/>
        <w:ind w:left="720"/>
      </w:pPr>
      <w:r/>
      <w:hyperlink r:id="rId14">
        <w:r>
          <w:rPr>
            <w:color w:val="0000EE"/>
            <w:u w:val="single"/>
          </w:rPr>
          <w:t>https://www.youtube.com/watch?v=P3XpYZ6BNw8</w:t>
        </w:r>
      </w:hyperlink>
      <w:r>
        <w:t xml:space="preserve"> - Discusses the film's indie roots, the influence of Roger Corman, and the challenges of telling a time-travel story, as explained by Gale Anne Hurd.</w:t>
      </w:r>
      <w:r/>
    </w:p>
    <w:p>
      <w:pPr>
        <w:pStyle w:val="ListNumber"/>
        <w:spacing w:line="240" w:lineRule="auto"/>
        <w:ind w:left="720"/>
      </w:pPr>
      <w:r/>
      <w:hyperlink r:id="rId10">
        <w:r>
          <w:rPr>
            <w:color w:val="0000EE"/>
            <w:u w:val="single"/>
          </w:rPr>
          <w:t>https://www.midlandsmovies.com/review-of-the-terminator-40th-anniversary-reissue</w:t>
        </w:r>
      </w:hyperlink>
      <w:r>
        <w:t xml:space="preserve"> - Highlights James Cameron's background and his ability to elevate a low-budget film into a blockbuster, as well as the iconic performances of the cast.</w:t>
      </w:r>
      <w:r/>
    </w:p>
    <w:p>
      <w:pPr>
        <w:pStyle w:val="ListNumber"/>
        <w:spacing w:line="240" w:lineRule="auto"/>
        <w:ind w:left="720"/>
      </w:pPr>
      <w:r/>
      <w:hyperlink r:id="rId11">
        <w:r>
          <w:rPr>
            <w:color w:val="0000EE"/>
            <w:u w:val="single"/>
          </w:rPr>
          <w:t>https://cbmajestic.org/movies/the-terminator/</w:t>
        </w:r>
      </w:hyperlink>
      <w:r>
        <w:t xml:space="preserve"> - Details the production budget and the financial success of The Terminator, emphasizing its status as an indie film.</w:t>
      </w:r>
      <w:r/>
    </w:p>
    <w:p>
      <w:pPr>
        <w:pStyle w:val="ListNumber"/>
        <w:spacing w:line="240" w:lineRule="auto"/>
        <w:ind w:left="720"/>
      </w:pPr>
      <w:r/>
      <w:hyperlink r:id="rId10">
        <w:r>
          <w:rPr>
            <w:color w:val="0000EE"/>
            <w:u w:val="single"/>
          </w:rPr>
          <w:t>https://www.midlandsmovies.com/review-of-the-terminator-40th-anniversary-reissue</w:t>
        </w:r>
      </w:hyperlink>
      <w:r>
        <w:t xml:space="preserve"> - Praises the film's atmosphere, score, and special effects, which have become synonymous with the franchise.</w:t>
      </w:r>
      <w:r/>
    </w:p>
    <w:p>
      <w:pPr>
        <w:pStyle w:val="ListNumber"/>
        <w:spacing w:line="240" w:lineRule="auto"/>
        <w:ind w:left="720"/>
      </w:pPr>
      <w:r/>
      <w:hyperlink r:id="rId14">
        <w:r>
          <w:rPr>
            <w:color w:val="0000EE"/>
            <w:u w:val="single"/>
          </w:rPr>
          <w:t>https://www.youtube.com/watch?v=P3XpYZ6BNw8</w:t>
        </w:r>
      </w:hyperlink>
      <w:r>
        <w:t xml:space="preserve"> - Explains how The Terminator's concept was influenced by earlier works and how it distinguished itself with its unique blend of action and philosophical inquiry.</w:t>
      </w:r>
      <w:r/>
    </w:p>
    <w:p>
      <w:pPr>
        <w:pStyle w:val="ListNumber"/>
        <w:spacing w:line="240" w:lineRule="auto"/>
        <w:ind w:left="720"/>
      </w:pPr>
      <w:r/>
      <w:hyperlink r:id="rId11">
        <w:r>
          <w:rPr>
            <w:color w:val="0000EE"/>
            <w:u w:val="single"/>
          </w:rPr>
          <w:t>https://cbmajestic.org/movies/the-terminator/</w:t>
        </w:r>
      </w:hyperlink>
      <w:r>
        <w:t xml:space="preserve"> - Mentions the film's impact on cultural perceptions of AI and its continued relevance in discussions about technology and artificial intelligence.</w:t>
      </w:r>
      <w:r/>
    </w:p>
    <w:p>
      <w:pPr>
        <w:pStyle w:val="ListNumber"/>
        <w:spacing w:line="240" w:lineRule="auto"/>
        <w:ind w:left="720"/>
      </w:pPr>
      <w:r/>
      <w:hyperlink r:id="rId10">
        <w:r>
          <w:rPr>
            <w:color w:val="0000EE"/>
            <w:u w:val="single"/>
          </w:rPr>
          <w:t>https://www.midlandsmovies.com/review-of-the-terminator-40th-anniversary-reissue</w:t>
        </w:r>
      </w:hyperlink>
      <w:r>
        <w:t xml:space="preserve"> - Reflects on The Terminator's legacy as a cinematic milestone that continues to provoke thought and entertain audiences.</w:t>
      </w:r>
      <w:r/>
    </w:p>
    <w:p>
      <w:pPr>
        <w:pStyle w:val="ListNumber"/>
        <w:spacing w:line="240" w:lineRule="auto"/>
        <w:ind w:left="720"/>
      </w:pPr>
      <w:r/>
      <w:hyperlink r:id="rId15">
        <w:r>
          <w:rPr>
            <w:color w:val="0000EE"/>
            <w:u w:val="single"/>
          </w:rPr>
          <w:t>https://www.theguardian.com/film/2024/oct/26/terminator-james-cameron</w:t>
        </w:r>
      </w:hyperlink>
      <w:r>
        <w:t xml:space="preserve"> - Please view link - unable to able to access data</w:t>
      </w:r>
      <w:r/>
    </w:p>
    <w:p>
      <w:pPr>
        <w:pStyle w:val="ListNumber"/>
        <w:spacing w:line="240" w:lineRule="auto"/>
        <w:ind w:left="720"/>
      </w:pPr>
      <w:r/>
      <w:hyperlink r:id="rId16">
        <w:r>
          <w:rPr>
            <w:color w:val="0000EE"/>
            <w:u w:val="single"/>
          </w:rPr>
          <w:t>https://arstechnica.com/ai/2024/10/40-years-later-the-terminator-still-shapes-our-view-of-ai/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dlandsmovies.com/review-of-the-terminator-40th-anniversary-reissue" TargetMode="External"/><Relationship Id="rId11" Type="http://schemas.openxmlformats.org/officeDocument/2006/relationships/hyperlink" Target="https://cbmajestic.org/movies/the-terminator/" TargetMode="External"/><Relationship Id="rId12" Type="http://schemas.openxmlformats.org/officeDocument/2006/relationships/hyperlink" Target="https://www.blu-ray.com/movies/The-Terminator-4K-Blu-ray/369248/" TargetMode="External"/><Relationship Id="rId13" Type="http://schemas.openxmlformats.org/officeDocument/2006/relationships/hyperlink" Target="https://www.cinemark.com/movies/back-to-1984-cinemark-40th-anniversary-the-terminator" TargetMode="External"/><Relationship Id="rId14" Type="http://schemas.openxmlformats.org/officeDocument/2006/relationships/hyperlink" Target="https://www.youtube.com/watch?v=P3XpYZ6BNw8" TargetMode="External"/><Relationship Id="rId15" Type="http://schemas.openxmlformats.org/officeDocument/2006/relationships/hyperlink" Target="https://www.theguardian.com/film/2024/oct/26/terminator-james-cameron" TargetMode="External"/><Relationship Id="rId16" Type="http://schemas.openxmlformats.org/officeDocument/2006/relationships/hyperlink" Target="https://arstechnica.com/ai/2024/10/40-years-later-the-terminator-still-shapes-our-view-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