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enhances transparency in photos app with AI editing disclosure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Enhances Transparency in Photos App with AI Editing Disclosure</w:t>
      </w:r>
      <w:r/>
    </w:p>
    <w:p>
      <w:r/>
      <w:r>
        <w:t>Google has announced a significant update to its Photos app, aiming to enhance transparency regarding the use of artificial intelligence (AI) in editing photographs. The technology giant revealed that it is introducing a new feature, an AI note, on the details page of images. This development is part of Google's broader strategy to inform users about the authenticity of images and the application of AI in their creation.</w:t>
      </w:r>
      <w:r/>
    </w:p>
    <w:p>
      <w:r/>
      <w:r>
        <w:t>Starting from next week, users of the Google Photos app will notice an "AI Info" section at the bottom of the image details page. This section will credit "Google AI" for any edits facilitated by AI tools such as Magic Editor, Magic Eraser, and Zoom Enhance. This feature is designed to alert users to the involvement of AI in the editing process, making them aware of both generative and non-generative AI influences on their photos.</w:t>
      </w:r>
      <w:r/>
    </w:p>
    <w:p>
      <w:r/>
      <w:r>
        <w:t>The introduction of this feature underscores Google's commitment to transparency as outlined in its AI Principles. The company is aligning with the International Press Telecommunications Council (IPTC) standards, which include metadata marking to indicate the use of generative AI. By doing so, Google ensures that users can easily discern when digital manipulation has occurred, even if the editing was as subtle as using features like "Add Me" or "Best Take."</w:t>
      </w:r>
      <w:r/>
    </w:p>
    <w:p>
      <w:r/>
      <w:r>
        <w:t>Google's push for transparency is not limited to its Photos app. Earlier this year, in March, Google implemented a similar transparency measure on its YouTube platform. YouTube creators are now required to disclose when they have used AI tools to alter their video content. Unlike captions or script generation, any AI-induced alteration in the video's visuals or sounds must be indicated to viewers, and these labels cannot be removed post-disclosure.</w:t>
      </w:r>
      <w:r/>
    </w:p>
    <w:p>
      <w:r/>
      <w:r>
        <w:t>The company has hinted that further enhancements in transparency could be on the horizon. Google plans to continue gathering user feedback to refine and possibly expand AI disclosures. This ongoing development reflects Google's dedication to responsibly managing AI technologies and fostering trust among its users.</w:t>
      </w:r>
      <w:r/>
    </w:p>
    <w:p>
      <w:r/>
      <w:r>
        <w:t>As Google continues to explore ways to improve transparency concerning AI-generated content, users can expect more straightforward insights into how AI influences the digital content they interact with on Google platforms. The corporation's approach showcases an ongoing endeavour to responsibly manage AI technology's integration into everyday digital tools.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https://blog.google/products/photos/ai-editing-transparency/</w:t>
        </w:r>
      </w:hyperlink>
      <w:r>
        <w:t xml:space="preserve"> - Corroborates the introduction of an 'AI Info' section in Google Photos to indicate edits made using Google AI tools like Magic Editor, Magic Eraser, and Zoom Enhance.</w:t>
      </w:r>
      <w:r/>
    </w:p>
    <w:p>
      <w:pPr>
        <w:pStyle w:val="ListNumber"/>
        <w:spacing w:line="240" w:lineRule="auto"/>
        <w:ind w:left="720"/>
      </w:pPr>
      <w:r/>
      <w:hyperlink r:id="rId11">
        <w:r>
          <w:rPr>
            <w:color w:val="0000EE"/>
            <w:u w:val="single"/>
          </w:rPr>
          <w:t>https://www.zdnet.com/article/google-photos-will-soon-label-images-edited-with-ai-heres-what-itll-look-like/</w:t>
        </w:r>
      </w:hyperlink>
      <w:r>
        <w:t xml:space="preserve"> - Supports the feature of labeling images edited with AI tools and the use of IPTC metadata to indicate AI edits.</w:t>
      </w:r>
      <w:r/>
    </w:p>
    <w:p>
      <w:pPr>
        <w:pStyle w:val="ListNumber"/>
        <w:spacing w:line="240" w:lineRule="auto"/>
        <w:ind w:left="720"/>
      </w:pPr>
      <w:r/>
      <w:hyperlink r:id="rId11">
        <w:r>
          <w:rPr>
            <w:color w:val="0000EE"/>
            <w:u w:val="single"/>
          </w:rPr>
          <w:t>https://www.zdnet.com/article/google-photos-will-soon-label-images-edited-with-ai-heres-what-itll-look-like/</w:t>
        </w:r>
      </w:hyperlink>
      <w:r>
        <w:t xml:space="preserve"> - Explains that the new label will appear alongside information like the file name, backup status, and camera info, and that this is part of Google's effort to improve transparency.</w:t>
      </w:r>
      <w:r/>
    </w:p>
    <w:p>
      <w:pPr>
        <w:pStyle w:val="ListNumber"/>
        <w:spacing w:line="240" w:lineRule="auto"/>
        <w:ind w:left="720"/>
      </w:pPr>
      <w:r/>
      <w:hyperlink r:id="rId12">
        <w:r>
          <w:rPr>
            <w:color w:val="0000EE"/>
            <w:u w:val="single"/>
          </w:rPr>
          <w:t>https://www.theverge.com/2024/10/24/24278663/google-photos-generative-ai-label-reimagine-best-take</w:t>
        </w:r>
      </w:hyperlink>
      <w:r>
        <w:t xml:space="preserve"> - Confirms that Google Photos will show if an image was edited with AI and aligns with IPTC standards for metadata marking.</w:t>
      </w:r>
      <w:r/>
    </w:p>
    <w:p>
      <w:pPr>
        <w:pStyle w:val="ListNumber"/>
        <w:spacing w:line="240" w:lineRule="auto"/>
        <w:ind w:left="720"/>
      </w:pPr>
      <w:r/>
      <w:hyperlink r:id="rId13">
        <w:r>
          <w:rPr>
            <w:color w:val="0000EE"/>
            <w:u w:val="single"/>
          </w:rPr>
          <w:t>https://www.theweek.in/news/sci-tech/2024/10/26/google-photos-to-soon-reveal-whether-ai-was-used-to-edit-photographs.html</w:t>
        </w:r>
      </w:hyperlink>
      <w:r>
        <w:t xml:space="preserve"> - Details the rollout of the new feature starting next week and its purpose in enhancing transparency about AI edits.</w:t>
      </w:r>
      <w:r/>
    </w:p>
    <w:p>
      <w:pPr>
        <w:pStyle w:val="ListNumber"/>
        <w:spacing w:line="240" w:lineRule="auto"/>
        <w:ind w:left="720"/>
      </w:pPr>
      <w:r/>
      <w:hyperlink r:id="rId10">
        <w:r>
          <w:rPr>
            <w:color w:val="0000EE"/>
            <w:u w:val="single"/>
          </w:rPr>
          <w:t>https://blog.google/products/photos/ai-editing-transparency/</w:t>
        </w:r>
      </w:hyperlink>
      <w:r>
        <w:t xml:space="preserve"> - Highlights Google's commitment to transparency as outlined in its AI Principles and the use of IPTC metadata standards.</w:t>
      </w:r>
      <w:r/>
    </w:p>
    <w:p>
      <w:pPr>
        <w:pStyle w:val="ListNumber"/>
        <w:spacing w:line="240" w:lineRule="auto"/>
        <w:ind w:left="720"/>
      </w:pPr>
      <w:r/>
      <w:hyperlink r:id="rId11">
        <w:r>
          <w:rPr>
            <w:color w:val="0000EE"/>
            <w:u w:val="single"/>
          </w:rPr>
          <w:t>https://www.zdnet.com/article/google-photos-will-soon-label-images-edited-with-ai-heres-what-itll-look-like/</w:t>
        </w:r>
      </w:hyperlink>
      <w:r>
        <w:t xml:space="preserve"> - Mentions that Google will continue gathering feedback and evaluating additional solutions to add more transparency around AI edits.</w:t>
      </w:r>
      <w:r/>
    </w:p>
    <w:p>
      <w:pPr>
        <w:pStyle w:val="ListNumber"/>
        <w:spacing w:line="240" w:lineRule="auto"/>
        <w:ind w:left="720"/>
      </w:pPr>
      <w:r/>
      <w:hyperlink r:id="rId13">
        <w:r>
          <w:rPr>
            <w:color w:val="0000EE"/>
            <w:u w:val="single"/>
          </w:rPr>
          <w:t>https://www.theweek.in/news/sci-tech/2024/10/26/google-photos-to-soon-reveal-whether-ai-was-used-to-edit-photographs.html</w:t>
        </w:r>
      </w:hyperlink>
      <w:r>
        <w:t xml:space="preserve"> - Explains that the feature includes indicating the use of non-generative AI features like 'Best Take' and 'Add Me'.</w:t>
      </w:r>
      <w:r/>
    </w:p>
    <w:p>
      <w:pPr>
        <w:pStyle w:val="ListNumber"/>
        <w:spacing w:line="240" w:lineRule="auto"/>
        <w:ind w:left="720"/>
      </w:pPr>
      <w:r/>
      <w:hyperlink r:id="rId10">
        <w:r>
          <w:rPr>
            <w:color w:val="0000EE"/>
            <w:u w:val="single"/>
          </w:rPr>
          <w:t>https://blog.google/products/photos/ai-editing-transparency/</w:t>
        </w:r>
      </w:hyperlink>
      <w:r>
        <w:t xml:space="preserve"> - Corroborates that photos edited with tools like Magic Editor, Magic Eraser, and Zoom Enhance already include metadata to indicate AI edits.</w:t>
      </w:r>
      <w:r/>
    </w:p>
    <w:p>
      <w:pPr>
        <w:pStyle w:val="ListNumber"/>
        <w:spacing w:line="240" w:lineRule="auto"/>
        <w:ind w:left="720"/>
      </w:pPr>
      <w:r/>
      <w:hyperlink r:id="rId11">
        <w:r>
          <w:rPr>
            <w:color w:val="0000EE"/>
            <w:u w:val="single"/>
          </w:rPr>
          <w:t>https://www.zdnet.com/article/google-photos-will-soon-label-images-edited-with-ai-heres-what-itll-look-like/</w:t>
        </w:r>
      </w:hyperlink>
      <w:r>
        <w:t xml:space="preserve"> - Notes that social media platforms could use this metadata to provide their own labels, similar to what Facebook and Instagram are doing.</w:t>
      </w:r>
      <w:r/>
    </w:p>
    <w:p>
      <w:pPr>
        <w:pStyle w:val="ListNumber"/>
        <w:spacing w:line="240" w:lineRule="auto"/>
        <w:ind w:left="720"/>
      </w:pPr>
      <w:r/>
      <w:hyperlink r:id="rId12">
        <w:r>
          <w:rPr>
            <w:color w:val="0000EE"/>
            <w:u w:val="single"/>
          </w:rPr>
          <w:t>https://www.theverge.com/2024/10/24/24278663/google-photos-generative-ai-label-reimagine-best-take</w:t>
        </w:r>
      </w:hyperlink>
      <w:r>
        <w:t xml:space="preserve"> - Supports the ongoing development and future enhancements in transparency for AI-generated content on Google platforms.</w:t>
      </w:r>
      <w:r/>
    </w:p>
    <w:p>
      <w:pPr>
        <w:pStyle w:val="ListNumber"/>
        <w:spacing w:line="240" w:lineRule="auto"/>
        <w:ind w:left="720"/>
      </w:pPr>
      <w:r/>
      <w:hyperlink r:id="rId14">
        <w:r>
          <w:rPr>
            <w:color w:val="0000EE"/>
            <w:u w:val="single"/>
          </w:rPr>
          <w:t>https://www.androidcentral.com/apps-software/google-photos-gen-ai-edit-notes-details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google/products/photos/ai-editing-transparency/" TargetMode="External"/><Relationship Id="rId11" Type="http://schemas.openxmlformats.org/officeDocument/2006/relationships/hyperlink" Target="https://www.zdnet.com/article/google-photos-will-soon-label-images-edited-with-ai-heres-what-itll-look-like/" TargetMode="External"/><Relationship Id="rId12" Type="http://schemas.openxmlformats.org/officeDocument/2006/relationships/hyperlink" Target="https://www.theverge.com/2024/10/24/24278663/google-photos-generative-ai-label-reimagine-best-take" TargetMode="External"/><Relationship Id="rId13" Type="http://schemas.openxmlformats.org/officeDocument/2006/relationships/hyperlink" Target="https://www.theweek.in/news/sci-tech/2024/10/26/google-photos-to-soon-reveal-whether-ai-was-used-to-edit-photographs.html" TargetMode="External"/><Relationship Id="rId14" Type="http://schemas.openxmlformats.org/officeDocument/2006/relationships/hyperlink" Target="https://www.androidcentral.com/apps-software/google-photos-gen-ai-edit-notes-detai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