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Guidde AI revolutionises video documentation: an overview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Guidde AI Revolutionises Video Documentation: An Overview</w:t>
      </w:r>
      <w:r/>
    </w:p>
    <w:p>
      <w:r/>
      <w:r>
        <w:rPr>
          <w:b/>
        </w:rPr>
        <w:t>Introduction</w:t>
      </w:r>
      <w:r/>
    </w:p>
    <w:p>
      <w:r/>
      <w:r>
        <w:t>Guidde AI is making significant waves in the realm of documentation by revolutionising how video content is created and utilised. This AI-powered platform simplifies the process of generating step-by-step guides and instructional videos, making it a valuable resource for enhancing training and knowledge sharing within various organisations.</w:t>
      </w:r>
      <w:r/>
    </w:p>
    <w:p>
      <w:r/>
      <w:r>
        <w:rPr>
          <w:b/>
        </w:rPr>
        <w:t>Understanding Guidde AI</w:t>
      </w:r>
      <w:r/>
    </w:p>
    <w:p>
      <w:r/>
      <w:r>
        <w:t>Developed as a video documentation tool, Guidde AI employs artificial intelligence to help users create interactive tutorials and guides with ease. Its user-friendly interface allows individuals with minimal technical expertise to produce visual content that is both compelling and educational. This platform features robust capabilities such as AI-generated documentation, multilingual support through auto-translation, and audio features including AI-generated voiceovers and text-to-speech functions. These features aim to streamline the creation and dissemination of knowledge within teams.</w:t>
      </w:r>
      <w:r/>
    </w:p>
    <w:p>
      <w:r/>
      <w:r>
        <w:rPr>
          <w:b/>
        </w:rPr>
        <w:t>Target Audience and Applications</w:t>
      </w:r>
      <w:r/>
    </w:p>
    <w:p>
      <w:r/>
      <w:r>
        <w:t xml:space="preserve">Guidde AI is particularly beneficial for customer support teams, sales and marketing representatives, and onboarding and training departments. </w:t>
      </w:r>
      <w:r/>
      <w:r/>
    </w:p>
    <w:p>
      <w:pPr>
        <w:pStyle w:val="ListBullet"/>
        <w:spacing w:line="240" w:lineRule="auto"/>
        <w:ind w:left="720"/>
      </w:pPr>
      <w:r/>
      <w:r>
        <w:t>Customer Support Teams: The use of AI video documentation can help reduce response times and lessen the volume of support tickets by offering clear visual explanations.</w:t>
      </w:r>
      <w:r/>
    </w:p>
    <w:p>
      <w:pPr>
        <w:pStyle w:val="ListBullet"/>
        <w:spacing w:line="240" w:lineRule="auto"/>
        <w:ind w:left="720"/>
      </w:pPr>
      <w:r/>
      <w:r>
        <w:t>Sales and Marketing Representatives: Teams can leverage the platform for creating engaging product demos that potentially boost lead generation and conversion rates by effectively communicating product value.</w:t>
      </w:r>
      <w:r/>
    </w:p>
    <w:p>
      <w:pPr>
        <w:pStyle w:val="ListBullet"/>
        <w:spacing w:line="240" w:lineRule="auto"/>
        <w:ind w:left="720"/>
      </w:pPr>
      <w:r/>
      <w:r>
        <w:t>Onboarding and Training Departments: The platform's ability to auto-generate step-by-step guides and voice-overs facilitates the development of comprehensive onboarding materials, aiding in the transition process for new employees and improving training session effectiveness.</w:t>
      </w:r>
      <w:r/>
      <w:r/>
    </w:p>
    <w:p>
      <w:r/>
      <w:r>
        <w:rPr>
          <w:b/>
        </w:rPr>
        <w:t>Key Features</w:t>
      </w:r>
      <w:r/>
    </w:p>
    <w:p>
      <w:r/>
      <w:r>
        <w:t xml:space="preserve">1. </w:t>
      </w:r>
      <w:r>
        <w:rPr>
          <w:b/>
        </w:rPr>
        <w:t>User-Friendly Interface:</w:t>
      </w:r>
      <w:r>
        <w:t xml:space="preserve"> With a drag-and-drop editor, users can easily customise and arrange elements such as text, graphics, and images, making video documentation more accessible and aesthetically pleasing.</w:t>
      </w:r>
      <w:r/>
    </w:p>
    <w:p>
      <w:r/>
      <w:r>
        <w:t xml:space="preserve">2. </w:t>
      </w:r>
      <w:r>
        <w:rPr>
          <w:b/>
        </w:rPr>
        <w:t>Video Editing Tools:</w:t>
      </w:r>
      <w:r>
        <w:t xml:space="preserve"> These tools allow users to refine their video content by adding text, music, and images, offering real-time changes and an autosave feature for convenience.</w:t>
      </w:r>
      <w:r/>
    </w:p>
    <w:p>
      <w:r/>
      <w:r>
        <w:t xml:space="preserve">3. </w:t>
      </w:r>
      <w:r>
        <w:rPr>
          <w:b/>
        </w:rPr>
        <w:t>Audio Capabilities:</w:t>
      </w:r>
      <w:r>
        <w:t xml:space="preserve"> Guidde AI supports multiple languages, enabling voice recording and text-to-voice conversion for real-time audio narration, which is especially useful for global audiences.</w:t>
      </w:r>
      <w:r/>
    </w:p>
    <w:p>
      <w:r/>
      <w:r>
        <w:t xml:space="preserve">4. </w:t>
      </w:r>
      <w:r>
        <w:rPr>
          <w:b/>
        </w:rPr>
        <w:t>Video Analytics:</w:t>
      </w:r>
      <w:r>
        <w:t xml:space="preserve"> The platform provides insights into viewer engagement, helping organisations assess the effectiveness of their content through metrics like watch time and view counts.</w:t>
      </w:r>
      <w:r/>
    </w:p>
    <w:p>
      <w:r/>
      <w:r>
        <w:t xml:space="preserve">5. </w:t>
      </w:r>
      <w:r>
        <w:rPr>
          <w:b/>
        </w:rPr>
        <w:t>Custom Branding:</w:t>
      </w:r>
      <w:r>
        <w:t xml:space="preserve"> Organisations can personalise their video content to align with their brand identity by incorporating logos and brand colours, thereby ensuring consistency across various communications.</w:t>
      </w:r>
      <w:r/>
    </w:p>
    <w:p>
      <w:r/>
      <w:r>
        <w:rPr>
          <w:b/>
        </w:rPr>
        <w:t>Limitations and Pricing</w:t>
      </w:r>
      <w:r/>
    </w:p>
    <w:p>
      <w:r/>
      <w:r>
        <w:t>While Guidde AI offers numerous advantages, it may not meet the needs of large enterprises with complex documentation requirements, particularly where content needs to be consolidated into a single document. Similarly, its video editing capabilities may not satisfy individuals seeking advanced features like filters or detailed step breakdowns beyond 100 steps.</w:t>
      </w:r>
      <w:r/>
    </w:p>
    <w:p>
      <w:r/>
      <w:r>
        <w:t>The pricing structure includes a free plan, ideal for beginners, and paid tiers starting at $20 per user per month, up to $44 for the Business plan. An Enterprise package offers custom pricing for more sophisticated features.</w:t>
      </w:r>
      <w:r/>
    </w:p>
    <w:p>
      <w:r/>
      <w:r>
        <w:rPr>
          <w:b/>
        </w:rPr>
        <w:t>Alternatives in the Market</w:t>
      </w:r>
      <w:r/>
    </w:p>
    <w:p>
      <w:r/>
      <w:r>
        <w:t>For those seeking alternatives, tools like Scribe, Loom, and Consensus offer varied functionalities. Scribe focuses on converting workflows into detailed guides, whereas Loom excels in capturing real-time video walkthroughs. Consensus, on the other hand, aids in personalising product demos, catering primarily to sales teams.</w:t>
      </w:r>
      <w:r/>
    </w:p>
    <w:p>
      <w:r/>
      <w:r>
        <w:rPr>
          <w:b/>
        </w:rPr>
        <w:t>Conclusion</w:t>
      </w:r>
      <w:r/>
    </w:p>
    <w:p>
      <w:r/>
      <w:r>
        <w:t>Guidde AI presents an effective solution for crafting video documentation and training materials, catering primarily to organisations looking to promote efficiency and learning. Despite some limitations, its ease of use and powerful features make it an appealing tool for many businesses in need of intuitive video documentation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https://www.youtube.com/watch?v=azjV4WslLZ4</w:t>
        </w:r>
      </w:hyperlink>
      <w:r>
        <w:t xml:space="preserve"> - Corroborates the user-friendly interface, video editing tools, and audio capabilities of Guidde AI, including AI-generated voiceovers and text-to-speech functions.</w:t>
      </w:r>
      <w:r/>
    </w:p>
    <w:p>
      <w:pPr>
        <w:pStyle w:val="ListNumber"/>
        <w:spacing w:line="240" w:lineRule="auto"/>
        <w:ind w:left="720"/>
      </w:pPr>
      <w:r/>
      <w:hyperlink r:id="rId11">
        <w:r>
          <w:rPr>
            <w:color w:val="0000EE"/>
            <w:u w:val="single"/>
          </w:rPr>
          <w:t>https://www.b12.io/ai-directory/guidde/</w:t>
        </w:r>
      </w:hyperlink>
      <w:r>
        <w:t xml:space="preserve"> - Supports the features of Guidde AI, such as the free browser extension, AI-generated voiceover, and support for over 100 languages and accents.</w:t>
      </w:r>
      <w:r/>
    </w:p>
    <w:p>
      <w:pPr>
        <w:pStyle w:val="ListNumber"/>
        <w:spacing w:line="240" w:lineRule="auto"/>
        <w:ind w:left="720"/>
      </w:pPr>
      <w:r/>
      <w:hyperlink r:id="rId12">
        <w:r>
          <w:rPr>
            <w:color w:val="0000EE"/>
            <w:u w:val="single"/>
          </w:rPr>
          <w:t>https://support.dsu.edu/TDClient/1796/Portal/KB/ArticleDet?ID=148234</w:t>
        </w:r>
      </w:hyperlink>
      <w:r>
        <w:t xml:space="preserve"> - Details the features of Guidde AI, including automatic storyline, transcript and audio text-to-speech generation, and video analytics.</w:t>
      </w:r>
      <w:r/>
    </w:p>
    <w:p>
      <w:pPr>
        <w:pStyle w:val="ListNumber"/>
        <w:spacing w:line="240" w:lineRule="auto"/>
        <w:ind w:left="720"/>
      </w:pPr>
      <w:r/>
      <w:hyperlink r:id="rId13">
        <w:r>
          <w:rPr>
            <w:color w:val="0000EE"/>
            <w:u w:val="single"/>
          </w:rPr>
          <w:t>https://techcrunch.com/2023/10/31/guiddes-ai-automatically-generates-documentation-videos-for-software/</w:t>
        </w:r>
      </w:hyperlink>
      <w:r>
        <w:t xml:space="preserve"> - Explains how Guidde AI works, its applications in onboarding and training, and its pricing structure, including the free plan and paid tiers.</w:t>
      </w:r>
      <w:r/>
    </w:p>
    <w:p>
      <w:pPr>
        <w:pStyle w:val="ListNumber"/>
        <w:spacing w:line="240" w:lineRule="auto"/>
        <w:ind w:left="720"/>
      </w:pPr>
      <w:r/>
      <w:hyperlink r:id="rId14">
        <w:r>
          <w:rPr>
            <w:color w:val="0000EE"/>
            <w:u w:val="single"/>
          </w:rPr>
          <w:t>https://chromewebstore.google.com/detail/guidde-magically-create-v/oacmmmjedhheaijfjidilonpngccnhdl?hl=en</w:t>
        </w:r>
      </w:hyperlink>
      <w:r>
        <w:t xml:space="preserve"> - Provides information on the popular use cases of Guidde AI, such as creating how-to videos, generating documentation articles, and custom branding.</w:t>
      </w:r>
      <w:r/>
    </w:p>
    <w:p>
      <w:pPr>
        <w:pStyle w:val="ListNumber"/>
        <w:spacing w:line="240" w:lineRule="auto"/>
        <w:ind w:left="720"/>
      </w:pPr>
      <w:r/>
      <w:hyperlink r:id="rId11">
        <w:r>
          <w:rPr>
            <w:color w:val="0000EE"/>
            <w:u w:val="single"/>
          </w:rPr>
          <w:t>https://www.b12.io/ai-directory/guidde/</w:t>
        </w:r>
      </w:hyperlink>
      <w:r>
        <w:t xml:space="preserve"> - Discusses the limitations and pricing of Guidde AI, including the free plan and paid subscriptions starting at $20 per user per month.</w:t>
      </w:r>
      <w:r/>
    </w:p>
    <w:p>
      <w:pPr>
        <w:pStyle w:val="ListNumber"/>
        <w:spacing w:line="240" w:lineRule="auto"/>
        <w:ind w:left="720"/>
      </w:pPr>
      <w:r/>
      <w:hyperlink r:id="rId13">
        <w:r>
          <w:rPr>
            <w:color w:val="0000EE"/>
            <w:u w:val="single"/>
          </w:rPr>
          <w:t>https://techcrunch.com/2023/10/31/guiddes-ai-automatically-generates-documentation-videos-for-software/</w:t>
        </w:r>
      </w:hyperlink>
      <w:r>
        <w:t xml:space="preserve"> - Highlights the target audience and applications of Guidde AI, including customer support teams, sales and marketing representatives, and onboarding and training departments.</w:t>
      </w:r>
      <w:r/>
    </w:p>
    <w:p>
      <w:pPr>
        <w:pStyle w:val="ListNumber"/>
        <w:spacing w:line="240" w:lineRule="auto"/>
        <w:ind w:left="720"/>
      </w:pPr>
      <w:r/>
      <w:hyperlink r:id="rId14">
        <w:r>
          <w:rPr>
            <w:color w:val="0000EE"/>
            <w:u w:val="single"/>
          </w:rPr>
          <w:t>https://chromewebstore.google.com/detail/guidde-magically-create-v/oacmmmjedhheaijfjidilonpngccnhdl?hl=en</w:t>
        </w:r>
      </w:hyperlink>
      <w:r>
        <w:t xml:space="preserve"> - Corroborates the ease of use and time-saving benefits of Guidde AI, with users saving an average of 12+ hours per week.</w:t>
      </w:r>
      <w:r/>
    </w:p>
    <w:p>
      <w:pPr>
        <w:pStyle w:val="ListNumber"/>
        <w:spacing w:line="240" w:lineRule="auto"/>
        <w:ind w:left="720"/>
      </w:pPr>
      <w:r/>
      <w:hyperlink r:id="rId10">
        <w:r>
          <w:rPr>
            <w:color w:val="0000EE"/>
            <w:u w:val="single"/>
          </w:rPr>
          <w:t>https://www.youtube.com/watch?v=azjV4WslLZ4</w:t>
        </w:r>
      </w:hyperlink>
      <w:r>
        <w:t xml:space="preserve"> - Details the video editing tools and customisation options available in Guidde AI, such as adding music, numbers to steps, and personal voiceovers.</w:t>
      </w:r>
      <w:r/>
    </w:p>
    <w:p>
      <w:pPr>
        <w:pStyle w:val="ListNumber"/>
        <w:spacing w:line="240" w:lineRule="auto"/>
        <w:ind w:left="720"/>
      </w:pPr>
      <w:r/>
      <w:hyperlink r:id="rId12">
        <w:r>
          <w:rPr>
            <w:color w:val="0000EE"/>
            <w:u w:val="single"/>
          </w:rPr>
          <w:t>https://support.dsu.edu/TDClient/1796/Portal/KB/ArticleDet?ID=148234</w:t>
        </w:r>
      </w:hyperlink>
      <w:r>
        <w:t xml:space="preserve"> - Explains the video analytics and tracking features of Guidde AI, which help in assessing viewer engagement and content effectiveness.</w:t>
      </w:r>
      <w:r/>
    </w:p>
    <w:p>
      <w:pPr>
        <w:pStyle w:val="ListNumber"/>
        <w:spacing w:line="240" w:lineRule="auto"/>
        <w:ind w:left="720"/>
      </w:pPr>
      <w:r/>
      <w:hyperlink r:id="rId13">
        <w:r>
          <w:rPr>
            <w:color w:val="0000EE"/>
            <w:u w:val="single"/>
          </w:rPr>
          <w:t>https://techcrunch.com/2023/10/31/guiddes-ai-automatically-generates-documentation-videos-for-software/</w:t>
        </w:r>
      </w:hyperlink>
      <w:r>
        <w:t xml:space="preserve"> - Mentions the alternatives in the market, such as Scribe, Loom, and Consensus, and how they compare to Guidde AI in terms of functionalities.</w:t>
      </w:r>
      <w:r/>
    </w:p>
    <w:p>
      <w:pPr>
        <w:pStyle w:val="ListNumber"/>
        <w:spacing w:line="240" w:lineRule="auto"/>
        <w:ind w:left="720"/>
      </w:pPr>
      <w:r/>
      <w:hyperlink r:id="rId15">
        <w:r>
          <w:rPr>
            <w:color w:val="0000EE"/>
            <w:u w:val="single"/>
          </w:rPr>
          <w:t>https://www.eweek.com/artificial-intelligence/guidde-review/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azjV4WslLZ4" TargetMode="External"/><Relationship Id="rId11" Type="http://schemas.openxmlformats.org/officeDocument/2006/relationships/hyperlink" Target="https://www.b12.io/ai-directory/guidde/" TargetMode="External"/><Relationship Id="rId12" Type="http://schemas.openxmlformats.org/officeDocument/2006/relationships/hyperlink" Target="https://support.dsu.edu/TDClient/1796/Portal/KB/ArticleDet?ID=148234" TargetMode="External"/><Relationship Id="rId13" Type="http://schemas.openxmlformats.org/officeDocument/2006/relationships/hyperlink" Target="https://techcrunch.com/2023/10/31/guiddes-ai-automatically-generates-documentation-videos-for-software/" TargetMode="External"/><Relationship Id="rId14" Type="http://schemas.openxmlformats.org/officeDocument/2006/relationships/hyperlink" Target="https://chromewebstore.google.com/detail/guidde-magically-create-v/oacmmmjedhheaijfjidilonpngccnhdl?hl=en" TargetMode="External"/><Relationship Id="rId15" Type="http://schemas.openxmlformats.org/officeDocument/2006/relationships/hyperlink" Target="https://www.eweek.com/artificial-intelligence/guidde-revie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