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Honor launches MagicOS 9.0 with advanced AI and security features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Honor, a prominent name in the smartphone industry, has announced the launch of its latest operating system upgrade, MagicOS 9.0. This update is set to provide a substantial leap forward in the user experience for Honor phone users with its incorporation of advanced AI functionalities and enhanced security features. This operating system forms a critical component of Honor's future product strategy, particularly powering the anticipated Magic 7 series.</w:t>
      </w:r>
      <w:r/>
    </w:p>
    <w:p>
      <w:r/>
      <w:r>
        <w:t>The centrepiece of MagicOS 9.0 is the enhanced Yoyo AI Agent. Initially introduced as a smart assistant, Yoyo has now been upgraded to an AI Agent capable of executing more sophisticated tasks autonomously. It has been designed to understand contextual nuances, preferences, and user habits more effectively than before. For instance, users can instruct Yoyo to place their usual coffee order from a preferred café, allowing the AI to manage the entire process from ordering to payment, effectively streamlining daily tasks.</w:t>
      </w:r>
      <w:r/>
    </w:p>
    <w:p>
      <w:r/>
      <w:r>
        <w:t>In conjunction with the enhanced AI capabilities of Yoyo, Honor has introduced the MagicLM line-up of large language models (LLMs) within MagicOS 9.0. These models are integrated at the system level, thus offering improved interactions across various modes such as text, visuals, and audio. This systemic integration allows for seamless and natural AI interactions across different functions of the smartphone, moving beyond the limitations often encountered when AI capabilities are restricted to specific applications.</w:t>
      </w:r>
      <w:r/>
    </w:p>
    <w:p>
      <w:r/>
      <w:r>
        <w:t>A significant feature of MagicOS 9.0 is its commitment to an open AI ecosystem. Unlike closed AI systems that confine AI functionality to proprietary applications, MagicOS 9.0 is designed to allow the Yoyo AI Agent to function across third-party apps, thereby broadening its usability and offering users a more flexible AI experience.</w:t>
      </w:r>
      <w:r/>
    </w:p>
    <w:p>
      <w:r/>
      <w:r>
        <w:t>With the rising concern over digital security threats like deepfakes, MagicOS 9.0 introduces what Honor claims to be the industry’s first AI Deepfake Detection feature. This security enhancement aims to assist users in identifying and avoiding potential scams, offering an added layer of safety in their digital interactions.</w:t>
      </w:r>
      <w:r/>
    </w:p>
    <w:p>
      <w:r/>
      <w:r>
        <w:t>Beyond these features, MagicOS 9.0 also introduces the Magic Portal, a feature that simplifies accessing text and images through a simple gesture, and an expanded Magic Capsule that covers more scenarios, including travel and gaming.</w:t>
      </w:r>
      <w:r/>
    </w:p>
    <w:p>
      <w:r/>
      <w:r>
        <w:t>While Honor has yet to specify which models will initially receive this update, it is anticipated that the upcoming Magic 7 series will be among the first to benefit from MagicOS 9.0. Additionally, other models like the Magic V3, Magic 6 RSR, and Magic 6 Pro are expected to be eligible for this update.</w:t>
      </w:r>
      <w:r/>
    </w:p>
    <w:p>
      <w:r/>
      <w:r>
        <w:t>As Honor rolls out MagicOS 9.0, it marks a significant step in integrating advanced AI functions and enhanced security features into its devices, promising an evolved user experience for both current and future Honor smartphone users.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https://9to5google.com/2024/10/23/honor-announces-magicos-9/</w:t>
        </w:r>
      </w:hyperlink>
      <w:r>
        <w:t xml:space="preserve"> - Corroborates the announcement of MagicOS 9.0, its focus on AI, and the upgrade of Yoyo AI Agent to execute sophisticated tasks autonomously.</w:t>
      </w:r>
      <w:r/>
    </w:p>
    <w:p>
      <w:pPr>
        <w:pStyle w:val="ListNumber"/>
        <w:spacing w:line="240" w:lineRule="auto"/>
        <w:ind w:left="720"/>
      </w:pPr>
      <w:r/>
      <w:hyperlink r:id="rId10">
        <w:r>
          <w:rPr>
            <w:color w:val="0000EE"/>
            <w:u w:val="single"/>
          </w:rPr>
          <w:t>https://9to5google.com/2024/10/23/honor-announces-magicos-9/</w:t>
        </w:r>
      </w:hyperlink>
      <w:r>
        <w:t xml:space="preserve"> - Details the integration of MagicLM line-up of large language models and the open AI ecosystem in MagicOS 9.0.</w:t>
      </w:r>
      <w:r/>
    </w:p>
    <w:p>
      <w:pPr>
        <w:pStyle w:val="ListNumber"/>
        <w:spacing w:line="240" w:lineRule="auto"/>
        <w:ind w:left="720"/>
      </w:pPr>
      <w:r/>
      <w:hyperlink r:id="rId11">
        <w:r>
          <w:rPr>
            <w:color w:val="0000EE"/>
            <w:u w:val="single"/>
          </w:rPr>
          <w:t>https://www.gadgets360.com/mobiles/news/honor-magicos-9-0-update-android-15-features-compatible-models-release-date-6860631</w:t>
        </w:r>
      </w:hyperlink>
      <w:r>
        <w:t xml:space="preserve"> - Explains the enhanced AI capabilities of Yoyo, including managing notifications, ordering drinks, and comparing prices.</w:t>
      </w:r>
      <w:r/>
    </w:p>
    <w:p>
      <w:pPr>
        <w:pStyle w:val="ListNumber"/>
        <w:spacing w:line="240" w:lineRule="auto"/>
        <w:ind w:left="720"/>
      </w:pPr>
      <w:r/>
      <w:hyperlink r:id="rId11">
        <w:r>
          <w:rPr>
            <w:color w:val="0000EE"/>
            <w:u w:val="single"/>
          </w:rPr>
          <w:t>https://www.gadgets360.com/mobiles/news/honor-magicos-9-0-update-android-15-features-compatible-models-release-date-6860631</w:t>
        </w:r>
      </w:hyperlink>
      <w:r>
        <w:t xml:space="preserve"> - Describes the MagicLM models and their integration across text, visuals, and audio in MagicOS 9.0.</w:t>
      </w:r>
      <w:r/>
    </w:p>
    <w:p>
      <w:pPr>
        <w:pStyle w:val="ListNumber"/>
        <w:spacing w:line="240" w:lineRule="auto"/>
        <w:ind w:left="720"/>
      </w:pPr>
      <w:r/>
      <w:hyperlink r:id="rId10">
        <w:r>
          <w:rPr>
            <w:color w:val="0000EE"/>
            <w:u w:val="single"/>
          </w:rPr>
          <w:t>https://9to5google.com/2024/10/23/honor-announces-magicos-9/</w:t>
        </w:r>
      </w:hyperlink>
      <w:r>
        <w:t xml:space="preserve"> - Discusses the open AI ecosystem and the ability of Yoyo to function across third-party apps.</w:t>
      </w:r>
      <w:r/>
    </w:p>
    <w:p>
      <w:pPr>
        <w:pStyle w:val="ListNumber"/>
        <w:spacing w:line="240" w:lineRule="auto"/>
        <w:ind w:left="720"/>
      </w:pPr>
      <w:r/>
      <w:hyperlink r:id="rId11">
        <w:r>
          <w:rPr>
            <w:color w:val="0000EE"/>
            <w:u w:val="single"/>
          </w:rPr>
          <w:t>https://www.gadgets360.com/mobiles/news/honor-magicos-9-0-update-android-15-features-compatible-models-release-date-6860631</w:t>
        </w:r>
      </w:hyperlink>
      <w:r>
        <w:t xml:space="preserve"> - Introduces the AI Deepfake Detection feature in MagicOS 9.0 to protect against digital security threats.</w:t>
      </w:r>
      <w:r/>
    </w:p>
    <w:p>
      <w:pPr>
        <w:pStyle w:val="ListNumber"/>
        <w:spacing w:line="240" w:lineRule="auto"/>
        <w:ind w:left="720"/>
      </w:pPr>
      <w:r/>
      <w:hyperlink r:id="rId10">
        <w:r>
          <w:rPr>
            <w:color w:val="0000EE"/>
            <w:u w:val="single"/>
          </w:rPr>
          <w:t>https://9to5google.com/2024/10/23/honor-announces-magicos-9/</w:t>
        </w:r>
      </w:hyperlink>
      <w:r>
        <w:t xml:space="preserve"> - Details the Magic Portal and expanded Magic Capsule features in MagicOS 9.0.</w:t>
      </w:r>
      <w:r/>
    </w:p>
    <w:p>
      <w:pPr>
        <w:pStyle w:val="ListNumber"/>
        <w:spacing w:line="240" w:lineRule="auto"/>
        <w:ind w:left="720"/>
      </w:pPr>
      <w:r/>
      <w:hyperlink r:id="rId11">
        <w:r>
          <w:rPr>
            <w:color w:val="0000EE"/>
            <w:u w:val="single"/>
          </w:rPr>
          <w:t>https://www.gadgets360.com/mobiles/news/honor-magicos-9-0-update-android-15-features-compatible-models-release-date-6860631</w:t>
        </w:r>
      </w:hyperlink>
      <w:r>
        <w:t xml:space="preserve"> - Lists the devices expected to receive the MagicOS 9.0 update, including the Magic 7 series and other models.</w:t>
      </w:r>
      <w:r/>
    </w:p>
    <w:p>
      <w:pPr>
        <w:pStyle w:val="ListNumber"/>
        <w:spacing w:line="240" w:lineRule="auto"/>
        <w:ind w:left="720"/>
      </w:pPr>
      <w:r/>
      <w:hyperlink r:id="rId12">
        <w:r>
          <w:rPr>
            <w:color w:val="0000EE"/>
            <w:u w:val="single"/>
          </w:rPr>
          <w:t>https://www.91mobiles.com/hub/honor-magicos-9-0-rollout-timeline-compatible-phones/</w:t>
        </w:r>
      </w:hyperlink>
      <w:r>
        <w:t xml:space="preserve"> - Provides the rollout timeline and compatible phones for the MagicOS 9.0 update.</w:t>
      </w:r>
      <w:r/>
    </w:p>
    <w:p>
      <w:pPr>
        <w:pStyle w:val="ListNumber"/>
        <w:spacing w:line="240" w:lineRule="auto"/>
        <w:ind w:left="720"/>
      </w:pPr>
      <w:r/>
      <w:hyperlink r:id="rId11">
        <w:r>
          <w:rPr>
            <w:color w:val="0000EE"/>
            <w:u w:val="single"/>
          </w:rPr>
          <w:t>https://www.gadgets360.com/mobiles/news/honor-magicos-9-0-update-android-15-features-compatible-models-release-date-6860631</w:t>
        </w:r>
      </w:hyperlink>
      <w:r>
        <w:t xml:space="preserve"> - Mentions the advanced animation engine, smart capsule feature, and other AI-driven features like AI Notes, AI Translation, and Magic Editor.</w:t>
      </w:r>
      <w:r/>
    </w:p>
    <w:p>
      <w:pPr>
        <w:pStyle w:val="ListNumber"/>
        <w:spacing w:line="240" w:lineRule="auto"/>
        <w:ind w:left="720"/>
      </w:pPr>
      <w:r/>
      <w:hyperlink r:id="rId11">
        <w:r>
          <w:rPr>
            <w:color w:val="0000EE"/>
            <w:u w:val="single"/>
          </w:rPr>
          <w:t>https://www.gadgets360.com/mobiles/news/honor-magicos-9-0-update-android-15-features-compatible-models-release-date-6860631</w:t>
        </w:r>
      </w:hyperlink>
      <w:r>
        <w:t xml:space="preserve"> - Describes additional features such as dual-device messaging, home and car integration, and cross-device security in MagicOS 9.0.</w:t>
      </w:r>
      <w:r/>
    </w:p>
    <w:p>
      <w:pPr>
        <w:pStyle w:val="ListNumber"/>
        <w:spacing w:line="240" w:lineRule="auto"/>
        <w:ind w:left="720"/>
      </w:pPr>
      <w:r/>
      <w:hyperlink r:id="rId13">
        <w:r>
          <w:rPr>
            <w:color w:val="0000EE"/>
            <w:u w:val="single"/>
          </w:rPr>
          <w:t>https://www.techadvisor.com/article/2499593/your-honor-phone-is-set-to-get-a-big-ai-upgrade-for-free.html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google.com/2024/10/23/honor-announces-magicos-9/" TargetMode="External"/><Relationship Id="rId11" Type="http://schemas.openxmlformats.org/officeDocument/2006/relationships/hyperlink" Target="https://www.gadgets360.com/mobiles/news/honor-magicos-9-0-update-android-15-features-compatible-models-release-date-6860631" TargetMode="External"/><Relationship Id="rId12" Type="http://schemas.openxmlformats.org/officeDocument/2006/relationships/hyperlink" Target="https://www.91mobiles.com/hub/honor-magicos-9-0-rollout-timeline-compatible-phones/" TargetMode="External"/><Relationship Id="rId13" Type="http://schemas.openxmlformats.org/officeDocument/2006/relationships/hyperlink" Target="https://www.techadvisor.com/article/2499593/your-honor-phone-is-set-to-get-a-big-ai-upgrade-for-free.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