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AI-powered smart planter seeks funding on Kickstarter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AI-Powered Smart Planter Seeks Funding on Kickstarter</w:t>
      </w:r>
      <w:r/>
    </w:p>
    <w:p>
      <w:r/>
      <w:r>
        <w:t>In the realm of indoor gardening, a new technological advancement is aiming to transform the way plant enthusiasts nurture their greenery. The LeafyPod AI-Powered Self-Watering Smart Planter has been launched on Kickstarter, inviting backers to support a venture that blends artificial intelligence with traditional plant care methods. Priced starting from $128, this smart planter seeks to provide a seamless solution for both novice and experienced plant caretakers.</w:t>
      </w:r>
      <w:r/>
    </w:p>
    <w:p>
      <w:r/>
      <w:r>
        <w:t>The LeafyPod system is anchored by its AI-powered self-watering capability, featuring an array of sensors that continuously monitor key environmental factors such as soil moisture, light levels, temperature, and humidity. This intelligent setup enables real-time feedback, essentially allowing plants to communicate their needs to their caregivers. Users are informed if their plants require adjustments in terms of hydration, warmth, or sunlight.</w:t>
      </w:r>
      <w:r/>
    </w:p>
    <w:p>
      <w:r/>
      <w:r>
        <w:t>A pivotal aspect of the LeafyPod experience is its accompanying mobile application, which offers tailored care advice for over 100 houseplant species. By simply selecting their specific plant type, caregivers can rely on LeafyPod to adjust its watering schedule appropriately, delivering precise hydration and personalised care tips. The app also alerts users if their plant requires additional attention, effectively acting as a virtual assistant for plant care.</w:t>
      </w:r>
      <w:r/>
    </w:p>
    <w:p>
      <w:r/>
      <w:r>
        <w:t>In addition to its technological innovations, the LeafyPod boasts design features that enhance its functionality and aesthetic appeal. It contains a built-in water reservoir that supplies water through a top-down system akin to natural rainfall. This method fosters robust root development and mitigates the risk of overwatering. The planter's cordless design ensures it can be conveniently placed anywhere within the home without the clutter of cables, while a transparent inner pot allows users to observe root growth directly.</w:t>
      </w:r>
      <w:r/>
    </w:p>
    <w:p>
      <w:r/>
      <w:r>
        <w:t>The development of LeafyPod addresses common challenges faced by indoor gardeners, such as the difficulties of regulating water levels and accurately interpreting plant needs. With its integrated AI and sensor technology, the LeafyPod promises real-time monitoring and adaptive care guidance, reimagining plant care in a modern context.</w:t>
      </w:r>
      <w:r/>
    </w:p>
    <w:p>
      <w:r/>
      <w:r>
        <w:t>As the Kickstarter campaign progresses, the creators of LeafyPod are eager to bring this innovative indoor gardening solution to a wider audience, inviting support to further enhance the way plants are cared for using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https://www.kickstarter.com/projects/leafypod/self-watering-smart-planter</w:t>
        </w:r>
      </w:hyperlink>
      <w:r>
        <w:t xml:space="preserve"> - Corroborates the launch of LeafyPod on Kickstarter and its AI-powered self-watering capabilities.</w:t>
      </w:r>
      <w:r/>
    </w:p>
    <w:p>
      <w:pPr>
        <w:pStyle w:val="ListNumber"/>
        <w:spacing w:line="240" w:lineRule="auto"/>
        <w:ind w:left="720"/>
      </w:pPr>
      <w:r/>
      <w:hyperlink r:id="rId11">
        <w:r>
          <w:rPr>
            <w:color w:val="0000EE"/>
            <w:u w:val="single"/>
          </w:rPr>
          <w:t>https://www.thecoolector.com/leafypod-ai-powered-self-watering-smart-planter/</w:t>
        </w:r>
      </w:hyperlink>
      <w:r>
        <w:t xml:space="preserve"> - Supports the presence of sensors that monitor soil moisture, light, temperature, and humidity in real-time.</w:t>
      </w:r>
      <w:r/>
    </w:p>
    <w:p>
      <w:pPr>
        <w:pStyle w:val="ListNumber"/>
        <w:spacing w:line="240" w:lineRule="auto"/>
        <w:ind w:left="720"/>
      </w:pPr>
      <w:r/>
      <w:hyperlink r:id="rId12">
        <w:r>
          <w:rPr>
            <w:color w:val="0000EE"/>
            <w:u w:val="single"/>
          </w:rPr>
          <w:t>https://www.prnewswire.com/news-releases/leafypod-launches-on-kickstarter-revolutionizing-smart-homes-with-tech-forward-plant-care-solutions-302284547.html</w:t>
        </w:r>
      </w:hyperlink>
      <w:r>
        <w:t xml:space="preserve"> - Details the AI-powered self-watering system, real-time monitoring, and the planter's cordless design with a long-lasting battery.</w:t>
      </w:r>
      <w:r/>
    </w:p>
    <w:p>
      <w:pPr>
        <w:pStyle w:val="ListNumber"/>
        <w:spacing w:line="240" w:lineRule="auto"/>
        <w:ind w:left="720"/>
      </w:pPr>
      <w:r/>
      <w:hyperlink r:id="rId12">
        <w:r>
          <w:rPr>
            <w:color w:val="0000EE"/>
            <w:u w:val="single"/>
          </w:rPr>
          <w:t>https://www.prnewswire.com/news-releases/leafypod-launches-on-kickstarter-revolutionizing-smart-homes-with-tech-forward-plant-care-solutions-302284547.html</w:t>
        </w:r>
      </w:hyperlink>
      <w:r>
        <w:t xml:space="preserve"> - Explains the mobile application's role in providing tailored care advice for over 100 houseplant species.</w:t>
      </w:r>
      <w:r/>
    </w:p>
    <w:p>
      <w:pPr>
        <w:pStyle w:val="ListNumber"/>
        <w:spacing w:line="240" w:lineRule="auto"/>
        <w:ind w:left="720"/>
      </w:pPr>
      <w:r/>
      <w:hyperlink r:id="rId12">
        <w:r>
          <w:rPr>
            <w:color w:val="0000EE"/>
            <w:u w:val="single"/>
          </w:rPr>
          <w:t>https://www.prnewswire.com/news-releases/leafypod-launches-on-kickstarter-revolutionizing-smart-homes-with-tech-forward-plant-care-solutions-302284547.html</w:t>
        </w:r>
      </w:hyperlink>
      <w:r>
        <w:t xml:space="preserve"> - Describes the personalized plant care and smart home experience offered by LeafyPod.</w:t>
      </w:r>
      <w:r/>
    </w:p>
    <w:p>
      <w:pPr>
        <w:pStyle w:val="ListNumber"/>
        <w:spacing w:line="240" w:lineRule="auto"/>
        <w:ind w:left="720"/>
      </w:pPr>
      <w:r/>
      <w:hyperlink r:id="rId11">
        <w:r>
          <w:rPr>
            <w:color w:val="0000EE"/>
            <w:u w:val="single"/>
          </w:rPr>
          <w:t>https://www.thecoolector.com/leafypod-ai-powered-self-watering-smart-planter/</w:t>
        </w:r>
      </w:hyperlink>
      <w:r>
        <w:t xml:space="preserve"> - Highlights the design features, including the built-in water reservoir and the top-down watering system.</w:t>
      </w:r>
      <w:r/>
    </w:p>
    <w:p>
      <w:pPr>
        <w:pStyle w:val="ListNumber"/>
        <w:spacing w:line="240" w:lineRule="auto"/>
        <w:ind w:left="720"/>
      </w:pPr>
      <w:r/>
      <w:hyperlink r:id="rId12">
        <w:r>
          <w:rPr>
            <w:color w:val="0000EE"/>
            <w:u w:val="single"/>
          </w:rPr>
          <w:t>https://www.prnewswire.com/news-releases/leafypod-launches-on-kickstarter-revolutionizing-smart-homes-with-tech-forward-plant-care-solutions-302284547.html</w:t>
        </w:r>
      </w:hyperlink>
      <w:r>
        <w:t xml:space="preserve"> - Mentions the transparent inner pot for observing root growth and the cordless design for convenience.</w:t>
      </w:r>
      <w:r/>
    </w:p>
    <w:p>
      <w:pPr>
        <w:pStyle w:val="ListNumber"/>
        <w:spacing w:line="240" w:lineRule="auto"/>
        <w:ind w:left="720"/>
      </w:pPr>
      <w:r/>
      <w:hyperlink r:id="rId13">
        <w:r>
          <w:rPr>
            <w:color w:val="0000EE"/>
            <w:u w:val="single"/>
          </w:rPr>
          <w:t>https://www.kickstarter.com/projects/leafypod/self-watering-smart-planter/description?category_id=52&amp;total_hits=5981</w:t>
        </w:r>
      </w:hyperlink>
      <w:r>
        <w:t xml:space="preserve"> - Provides details on the real-time monitoring and adaptive care guidance by the LeafyPod system.</w:t>
      </w:r>
      <w:r/>
    </w:p>
    <w:p>
      <w:pPr>
        <w:pStyle w:val="ListNumber"/>
        <w:spacing w:line="240" w:lineRule="auto"/>
        <w:ind w:left="720"/>
      </w:pPr>
      <w:r/>
      <w:hyperlink r:id="rId14">
        <w:r>
          <w:rPr>
            <w:color w:val="0000EE"/>
            <w:u w:val="single"/>
          </w:rPr>
          <w:t>https://www.leafypod.one</w:t>
        </w:r>
      </w:hyperlink>
      <w:r>
        <w:t xml:space="preserve"> - Explains how the AI algorithm learns and adjusts the watering schedule based on the plant's behavior.</w:t>
      </w:r>
      <w:r/>
    </w:p>
    <w:p>
      <w:pPr>
        <w:pStyle w:val="ListNumber"/>
        <w:spacing w:line="240" w:lineRule="auto"/>
        <w:ind w:left="720"/>
      </w:pPr>
      <w:r/>
      <w:hyperlink r:id="rId12">
        <w:r>
          <w:rPr>
            <w:color w:val="0000EE"/>
            <w:u w:val="single"/>
          </w:rPr>
          <w:t>https://www.prnewswire.com/news-releases/leafypod-launches-on-kickstarter-revolutionizing-smart-homes-with-tech-forward-plant-care-solutions-302284547.html</w:t>
        </w:r>
      </w:hyperlink>
      <w:r>
        <w:t xml:space="preserve"> - Addresses the common challenges faced by indoor gardeners and how LeafyPod solves these issues with its technology.</w:t>
      </w:r>
      <w:r/>
    </w:p>
    <w:p>
      <w:pPr>
        <w:pStyle w:val="ListNumber"/>
        <w:spacing w:line="240" w:lineRule="auto"/>
        <w:ind w:left="720"/>
      </w:pPr>
      <w:r/>
      <w:hyperlink r:id="rId11">
        <w:r>
          <w:rPr>
            <w:color w:val="0000EE"/>
            <w:u w:val="single"/>
          </w:rPr>
          <w:t>https://www.thecoolector.com/leafypod-ai-powered-self-watering-smart-planter/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ckstarter.com/projects/leafypod/self-watering-smart-planter" TargetMode="External"/><Relationship Id="rId11" Type="http://schemas.openxmlformats.org/officeDocument/2006/relationships/hyperlink" Target="https://www.thecoolector.com/leafypod-ai-powered-self-watering-smart-planter/" TargetMode="External"/><Relationship Id="rId12" Type="http://schemas.openxmlformats.org/officeDocument/2006/relationships/hyperlink" Target="https://www.prnewswire.com/news-releases/leafypod-launches-on-kickstarter-revolutionizing-smart-homes-with-tech-forward-plant-care-solutions-302284547.html" TargetMode="External"/><Relationship Id="rId13" Type="http://schemas.openxmlformats.org/officeDocument/2006/relationships/hyperlink" Target="https://www.kickstarter.com/projects/leafypod/self-watering-smart-planter/description?category_id=52&amp;total_hits=5981" TargetMode="External"/><Relationship Id="rId14" Type="http://schemas.openxmlformats.org/officeDocument/2006/relationships/hyperlink" Target="https://www.leafypod.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