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teaching tools enhance learning through AI and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Teaching Tools: Educators Harness AI and Design Platforms for Enhanced Learning</w:t>
      </w:r>
      <w:r/>
    </w:p>
    <w:p>
      <w:r/>
      <w:r>
        <w:t>In the ever-evolving landscape of education, teachers are constantly seeking new ways to engage students and make lessons more interactive. Embracing modern technology and innovative platforms, educators are transforming traditional teaching methods into dynamic and visually captivating experiences. A recent example of this trend comes from a pair of enthusiastic educators who utilised AI and design software to create an engaging educational display.</w:t>
      </w:r>
      <w:r/>
    </w:p>
    <w:p>
      <w:r/>
      <w:r>
        <w:t xml:space="preserve">The project unfolded in a school corridor where a bold new interactive wall display was conceptualised and brought to life. The theme centred around economic history, aiming to provide students with a visual and educational journey through significant historical events that shaped economies worldwide. </w:t>
      </w:r>
      <w:r/>
    </w:p>
    <w:p>
      <w:r/>
      <w:r>
        <w:t>The team responsible for this creative endeavour included a passionate teacher and their colleague, both driven by a shared goal of enhancing student engagement through visual learning tools. Their mission was to design a massive map that would serve as the foundation for an educational narrative, highlighting key events in economic history. The map, dotted with specific global locations, each represented a pivotal moment in economic history, offering students a geographical and historical perspective.</w:t>
      </w:r>
      <w:r/>
    </w:p>
    <w:p>
      <w:r/>
      <w:r>
        <w:t>The educators employed Canva, a popular graphic design platform known for its user-friendly interface, which has become an invaluable tool for teachers looking to create aesthetically pleasing and informative resources. This software allowed them the freedom to creatively place text and images, a significant leap from the restrictive tools previously used in the early days of technological teaching aids.</w:t>
      </w:r>
      <w:r/>
    </w:p>
    <w:p>
      <w:r/>
      <w:r>
        <w:t>This initiative was further enhanced by the integration of artificial intelligence, which helped streamline the design process and enrich the content with intelligent suggestions, thereby broadening the educational scope of the display. The seamless combination of human creativity and AI functionality enabled the production of a visually appealing and informative educational tool.</w:t>
      </w:r>
      <w:r/>
    </w:p>
    <w:p>
      <w:r/>
      <w:r>
        <w:t>Prior to this innovative approach, teaching resources had been limited to more static presentations, with teachers often spending countless hours manipulating basic software to fit their creative visions. However, with the adoption of platforms like Canva, teachers have gained the ability to create polished and professional-quality educational materials with considerably less effort.</w:t>
      </w:r>
      <w:r/>
    </w:p>
    <w:p>
      <w:r/>
      <w:r>
        <w:t>Such advancements in technology not only liberate educators' creative potential but also provide students with stimulating and immersive learning environments. This particular project exemplifies how embracing modern technology in education not only benefits the students, by providing engaging visuals that complement learning, but also aids teachers by reducing preparation time and enhancing resource quality.</w:t>
      </w:r>
      <w:r/>
    </w:p>
    <w:p>
      <w:r/>
      <w:r>
        <w:t>Educational settings are continuously evolving, and the potential of technology to aid in this evolution is becoming increasingly apparent. As teachers embrace these tools, the future of education looks set to become ever more interactive and visually engaging.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https://www.edutopia.org/article/7-ai-tools-that-help-teachers-work-more-efficiently/</w:t>
        </w:r>
      </w:hyperlink>
      <w:r>
        <w:t xml:space="preserve"> - This article supports the use of Canva and other AI tools to enhance teaching and create interactive educational resources.</w:t>
      </w:r>
      <w:r/>
    </w:p>
    <w:p>
      <w:pPr>
        <w:pStyle w:val="ListNumber"/>
        <w:spacing w:line="240" w:lineRule="auto"/>
        <w:ind w:left="720"/>
      </w:pPr>
      <w:r/>
      <w:hyperlink r:id="rId11">
        <w:r>
          <w:rPr>
            <w:color w:val="0000EE"/>
            <w:u w:val="single"/>
          </w:rPr>
          <w:t>https://blog.cathy-moore.com/ai-tools-for-instructional-designers/</w:t>
        </w:r>
      </w:hyperlink>
      <w:r>
        <w:t xml:space="preserve"> - This article discusses how AI tools like Tome, Synthesia, and Jasper are used to create presentations, videos, and other educational content, highlighting their role in streamlining the design process.</w:t>
      </w:r>
      <w:r/>
    </w:p>
    <w:p>
      <w:pPr>
        <w:pStyle w:val="ListNumber"/>
        <w:spacing w:line="240" w:lineRule="auto"/>
        <w:ind w:left="720"/>
      </w:pPr>
      <w:r/>
      <w:hyperlink r:id="rId12">
        <w:r>
          <w:rPr>
            <w:color w:val="0000EE"/>
            <w:u w:val="single"/>
          </w:rPr>
          <w:t>https://www.eduaide.ai</w:t>
        </w:r>
      </w:hyperlink>
      <w:r>
        <w:t xml:space="preserve"> - Eduaide.AI is an example of an AI-powered workspace that helps teachers design dynamic lessons, generate customized learning materials, and offer meaningful feedback, aligning with the article's theme of using AI to enhance education.</w:t>
      </w:r>
      <w:r/>
    </w:p>
    <w:p>
      <w:pPr>
        <w:pStyle w:val="ListNumber"/>
        <w:spacing w:line="240" w:lineRule="auto"/>
        <w:ind w:left="720"/>
      </w:pPr>
      <w:r/>
      <w:hyperlink r:id="rId10">
        <w:r>
          <w:rPr>
            <w:color w:val="0000EE"/>
            <w:u w:val="single"/>
          </w:rPr>
          <w:t>https://www.edutopia.org/article/7-ai-tools-that-help-teachers-work-more-efficiently/</w:t>
        </w:r>
      </w:hyperlink>
      <w:r>
        <w:t xml:space="preserve"> - This article mentions various AI tools that help teachers create lessons, activities, assessments, and presentations, which corroborates the idea of using AI to create engaging educational displays.</w:t>
      </w:r>
      <w:r/>
    </w:p>
    <w:p>
      <w:pPr>
        <w:pStyle w:val="ListNumber"/>
        <w:spacing w:line="240" w:lineRule="auto"/>
        <w:ind w:left="720"/>
      </w:pPr>
      <w:r/>
      <w:hyperlink r:id="rId11">
        <w:r>
          <w:rPr>
            <w:color w:val="0000EE"/>
            <w:u w:val="single"/>
          </w:rPr>
          <w:t>https://blog.cathy-moore.com/ai-tools-for-instructional-designers/</w:t>
        </w:r>
      </w:hyperlink>
      <w:r>
        <w:t xml:space="preserve"> - The article discusses how AI tools like Jasper can create custom artwork and visuals to support learning materials, which is relevant to the creation of visually appealing educational displays.</w:t>
      </w:r>
      <w:r/>
    </w:p>
    <w:p>
      <w:pPr>
        <w:pStyle w:val="ListNumber"/>
        <w:spacing w:line="240" w:lineRule="auto"/>
        <w:ind w:left="720"/>
      </w:pPr>
      <w:r/>
      <w:hyperlink r:id="rId12">
        <w:r>
          <w:rPr>
            <w:color w:val="0000EE"/>
            <w:u w:val="single"/>
          </w:rPr>
          <w:t>https://www.eduaide.ai</w:t>
        </w:r>
      </w:hyperlink>
      <w:r>
        <w:t xml:space="preserve"> - Eduaide.AI's ability to generate over 100 resource types and learning objects, including visual aids, supports the article's mention of enhancing educational content with AI.</w:t>
      </w:r>
      <w:r/>
    </w:p>
    <w:p>
      <w:pPr>
        <w:pStyle w:val="ListNumber"/>
        <w:spacing w:line="240" w:lineRule="auto"/>
        <w:ind w:left="720"/>
      </w:pPr>
      <w:r/>
      <w:hyperlink r:id="rId13">
        <w:r>
          <w:rPr>
            <w:color w:val="0000EE"/>
            <w:u w:val="single"/>
          </w:rPr>
          <w:t>https://www.eklavvya.com/blog/ai-edtech-tools/</w:t>
        </w:r>
      </w:hyperlink>
      <w:r>
        <w:t xml:space="preserve"> - This article lists several AI EdTech tools that provide interactive and immersive learning experiences, such as Nearpod and Quizlet, which align with the article's focus on interactive and visually engaging education.</w:t>
      </w:r>
      <w:r/>
    </w:p>
    <w:p>
      <w:pPr>
        <w:pStyle w:val="ListNumber"/>
        <w:spacing w:line="240" w:lineRule="auto"/>
        <w:ind w:left="720"/>
      </w:pPr>
      <w:r/>
      <w:hyperlink r:id="rId10">
        <w:r>
          <w:rPr>
            <w:color w:val="0000EE"/>
            <w:u w:val="single"/>
          </w:rPr>
          <w:t>https://www.edutopia.org/article/7-ai-tools-that-help-teachers-work-more-efficiently/</w:t>
        </w:r>
      </w:hyperlink>
      <w:r>
        <w:t xml:space="preserve"> - The article highlights how AI tools like Curipod and Eduaide.AI help teachers create interactive lessons and personalized learning materials, reducing preparation time and enhancing resource quality.</w:t>
      </w:r>
      <w:r/>
    </w:p>
    <w:p>
      <w:pPr>
        <w:pStyle w:val="ListNumber"/>
        <w:spacing w:line="240" w:lineRule="auto"/>
        <w:ind w:left="720"/>
      </w:pPr>
      <w:r/>
      <w:hyperlink r:id="rId11">
        <w:r>
          <w:rPr>
            <w:color w:val="0000EE"/>
            <w:u w:val="single"/>
          </w:rPr>
          <w:t>https://blog.cathy-moore.com/ai-tools-for-instructional-designers/</w:t>
        </w:r>
      </w:hyperlink>
      <w:r>
        <w:t xml:space="preserve"> - The integration of AI with tools like ChatGPT and DALL-E to create training materials and visuals faster is discussed, supporting the article's mention of AI enhancing the design process.</w:t>
      </w:r>
      <w:r/>
    </w:p>
    <w:p>
      <w:pPr>
        <w:pStyle w:val="ListNumber"/>
        <w:spacing w:line="240" w:lineRule="auto"/>
        <w:ind w:left="720"/>
      </w:pPr>
      <w:r/>
      <w:hyperlink r:id="rId12">
        <w:r>
          <w:rPr>
            <w:color w:val="0000EE"/>
            <w:u w:val="single"/>
          </w:rPr>
          <w:t>https://www.eduaide.ai</w:t>
        </w:r>
      </w:hyperlink>
      <w:r>
        <w:t xml:space="preserve"> - Eduaide.AI's features, such as the Feedback Bot and Assessment Builder, demonstrate how AI can streamline administrative duties and enhance the quality of educational resources.</w:t>
      </w:r>
      <w:r/>
    </w:p>
    <w:p>
      <w:pPr>
        <w:pStyle w:val="ListNumber"/>
        <w:spacing w:line="240" w:lineRule="auto"/>
        <w:ind w:left="720"/>
      </w:pPr>
      <w:r/>
      <w:hyperlink r:id="rId13">
        <w:r>
          <w:rPr>
            <w:color w:val="0000EE"/>
            <w:u w:val="single"/>
          </w:rPr>
          <w:t>https://www.eklavvya.com/blog/ai-edtech-tools/</w:t>
        </w:r>
      </w:hyperlink>
      <w:r>
        <w:t xml:space="preserve"> - The article mentions platforms like Coursera and Pearson AI that use AI to personalize learning experiences, which is in line with the article's theme of using technology to create more interactive and engaging educational environments.</w:t>
      </w:r>
      <w:r/>
    </w:p>
    <w:p>
      <w:pPr>
        <w:pStyle w:val="ListNumber"/>
        <w:spacing w:line="240" w:lineRule="auto"/>
        <w:ind w:left="720"/>
      </w:pPr>
      <w:r/>
      <w:hyperlink r:id="rId14">
        <w:r>
          <w:rPr>
            <w:color w:val="0000EE"/>
            <w:u w:val="single"/>
          </w:rPr>
          <w:t>https://thecuriouseconomist.com/beautiful-interactive-ai-assisted-displays/?utm_source=rss&amp;utm_medium=rss&amp;utm_campaign=beautiful-interactive-ai-assisted-displays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utopia.org/article/7-ai-tools-that-help-teachers-work-more-efficiently/" TargetMode="External"/><Relationship Id="rId11" Type="http://schemas.openxmlformats.org/officeDocument/2006/relationships/hyperlink" Target="https://blog.cathy-moore.com/ai-tools-for-instructional-designers/" TargetMode="External"/><Relationship Id="rId12" Type="http://schemas.openxmlformats.org/officeDocument/2006/relationships/hyperlink" Target="https://www.eduaide.ai" TargetMode="External"/><Relationship Id="rId13" Type="http://schemas.openxmlformats.org/officeDocument/2006/relationships/hyperlink" Target="https://www.eklavvya.com/blog/ai-edtech-tools/" TargetMode="External"/><Relationship Id="rId14" Type="http://schemas.openxmlformats.org/officeDocument/2006/relationships/hyperlink" Target="https://thecuriouseconomist.com/beautiful-interactive-ai-assisted-displays/?utm_source=rss&amp;utm_medium=rss&amp;utm_campaign=beautiful-interactive-ai-assisted-displ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