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iPhone 16 Pro Max's 'Camera Control' feature sparks mixed reactions among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iPhone 16 Pro Max's 'Camera Control' Feature Sparks Mixed Reactions Among Users</w:t>
      </w:r>
      <w:r/>
    </w:p>
    <w:p>
      <w:r/>
      <w:r>
        <w:rPr>
          <w:b/>
        </w:rPr>
        <w:t>Date:</w:t>
      </w:r>
      <w:r>
        <w:t xml:space="preserve"> November 2, 2023</w:t>
      </w:r>
      <w:r/>
    </w:p>
    <w:p>
      <w:r/>
      <w:r>
        <w:rPr>
          <w:b/>
        </w:rPr>
        <w:t>Location:</w:t>
      </w:r>
      <w:r>
        <w:t xml:space="preserve"> Cupertino, California - The release of Apple's iPhone 16 Pro Max, part of the company’s latest generation of smartphones, has drawn notable attention with its introduction of a new camera function known as the "Camera Control" button. While Apple enthusiasts have long appreciated the firm’s technological innovations, the sidebar feature has received a blend of both intrigue and criticism, sparking discussions within tech communities about its current utility.</w:t>
      </w:r>
      <w:r/>
    </w:p>
    <w:p>
      <w:r/>
      <w:r>
        <w:rPr>
          <w:b/>
        </w:rPr>
        <w:t>Camera Control Feature: A Novelty or Necessity?</w:t>
      </w:r>
      <w:r/>
    </w:p>
    <w:p>
      <w:r/>
      <w:r>
        <w:t>The Camera Control feature, which has been designed to enhance the photography experience, offers users a physical button that can be used to capture images, providing a tangible alternative to traditional on-screen tapping or the Action button. For many, this has positioned itself as a convenient addition, especially when shooting in landscape mode, aligning naturally with conventional photo-taking grips.</w:t>
      </w:r>
      <w:r/>
    </w:p>
    <w:p>
      <w:r/>
      <w:r>
        <w:t>Moreover, users are finding value in the ability to easily switch between zoom ranges through a simple swipe of the button, which circumvents the cumbersome task of tapping on small screen icons. However, the feature of altering exposure settings using the Camera Control has faced some critique, with users expressing difficulties in seamlessly transitioning between different features without disrupting the composition of their shots.</w:t>
      </w:r>
      <w:r/>
    </w:p>
    <w:p>
      <w:r/>
      <w:r>
        <w:rPr>
          <w:b/>
        </w:rPr>
        <w:t>The Future of AI Integration</w:t>
      </w:r>
      <w:r/>
    </w:p>
    <w:p>
      <w:r/>
      <w:r>
        <w:t>One significant point of contention centres on the absence of fully-fledged AI capabilities at the phone's launch. Apple has highlighted ambitious plans for integrating AI tools that automatically recognise objects within the camera's frame, providing pertinent information linked to those recognitions. However, these advanced features were not included at launch, with a full rollout anticipated to occur sometime after, leaving early adopters somewhat disappointed.</w:t>
      </w:r>
      <w:r/>
    </w:p>
    <w:p>
      <w:r/>
      <w:r>
        <w:t>Traditionally, Apple’s reputation has stemmed from its practice of introducing well-refined, cutting-edge technology. The decision to launch the iPhone 16 series without the promised AI enhancements has surprised some tech analysts, who note the company's usual strategy of postponing features until they are fully operational and polished.</w:t>
      </w:r>
      <w:r/>
    </w:p>
    <w:p>
      <w:r/>
      <w:r>
        <w:rPr>
          <w:b/>
        </w:rPr>
        <w:t>Industry Implications and User Reactions</w:t>
      </w:r>
      <w:r/>
    </w:p>
    <w:p>
      <w:r/>
      <w:r>
        <w:t>Despite these challenges, there is a broader industry-wide impact to consider. Apple's introduction of a dedicated Camera Control button may prompt other smartphone manufacturers to explore similar solutions, potentially shaping future design trends in mobile photography.</w:t>
      </w:r>
      <w:r/>
    </w:p>
    <w:p>
      <w:r/>
      <w:r>
        <w:t>In the meantime, users continue to explore the functionality that Camera Control currently provides, maintaining optimism for the anticipated AI enhancements. Critics remain cautiously hopeful that when these updates do arrive, they will transform the Camera Control into a more indispensable tool for photography enthusiasts.</w:t>
      </w:r>
      <w:r/>
    </w:p>
    <w:p>
      <w:r/>
      <w:r>
        <w:t>For now, early users of the iPhone 16 Pro Max are left to balance expectation with the reality of this latest Apple innovation, as they await a more comprehensive feature set that fully capitalises on both the hardware and potential intelligence capabilities heralded by the tech giant.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https://www.cnet.com/tech/mobile/how-the-iphone-16-camera-control-button-changes-how-you-take-iphone-photos/</w:t>
        </w:r>
      </w:hyperlink>
      <w:r>
        <w:t xml:space="preserve"> - Corroborates the functionality of the Camera Control button, including launching the Camera app, switching between zoom ranges, and adjusting exposure settings.</w:t>
      </w:r>
      <w:r/>
    </w:p>
    <w:p>
      <w:pPr>
        <w:pStyle w:val="ListNumber"/>
        <w:spacing w:line="240" w:lineRule="auto"/>
        <w:ind w:left="720"/>
      </w:pPr>
      <w:r/>
      <w:hyperlink r:id="rId10">
        <w:r>
          <w:rPr>
            <w:color w:val="0000EE"/>
            <w:u w:val="single"/>
          </w:rPr>
          <w:t>https://www.cnet.com/tech/mobile/how-the-iphone-16-camera-control-button-changes-how-you-take-iphone-photos/</w:t>
        </w:r>
      </w:hyperlink>
      <w:r>
        <w:t xml:space="preserve"> - Explains the physical and touch-sensitive nature of the Camera Control button and its use in landscape mode.</w:t>
      </w:r>
      <w:r/>
    </w:p>
    <w:p>
      <w:pPr>
        <w:pStyle w:val="ListNumber"/>
        <w:spacing w:line="240" w:lineRule="auto"/>
        <w:ind w:left="720"/>
      </w:pPr>
      <w:r/>
      <w:hyperlink r:id="rId11">
        <w:r>
          <w:rPr>
            <w:color w:val="0000EE"/>
            <w:u w:val="single"/>
          </w:rPr>
          <w:t>https://www.austinmann.com/trek/iphone-16-pro-camera-review-kenya</w:t>
        </w:r>
      </w:hyperlink>
      <w:r>
        <w:t xml:space="preserve"> - Details the convenience of the Camera Control button for quick camera access and its use in various shooting scenarios.</w:t>
      </w:r>
      <w:r/>
    </w:p>
    <w:p>
      <w:pPr>
        <w:pStyle w:val="ListNumber"/>
        <w:spacing w:line="240" w:lineRule="auto"/>
        <w:ind w:left="720"/>
      </w:pPr>
      <w:r/>
      <w:hyperlink r:id="rId12">
        <w:r>
          <w:rPr>
            <w:color w:val="0000EE"/>
            <w:u w:val="single"/>
          </w:rPr>
          <w:t>https://www.macrumors.com/how-to/iphone-16-using-new-camera-control-button/</w:t>
        </w:r>
      </w:hyperlink>
      <w:r>
        <w:t xml:space="preserve"> - Describes how to use the Camera Control button to adjust photography settings, including zoom, exposure, and switching between cameras.</w:t>
      </w:r>
      <w:r/>
    </w:p>
    <w:p>
      <w:pPr>
        <w:pStyle w:val="ListNumber"/>
        <w:spacing w:line="240" w:lineRule="auto"/>
        <w:ind w:left="720"/>
      </w:pPr>
      <w:r/>
      <w:hyperlink r:id="rId12">
        <w:r>
          <w:rPr>
            <w:color w:val="0000EE"/>
            <w:u w:val="single"/>
          </w:rPr>
          <w:t>https://www.macrumors.com/how-to/iphone-16-using-new-camera-control-button/</w:t>
        </w:r>
      </w:hyperlink>
      <w:r>
        <w:t xml:space="preserve"> - Explains the option to change the launch gesture of the Camera Control button to a double-click to avoid accidental launches.</w:t>
      </w:r>
      <w:r/>
    </w:p>
    <w:p>
      <w:pPr>
        <w:pStyle w:val="ListNumber"/>
        <w:spacing w:line="240" w:lineRule="auto"/>
        <w:ind w:left="720"/>
      </w:pPr>
      <w:r/>
      <w:hyperlink r:id="rId10">
        <w:r>
          <w:rPr>
            <w:color w:val="0000EE"/>
            <w:u w:val="single"/>
          </w:rPr>
          <w:t>https://www.cnet.com/tech/mobile/how-the-iphone-16-camera-control-button-changes-how-you-take-iphone-photos/</w:t>
        </w:r>
      </w:hyperlink>
      <w:r>
        <w:t xml:space="preserve"> - Mentions the future integration of AI tools that automatically recognize objects within the camera's frame, although these features were not available at launch.</w:t>
      </w:r>
      <w:r/>
    </w:p>
    <w:p>
      <w:pPr>
        <w:pStyle w:val="ListNumber"/>
        <w:spacing w:line="240" w:lineRule="auto"/>
        <w:ind w:left="720"/>
      </w:pPr>
      <w:r/>
      <w:hyperlink r:id="rId12">
        <w:r>
          <w:rPr>
            <w:color w:val="0000EE"/>
            <w:u w:val="single"/>
          </w:rPr>
          <w:t>https://www.macrumors.com/how-to/iphone-16-using-new-camera-control-button/</w:t>
        </w:r>
      </w:hyperlink>
      <w:r>
        <w:t xml:space="preserve"> - Discusses the upcoming software update that will introduce a two-stage shutter to lock focus and exposure with a light press of the Camera Control button.</w:t>
      </w:r>
      <w:r/>
    </w:p>
    <w:p>
      <w:pPr>
        <w:pStyle w:val="ListNumber"/>
        <w:spacing w:line="240" w:lineRule="auto"/>
        <w:ind w:left="720"/>
      </w:pPr>
      <w:r/>
      <w:hyperlink r:id="rId11">
        <w:r>
          <w:rPr>
            <w:color w:val="0000EE"/>
            <w:u w:val="single"/>
          </w:rPr>
          <w:t>https://www.austinmann.com/trek/iphone-16-pro-camera-review-kenya</w:t>
        </w:r>
      </w:hyperlink>
      <w:r>
        <w:t xml:space="preserve"> - Provides insights into the practical use of the Camera Control button in various environments and its adjustments for high-motion shooting.</w:t>
      </w:r>
      <w:r/>
    </w:p>
    <w:p>
      <w:pPr>
        <w:pStyle w:val="ListNumber"/>
        <w:spacing w:line="240" w:lineRule="auto"/>
        <w:ind w:left="720"/>
      </w:pPr>
      <w:r/>
      <w:hyperlink r:id="rId10">
        <w:r>
          <w:rPr>
            <w:color w:val="0000EE"/>
            <w:u w:val="single"/>
          </w:rPr>
          <w:t>https://www.cnet.com/tech/mobile/how-the-iphone-16-camera-control-button-changes-how-you-take-iphone-photos/</w:t>
        </w:r>
      </w:hyperlink>
      <w:r>
        <w:t xml:space="preserve"> - Explains the option to use the Camera Control button for non-photo features such as scanning QR codes or launching the Magnifier tool.</w:t>
      </w:r>
      <w:r/>
    </w:p>
    <w:p>
      <w:pPr>
        <w:pStyle w:val="ListNumber"/>
        <w:spacing w:line="240" w:lineRule="auto"/>
        <w:ind w:left="720"/>
      </w:pPr>
      <w:r/>
      <w:hyperlink r:id="rId12">
        <w:r>
          <w:rPr>
            <w:color w:val="0000EE"/>
            <w:u w:val="single"/>
          </w:rPr>
          <w:t>https://www.macrumors.com/how-to/iphone-16-using-new-camera-control-button/</w:t>
        </w:r>
      </w:hyperlink>
      <w:r>
        <w:t xml:space="preserve"> - Details how to disable the Camera Control button or change its functionality to suit different user needs.</w:t>
      </w:r>
      <w:r/>
    </w:p>
    <w:p>
      <w:pPr>
        <w:pStyle w:val="ListNumber"/>
        <w:spacing w:line="240" w:lineRule="auto"/>
        <w:ind w:left="720"/>
      </w:pPr>
      <w:r/>
      <w:hyperlink r:id="rId13">
        <w:r>
          <w:rPr>
            <w:color w:val="0000EE"/>
            <w:u w:val="single"/>
          </w:rPr>
          <w:t>https://www.lux.camera/the-iphone-16-pro-camera-review-control/</w:t>
        </w:r>
      </w:hyperlink>
      <w:r>
        <w:t xml:space="preserve"> - Describes the user experience with the Camera Control button, including its integration with the phone's design and the adjustment menu it provides.</w:t>
      </w:r>
      <w:r/>
    </w:p>
    <w:p>
      <w:pPr>
        <w:pStyle w:val="ListNumber"/>
        <w:spacing w:line="240" w:lineRule="auto"/>
        <w:ind w:left="720"/>
      </w:pPr>
      <w:r/>
      <w:hyperlink r:id="rId14">
        <w:r>
          <w:rPr>
            <w:color w:val="0000EE"/>
            <w:u w:val="single"/>
          </w:rPr>
          <w:t>https://www.techradar.com/phones/iphone/im-torn-on-the-iphones-16s-camera-control-its-handy-but-unfinished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how-the-iphone-16-camera-control-button-changes-how-you-take-iphone-photos/" TargetMode="External"/><Relationship Id="rId11" Type="http://schemas.openxmlformats.org/officeDocument/2006/relationships/hyperlink" Target="https://www.austinmann.com/trek/iphone-16-pro-camera-review-kenya" TargetMode="External"/><Relationship Id="rId12" Type="http://schemas.openxmlformats.org/officeDocument/2006/relationships/hyperlink" Target="https://www.macrumors.com/how-to/iphone-16-using-new-camera-control-button/" TargetMode="External"/><Relationship Id="rId13" Type="http://schemas.openxmlformats.org/officeDocument/2006/relationships/hyperlink" Target="https://www.lux.camera/the-iphone-16-pro-camera-review-control/" TargetMode="External"/><Relationship Id="rId14" Type="http://schemas.openxmlformats.org/officeDocument/2006/relationships/hyperlink" Target="https://www.techradar.com/phones/iphone/im-torn-on-the-iphones-16s-camera-control-its-handy-but-unfinish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