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Key technology event for AV/IT managers in higher education announced for October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Key Technology Event for AV/IT Managers in Higher Education Announced for October</w:t>
      </w:r>
      <w:r/>
    </w:p>
    <w:p>
      <w:r/>
      <w:r>
        <w:t>On Wednesday, October 30, at 2:00 p.m. ET, AV Technology will host an engaging virtual event designed for AV/IT managers, technology decision-makers, and integrators working within the higher education sector. This gathering will serve as a critical platform for discussing the current and future states of audio-visual (AV) and information technology (IT) on college and university campuses.</w:t>
      </w:r>
      <w:r/>
    </w:p>
    <w:p>
      <w:r/>
      <w:r>
        <w:t xml:space="preserve">The session will gather a diverse group of technology managers from institutions of varying sizes. These individuals will come together to address prevalent challenges faced in classroom and campus AV environments, celebrate recent successes, and deliberate on strategic plans for future technology investments. </w:t>
      </w:r>
      <w:r/>
    </w:p>
    <w:p>
      <w:r/>
      <w:r>
        <w:t>The agenda promises a comprehensive exploration of key topics relevant to the sector. Attendees will delve into pressing pain points that AV/IT departments are currently grappling with and share notable achievements over the past two years. There will also be a spotlight on new classroom technologies that are proving transformative in education, including advanced solutions such as Artificial Intelligence (AI), Augmented Reality (AR), Virtual Reality (VR), and Extended Reality (XR).</w:t>
      </w:r>
      <w:r/>
    </w:p>
    <w:p>
      <w:r/>
      <w:r>
        <w:t>Best practices for the training of instructors in the use of these technologies will also feature prominently in the discussions. The event will direct focus on the strategic AV/IT plans set for the coming year, offering insights and recommendations for the integration of these emerging technologies within educational settings.</w:t>
      </w:r>
      <w:r/>
    </w:p>
    <w:p>
      <w:r/>
      <w:r>
        <w:t>A significant topic on the agenda is the so-called "enrollment cliff," a term referencing a projected decline in student enrollments and its implications for AV/IT planning and technology adoption. The event will provide a platform for discourse to ascertain the reality behind these predictions and strategise accordingly.</w:t>
      </w:r>
      <w:r/>
    </w:p>
    <w:p>
      <w:r/>
      <w:r>
        <w:t>Finally, the session will encourage participants to envisage the higher education classroom of the future, with expert predictions on technological and pedagogical shifts expected to occur over the next three years.</w:t>
      </w:r>
      <w:r/>
    </w:p>
    <w:p>
      <w:r/>
      <w:r>
        <w:t xml:space="preserve">Participants are encouraged to come prepared with questions and ready to engage with fellow professionals to maximise the insights and benefits gained from this inferential collaboration. </w:t>
      </w:r>
      <w:r/>
    </w:p>
    <w:p>
      <w:r/>
      <w:r>
        <w:t>This event prompts AV/IT stakeholders within the educational sector to stay informed and prepared for the evolving landscape of classroom technologies. AV Technology has made sure this session will feature a rich selection of features, industry news, and expert analyses, positioned to benefit tech managers significantly.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https://e4experience.com/av-tech-expo-anaheim-2024/</w:t>
        </w:r>
      </w:hyperlink>
      <w:r>
        <w:t xml:space="preserve"> - Corroborates the importance of discussing new classroom technologies such as AI, AR, VR, and XR, and the focus on training instructors in using these technologies.</w:t>
      </w:r>
      <w:r/>
    </w:p>
    <w:p>
      <w:pPr>
        <w:pStyle w:val="ListNumber"/>
        <w:spacing w:line="240" w:lineRule="auto"/>
        <w:ind w:left="720"/>
      </w:pPr>
      <w:r/>
      <w:hyperlink r:id="rId10">
        <w:r>
          <w:rPr>
            <w:color w:val="0000EE"/>
            <w:u w:val="single"/>
          </w:rPr>
          <w:t>https://e4experience.com/av-tech-expo-anaheim-2024/</w:t>
        </w:r>
      </w:hyperlink>
      <w:r>
        <w:t xml:space="preserve"> - Supports the idea of industry events addressing pressing pain points and celebrating recent successes in AV/IT departments.</w:t>
      </w:r>
      <w:r/>
    </w:p>
    <w:p>
      <w:pPr>
        <w:pStyle w:val="ListNumber"/>
        <w:spacing w:line="240" w:lineRule="auto"/>
        <w:ind w:left="720"/>
      </w:pPr>
      <w:r/>
      <w:hyperlink r:id="rId11">
        <w:r>
          <w:rPr>
            <w:color w:val="0000EE"/>
            <w:u w:val="single"/>
          </w:rPr>
          <w:t>https://blooloop.com/event/infocomm-2024/</w:t>
        </w:r>
      </w:hyperlink>
      <w:r>
        <w:t xml:space="preserve"> - Highlights the significance of educational sessions and conferences in AV tech events, similar to the planned virtual event for AV/IT managers.</w:t>
      </w:r>
      <w:r/>
    </w:p>
    <w:p>
      <w:pPr>
        <w:pStyle w:val="ListNumber"/>
        <w:spacing w:line="240" w:lineRule="auto"/>
        <w:ind w:left="720"/>
      </w:pPr>
      <w:r/>
      <w:hyperlink r:id="rId11">
        <w:r>
          <w:rPr>
            <w:color w:val="0000EE"/>
            <w:u w:val="single"/>
          </w:rPr>
          <w:t>https://blooloop.com/event/infocomm-2024/</w:t>
        </w:r>
      </w:hyperlink>
      <w:r>
        <w:t xml:space="preserve"> - Corroborates the focus on emerging technologies and their integration within educational settings, as seen in InfoComm 2024.</w:t>
      </w:r>
      <w:r/>
    </w:p>
    <w:p>
      <w:pPr>
        <w:pStyle w:val="ListNumber"/>
        <w:spacing w:line="240" w:lineRule="auto"/>
        <w:ind w:left="720"/>
      </w:pPr>
      <w:r/>
      <w:hyperlink r:id="rId12">
        <w:r>
          <w:rPr>
            <w:color w:val="0000EE"/>
            <w:u w:val="single"/>
          </w:rPr>
          <w:t>https://www.avnetwork.com/events</w:t>
        </w:r>
      </w:hyperlink>
      <w:r>
        <w:t xml:space="preserve"> - Supports the discussion on new classroom technologies and the importance of strategic AV/IT plans, as featured in various AV industry events.</w:t>
      </w:r>
      <w:r/>
    </w:p>
    <w:p>
      <w:pPr>
        <w:pStyle w:val="ListNumber"/>
        <w:spacing w:line="240" w:lineRule="auto"/>
        <w:ind w:left="720"/>
      </w:pPr>
      <w:r/>
      <w:hyperlink r:id="rId12">
        <w:r>
          <w:rPr>
            <w:color w:val="0000EE"/>
            <w:u w:val="single"/>
          </w:rPr>
          <w:t>https://www.avnetwork.com/events</w:t>
        </w:r>
      </w:hyperlink>
      <w:r>
        <w:t xml:space="preserve"> - Highlights the importance of industry news and expert analyses in informing tech managers about the evolving landscape of classroom technologies.</w:t>
      </w:r>
      <w:r/>
    </w:p>
    <w:p>
      <w:pPr>
        <w:pStyle w:val="ListNumber"/>
        <w:spacing w:line="240" w:lineRule="auto"/>
        <w:ind w:left="720"/>
      </w:pPr>
      <w:r/>
      <w:hyperlink r:id="rId10">
        <w:r>
          <w:rPr>
            <w:color w:val="0000EE"/>
            <w:u w:val="single"/>
          </w:rPr>
          <w:t>https://e4experience.com/av-tech-expo-anaheim-2024/</w:t>
        </w:r>
      </w:hyperlink>
      <w:r>
        <w:t xml:space="preserve"> - Corroborates the focus on transformative technologies in education, such as AI, and their impact on collaboration and productivity.</w:t>
      </w:r>
      <w:r/>
    </w:p>
    <w:p>
      <w:pPr>
        <w:pStyle w:val="ListNumber"/>
        <w:spacing w:line="240" w:lineRule="auto"/>
        <w:ind w:left="720"/>
      </w:pPr>
      <w:r/>
      <w:hyperlink r:id="rId11">
        <w:r>
          <w:rPr>
            <w:color w:val="0000EE"/>
            <w:u w:val="single"/>
          </w:rPr>
          <w:t>https://blooloop.com/event/infocomm-2024/</w:t>
        </w:r>
      </w:hyperlink>
      <w:r>
        <w:t xml:space="preserve"> - Supports the idea of envisioning the future classroom with expert predictions on technological and pedagogical shifts.</w:t>
      </w:r>
      <w:r/>
    </w:p>
    <w:p>
      <w:pPr>
        <w:pStyle w:val="ListNumber"/>
        <w:spacing w:line="240" w:lineRule="auto"/>
        <w:ind w:left="720"/>
      </w:pPr>
      <w:r/>
      <w:hyperlink r:id="rId13">
        <w:r>
          <w:rPr>
            <w:color w:val="0000EE"/>
            <w:u w:val="single"/>
          </w:rPr>
          <w:t>https://www.avxpo.biz</w:t>
        </w:r>
      </w:hyperlink>
      <w:r>
        <w:t xml:space="preserve"> - Highlights the importance of industry events for discussing future technology investments and addressing challenges in AV environments.</w:t>
      </w:r>
      <w:r/>
    </w:p>
    <w:p>
      <w:pPr>
        <w:pStyle w:val="ListNumber"/>
        <w:spacing w:line="240" w:lineRule="auto"/>
        <w:ind w:left="720"/>
      </w:pPr>
      <w:r/>
      <w:hyperlink r:id="rId13">
        <w:r>
          <w:rPr>
            <w:color w:val="0000EE"/>
            <w:u w:val="single"/>
          </w:rPr>
          <w:t>https://www.avxpo.biz</w:t>
        </w:r>
      </w:hyperlink>
      <w:r>
        <w:t xml:space="preserve"> - Corroborates the need for strategic planning and integration of emerging technologies in educational settings, as discussed in the Rocky Mountain AVXPO.</w:t>
      </w:r>
      <w:r/>
    </w:p>
    <w:p>
      <w:pPr>
        <w:pStyle w:val="ListNumber"/>
        <w:spacing w:line="240" w:lineRule="auto"/>
        <w:ind w:left="720"/>
      </w:pPr>
      <w:r/>
      <w:hyperlink r:id="rId10">
        <w:r>
          <w:rPr>
            <w:color w:val="0000EE"/>
            <w:u w:val="single"/>
          </w:rPr>
          <w:t>https://e4experience.com/av-tech-expo-anaheim-2024/</w:t>
        </w:r>
      </w:hyperlink>
      <w:r>
        <w:t xml:space="preserve"> - Supports the idea of engaging with fellow professionals to maximize insights and benefits, similar to the interactive and educational nature of the E4 Experience.</w:t>
      </w:r>
      <w:r/>
    </w:p>
    <w:p>
      <w:pPr>
        <w:pStyle w:val="ListNumber"/>
        <w:spacing w:line="240" w:lineRule="auto"/>
        <w:ind w:left="720"/>
      </w:pPr>
      <w:r/>
      <w:hyperlink r:id="rId14">
        <w:r>
          <w:rPr>
            <w:color w:val="0000EE"/>
            <w:u w:val="single"/>
          </w:rPr>
          <w:t>https://www.avnetwork.com/news/calling-all-higher-ed-av-it-managers-join-us-on-oct-30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4experience.com/av-tech-expo-anaheim-2024/" TargetMode="External"/><Relationship Id="rId11" Type="http://schemas.openxmlformats.org/officeDocument/2006/relationships/hyperlink" Target="https://blooloop.com/event/infocomm-2024/" TargetMode="External"/><Relationship Id="rId12" Type="http://schemas.openxmlformats.org/officeDocument/2006/relationships/hyperlink" Target="https://www.avnetwork.com/events" TargetMode="External"/><Relationship Id="rId13" Type="http://schemas.openxmlformats.org/officeDocument/2006/relationships/hyperlink" Target="https://www.avxpo.biz" TargetMode="External"/><Relationship Id="rId14" Type="http://schemas.openxmlformats.org/officeDocument/2006/relationships/hyperlink" Target="https://www.avnetwork.com/news/calling-all-higher-ed-av-it-managers-join-us-on-oct-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