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 Metro tests AI-powered weapon detection at Union Station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 Metro Tests AI-Powered Weapon Detection at Union Station</w:t>
      </w:r>
      <w:r/>
    </w:p>
    <w:p>
      <w:r/>
      <w:r>
        <w:t>Los Angeles, a city known for its extensive public transportation system, is pioneering new safety measures with the introduction of an artificial intelligence-based concealed weapons detection system at the bustling Union Station. This innovative approach aims to fortify security and reassure passengers amid rising concerns over safety within the transit system.</w:t>
      </w:r>
      <w:r/>
    </w:p>
    <w:p>
      <w:r/>
      <w:r>
        <w:rPr>
          <w:b/>
        </w:rPr>
        <w:t>Testing Phase Initiated Amid Safety Concerns</w:t>
      </w:r>
      <w:r/>
    </w:p>
    <w:p>
      <w:r/>
      <w:r>
        <w:t>As of Wednesday, commuters descending to the A and B subway lines – previously the Blue and Red lines – have experienced the first phase of a 30-day pilot programme. This programme comes in response to a notable increase in arrests for concealed weapons on the Metro, sparking an urgent need for enhanced security protocols. The effort is led in part by a call from Los Angeles Mayor Karen Bass, who, following a series of security incidents, advocated for heightened law enforcement presence across the Metro system in May.</w:t>
      </w:r>
      <w:r/>
    </w:p>
    <w:p>
      <w:r/>
      <w:r>
        <w:rPr>
          <w:b/>
        </w:rPr>
        <w:t>AI-Driven Scanners: Anonymity and Efficacy</w:t>
      </w:r>
      <w:r/>
    </w:p>
    <w:p>
      <w:r/>
      <w:r>
        <w:t>While Metro officials are currently withholding the names of vendors involved in this project, conspicuous branding of Evolv Technology on the new scanners at the station provide a clue. These state-of-the-art devices stand approximately six feet tall and utilise artificial intelligence to noninvasively identify potential concealed weapons on individuals by analysing physical characteristics.</w:t>
      </w:r>
      <w:r/>
    </w:p>
    <w:p>
      <w:r/>
      <w:r>
        <w:t>The technology's adoption represents the first of three distinct security systems that will be trialled separately at Union Station until the year's close. The outcomes of these deployments will be compiled and presented to the Metro board, which is tasked with deciding the most effective solution for ongoing implementation.</w:t>
      </w:r>
      <w:r/>
    </w:p>
    <w:p>
      <w:r/>
      <w:r>
        <w:rPr>
          <w:b/>
        </w:rPr>
        <w:t>Procedure and Impact</w:t>
      </w:r>
      <w:r/>
    </w:p>
    <w:p>
      <w:r/>
      <w:r>
        <w:t>The screening process mirrors that found at many sporting venues, where passengers will be randomly selected to pass through the scanners. This selective approach is intended to minimise disruption while maintaining focus on passenger privacy. Robert Gummer, Metro's top security official, emphasised the importance of integrating a discreet and efficient system that suits the high traffic nature of Los Angeles Metro. "Last year, we saw arrests for weapons on our system double, indicating the pressing nature of the issue we face," explained Gummer at a press conference held at Union Station.</w:t>
      </w:r>
      <w:r/>
    </w:p>
    <w:p>
      <w:r/>
      <w:r>
        <w:t>Anticipating varying daily passenger volumes, Metro officials assert that the system can adjust accordingly, ensuring a smooth flow of riders while maintaining a vigilant guard against potential threats. If a firearm is detected, security officers will verify legal permits and, if necessary, involve the police.</w:t>
      </w:r>
      <w:r/>
    </w:p>
    <w:p>
      <w:r/>
      <w:r>
        <w:rPr>
          <w:b/>
        </w:rPr>
        <w:t>A Familiar System in Local Sports Venues</w:t>
      </w:r>
      <w:r/>
    </w:p>
    <w:p>
      <w:r/>
      <w:r>
        <w:t>Before its introduction to public transit, the same Evolv Technology system was successfully employed by the LA Galaxy soccer team at Dignity Health Sports Park in Carson, reinforcing its adaptability and reliability in high-traffic environments.</w:t>
      </w:r>
      <w:r/>
    </w:p>
    <w:p>
      <w:r/>
      <w:r>
        <w:rPr>
          <w:b/>
        </w:rPr>
        <w:t>Commuter Reactions and Future Challenges</w:t>
      </w:r>
      <w:r/>
    </w:p>
    <w:p>
      <w:r/>
      <w:r>
        <w:t>The live enactment of the system's capabilities drew a mix of curiosity and approval from commuters present at the station. As they watched a staged scan detect a concealed, weapon-shaped item carried by an official, many captured the moment on their phones, expressing optimism for the enhanced security.</w:t>
      </w:r>
      <w:r/>
    </w:p>
    <w:p>
      <w:r/>
      <w:r>
        <w:t>The robustness of the new system will particularly be tested during events that draw large crowds, such as this weekend's anticipated World Series attendees travelling to Dodger Stadium via the Metro.</w:t>
      </w:r>
      <w:r/>
    </w:p>
    <w:p>
      <w:r/>
      <w:r>
        <w:t>With an estimated 33.2 million Metro rail riders recorded in the first half of 2024, slightly up from the year prior, the Los Angeles Metro is poised to determine whether these cutting-edge security measures can effectively safeguard its vast network of commuters. As the pilot progresses, transit authorities promise careful scrutiny of the system's impact and efficacy, striving to strike a balance between security and convenience.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https://www.latimes.com/california/story/2024-10-23/metro-will-test-new-weapon-detection-program-through-end-of-year</w:t>
        </w:r>
      </w:hyperlink>
      <w:r>
        <w:t xml:space="preserve"> - Corroborates the initiation of a 30-day pilot program for AI-powered weapon detection at Union Station, the increase in arrests for concealed weapons, and the use of Evolv Technology scanners.</w:t>
      </w:r>
      <w:r/>
    </w:p>
    <w:p>
      <w:pPr>
        <w:pStyle w:val="ListNumber"/>
        <w:spacing w:line="240" w:lineRule="auto"/>
        <w:ind w:left="720"/>
      </w:pPr>
      <w:r/>
      <w:hyperlink r:id="rId11">
        <w:r>
          <w:rPr>
            <w:color w:val="0000EE"/>
            <w:u w:val="single"/>
          </w:rPr>
          <w:t>https://www.govtech.com/artificial-intelligence/l-a-metro-enlists-ai-to-spot-hidden-weapons-on-trains</w:t>
        </w:r>
      </w:hyperlink>
      <w:r>
        <w:t xml:space="preserve"> - Supports the details about the AI-powered scanners, the testing on A and B subway lines, and the random selection of commuters for scanning.</w:t>
      </w:r>
      <w:r/>
    </w:p>
    <w:p>
      <w:pPr>
        <w:pStyle w:val="ListNumber"/>
        <w:spacing w:line="240" w:lineRule="auto"/>
        <w:ind w:left="720"/>
      </w:pPr>
      <w:r/>
      <w:hyperlink r:id="rId10">
        <w:r>
          <w:rPr>
            <w:color w:val="0000EE"/>
            <w:u w:val="single"/>
          </w:rPr>
          <w:t>https://www.latimes.com/california/story/2024-10-23/metro-will-test-new-weapon-detection-program-through-end-of-year</w:t>
        </w:r>
      </w:hyperlink>
      <w:r>
        <w:t xml:space="preserve"> - Provides information on the procedure and impact of the screening process, including the random selection of passengers and the system's ability to adjust for varying passenger volumes.</w:t>
      </w:r>
      <w:r/>
    </w:p>
    <w:p>
      <w:pPr>
        <w:pStyle w:val="ListNumber"/>
        <w:spacing w:line="240" w:lineRule="auto"/>
        <w:ind w:left="720"/>
      </w:pPr>
      <w:r/>
      <w:hyperlink r:id="rId11">
        <w:r>
          <w:rPr>
            <w:color w:val="0000EE"/>
            <w:u w:val="single"/>
          </w:rPr>
          <w:t>https://www.govtech.com/artificial-intelligence/l-a-metro-enlists-ai-to-spot-hidden-weapons-on-trains</w:t>
        </w:r>
      </w:hyperlink>
      <w:r>
        <w:t xml:space="preserve"> - Corroborates the use of Evolv Technology, the system's noninvasive nature, and its previous successful deployment by the LA Galaxy soccer team.</w:t>
      </w:r>
      <w:r/>
    </w:p>
    <w:p>
      <w:pPr>
        <w:pStyle w:val="ListNumber"/>
        <w:spacing w:line="240" w:lineRule="auto"/>
        <w:ind w:left="720"/>
      </w:pPr>
      <w:r/>
      <w:hyperlink r:id="rId12">
        <w:r>
          <w:rPr>
            <w:color w:val="0000EE"/>
            <w:u w:val="single"/>
          </w:rPr>
          <w:t>https://laist.com/news/transportation/la-metro-expands-tap-out-program-adopts-weapon-detection-tech-and-more-safety-features</w:t>
        </w:r>
      </w:hyperlink>
      <w:r>
        <w:t xml:space="preserve"> - Supports the approval of funding for the 30-day weapon detection pilot program at Union Station and other safety measures implemented by LA Metro.</w:t>
      </w:r>
      <w:r/>
    </w:p>
    <w:p>
      <w:pPr>
        <w:pStyle w:val="ListNumber"/>
        <w:spacing w:line="240" w:lineRule="auto"/>
        <w:ind w:left="720"/>
      </w:pPr>
      <w:r/>
      <w:hyperlink r:id="rId10">
        <w:r>
          <w:rPr>
            <w:color w:val="0000EE"/>
            <w:u w:val="single"/>
          </w:rPr>
          <w:t>https://www.latimes.com/california/story/2024-10-23/metro-will-test-new-weapon-detection-program-through-end-of-year</w:t>
        </w:r>
      </w:hyperlink>
      <w:r>
        <w:t xml:space="preserve"> - Details the reaction of commuters to the live demonstration of the system and the anticipation of testing the system during large events like the World Series.</w:t>
      </w:r>
      <w:r/>
    </w:p>
    <w:p>
      <w:pPr>
        <w:pStyle w:val="ListNumber"/>
        <w:spacing w:line="240" w:lineRule="auto"/>
        <w:ind w:left="720"/>
      </w:pPr>
      <w:r/>
      <w:hyperlink r:id="rId11">
        <w:r>
          <w:rPr>
            <w:color w:val="0000EE"/>
            <w:u w:val="single"/>
          </w:rPr>
          <w:t>https://www.govtech.com/artificial-intelligence/l-a-metro-enlists-ai-to-spot-hidden-weapons-on-trains</w:t>
        </w:r>
      </w:hyperlink>
      <w:r>
        <w:t xml:space="preserve"> - Explains the integration of the new security system, the discreet and noninvasive nature of the scanners, and the role of Metro's top security official, Robert Gummer.</w:t>
      </w:r>
      <w:r/>
    </w:p>
    <w:p>
      <w:pPr>
        <w:pStyle w:val="ListNumber"/>
        <w:spacing w:line="240" w:lineRule="auto"/>
        <w:ind w:left="720"/>
      </w:pPr>
      <w:r/>
      <w:hyperlink r:id="rId13">
        <w:r>
          <w:rPr>
            <w:color w:val="0000EE"/>
            <w:u w:val="single"/>
          </w:rPr>
          <w:t>https://www.youtube.com/watch?v=v759Xcwp6ow</w:t>
        </w:r>
      </w:hyperlink>
      <w:r>
        <w:t xml:space="preserve"> - Provides a visual explanation of the AI-powered weapon detection technology being piloted at Union Station.</w:t>
      </w:r>
      <w:r/>
    </w:p>
    <w:p>
      <w:pPr>
        <w:pStyle w:val="ListNumber"/>
        <w:spacing w:line="240" w:lineRule="auto"/>
        <w:ind w:left="720"/>
      </w:pPr>
      <w:r/>
      <w:hyperlink r:id="rId14">
        <w:r>
          <w:rPr>
            <w:color w:val="0000EE"/>
            <w:u w:val="single"/>
          </w:rPr>
          <w:t>https://www.nbclosangeles.com/on-air/la-metro-piloting-weapon-detection-technology-union-station/3543130/?os=shmmfp...&amp;amp=1</w:t>
        </w:r>
      </w:hyperlink>
      <w:r>
        <w:t xml:space="preserve"> - Corroborates the number of weapon-related arrests last year and the initiation of the pilot program in response to safety concerns.</w:t>
      </w:r>
      <w:r/>
    </w:p>
    <w:p>
      <w:pPr>
        <w:pStyle w:val="ListNumber"/>
        <w:spacing w:line="240" w:lineRule="auto"/>
        <w:ind w:left="720"/>
      </w:pPr>
      <w:r/>
      <w:hyperlink r:id="rId12">
        <w:r>
          <w:rPr>
            <w:color w:val="0000EE"/>
            <w:u w:val="single"/>
          </w:rPr>
          <w:t>https://laist.com/news/transportation/la-metro-expands-tap-out-program-adopts-weapon-detection-tech-and-more-safety-features</w:t>
        </w:r>
      </w:hyperlink>
      <w:r>
        <w:t xml:space="preserve"> - Details the broader context of safety measures and the increase in crimes on the Metro system, prompting the need for enhanced security protocols.</w:t>
      </w:r>
      <w:r/>
    </w:p>
    <w:p>
      <w:pPr>
        <w:pStyle w:val="ListNumber"/>
        <w:spacing w:line="240" w:lineRule="auto"/>
        <w:ind w:left="720"/>
      </w:pPr>
      <w:r/>
      <w:hyperlink r:id="rId10">
        <w:r>
          <w:rPr>
            <w:color w:val="0000EE"/>
            <w:u w:val="single"/>
          </w:rPr>
          <w:t>https://www.latimes.com/california/story/2024-10-23/metro-will-test-new-weapon-detection-program-through-end-of-year</w:t>
        </w:r>
      </w:hyperlink>
      <w:r>
        <w:t xml:space="preserve"> - Supports the information on the estimated number of Metro rail riders in the first half of 2024 and the ongoing scrutiny of the system's impact and efficacy.</w:t>
      </w:r>
      <w:r/>
    </w:p>
    <w:p>
      <w:pPr>
        <w:pStyle w:val="ListNumber"/>
        <w:spacing w:line="240" w:lineRule="auto"/>
        <w:ind w:left="720"/>
      </w:pPr>
      <w:r/>
      <w:hyperlink r:id="rId10">
        <w:r>
          <w:rPr>
            <w:color w:val="0000EE"/>
            <w:u w:val="single"/>
          </w:rPr>
          <w:t>https://www.latimes.com/california/story/2024-10-23/metro-will-test-new-weapon-detection-program-through-end-of-year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mes.com/california/story/2024-10-23/metro-will-test-new-weapon-detection-program-through-end-of-year" TargetMode="External"/><Relationship Id="rId11" Type="http://schemas.openxmlformats.org/officeDocument/2006/relationships/hyperlink" Target="https://www.govtech.com/artificial-intelligence/l-a-metro-enlists-ai-to-spot-hidden-weapons-on-trains" TargetMode="External"/><Relationship Id="rId12" Type="http://schemas.openxmlformats.org/officeDocument/2006/relationships/hyperlink" Target="https://laist.com/news/transportation/la-metro-expands-tap-out-program-adopts-weapon-detection-tech-and-more-safety-features" TargetMode="External"/><Relationship Id="rId13" Type="http://schemas.openxmlformats.org/officeDocument/2006/relationships/hyperlink" Target="https://www.youtube.com/watch?v=v759Xcwp6ow" TargetMode="External"/><Relationship Id="rId14" Type="http://schemas.openxmlformats.org/officeDocument/2006/relationships/hyperlink" Target="https://www.nbclosangeles.com/on-air/la-metro-piloting-weapon-detection-technology-union-station/3543130/?os=shmmfp...&amp;amp=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