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L&amp;T Technology Services opens AI-driven LTTS Experience Zone in Bengaluru</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L&amp;T Technology Services Limited (LTTS), a prominent name in the realm of digital engineering and research and development (R&amp;D) services, has unveiled its innovative LTTS Experience Zone at its design hub located in Bengaluru. This initiative is powered by the NVIDIA AI platform and is engineered to serve clients predominantly in the Mobility and Technology sectors.</w:t>
      </w:r>
      <w:r/>
    </w:p>
    <w:p>
      <w:r/>
      <w:r>
        <w:t>The newly launched AI-driven LTTS Experience Zone provides a distinctive platform that combines advanced technology and interactive engagement. Within this space, visitors have the opportunity to engage with cutting-edge technologies through live demonstrations and interactive displays, further enhanced by consultations with industry experts. This initiative highlights the transformative capabilities of NVIDIA AI, designed to tackle complex challenges across critical industries.</w:t>
      </w:r>
      <w:r/>
    </w:p>
    <w:p>
      <w:r/>
      <w:r>
        <w:t>Addressing the inauguration, Abhishek Sinha, Executive Director and President of Medical, Smart World &amp; Functions at L&amp;T Technology Services, expressed enthusiasm for the launch. "We are excited to launch the LTTS Experience Zone, which underscores LTTS’ dedication to innovation and leadership in technology," Sinha stated. He elaborated on the necessity of real-time AI solutions across vital sectors such as surgery, factory operations, and connectivity. The partnership with NVIDIA, according to Sinha, equips LTTS to deliver enhanced solutions that are pivotal for these sectors.</w:t>
      </w:r>
      <w:r/>
    </w:p>
    <w:p>
      <w:r/>
      <w:r>
        <w:t>Vishal Dhupar, Managing Director of Asia South at NVIDIA, commended the efforts in embracing generative AI. He noted the significant role of the LTTS Experience Zone as an immersive platform to explore transformative AI applications across several industries, emphasizing India's potential in technological advancements.</w:t>
      </w:r>
      <w:r/>
    </w:p>
    <w:p>
      <w:r/>
      <w:r>
        <w:t>The LTTS Experience Zone is set to flex its capabilities across diverse sectors. Its software-defined architectures, empowered by NVIDIA's Holoscan and IGX platforms, promise revolutionary advancements in healthcare by paving the way for AI-based diagnostics and real-time data analysis. This innovation aims to enhance efficiency and broaden healthcare access, particularly in underserved regions.</w:t>
      </w:r>
      <w:r/>
    </w:p>
    <w:p>
      <w:r/>
      <w:r>
        <w:t>In the Mobility domain, the collaboration seeks to roll out sophisticated solutions targeted at enhancing safety and automation, alongside predictive maintenance capabilities. These improvements are expected to optimize operational efficacy and bolster the safety and experience of passengers.</w:t>
      </w:r>
      <w:r/>
    </w:p>
    <w:p>
      <w:r/>
      <w:r>
        <w:t>Further reinforcing their commitment to innovation, LTTS is dedicated to enhancing its workforce's expertise by upskilling over 1,000 engineers. This training focuses on NVIDIA software, inclusive of the NVIDIA AI Enterprise software platform, positioning the company to expedite the adoption of AI-driven solutions to address multifaceted challenges.</w:t>
      </w:r>
      <w:r/>
    </w:p>
    <w:p>
      <w:r/>
      <w:r>
        <w:t>As a subsidiary of Larsen &amp; Toubro, L&amp;T Technology Services continues to strengthen its footprint in engineering and technology services on a global scale. With a diverse portfolio that services sectors like industrial products, medical devices, transportation, and telecom, the company operates from India with over 23,700 employees distributed across 22 global design centres and 108 innovation labs. This ongoing commitment underscores LTTS's role as a leader in driving growth across critical segments such as Mobility, Sustainability, and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https://www.afp.com/en/news/1315/lt-technology-services-unveils-cutting-edge-ai-experience-zone-built-nvidia-ai-202410230011021</w:t>
        </w:r>
      </w:hyperlink>
      <w:r>
        <w:t xml:space="preserve"> - Corroborates the launch of the LTTS Experience Zone in Bengaluru, powered by NVIDIA AI, and its focus on Mobility and Tech sectors.</w:t>
      </w:r>
      <w:r/>
    </w:p>
    <w:p>
      <w:pPr>
        <w:pStyle w:val="ListNumber"/>
        <w:spacing w:line="240" w:lineRule="auto"/>
        <w:ind w:left="720"/>
      </w:pPr>
      <w:r/>
      <w:hyperlink r:id="rId11">
        <w:r>
          <w:rPr>
            <w:color w:val="0000EE"/>
            <w:u w:val="single"/>
          </w:rPr>
          <w:t>https://www.newindianexpress.com/xplore/2024/Oct/25/tech-buzz-lt-technology-services-opens-its-experience-zone-in-bengaluru</w:t>
        </w:r>
      </w:hyperlink>
      <w:r>
        <w:t xml:space="preserve"> - Supports the information about the AI Experience Zone offering AI-based solutions for healthcare, telecommunications, and mobility using NVIDIA's platforms.</w:t>
      </w:r>
      <w:r/>
    </w:p>
    <w:p>
      <w:pPr>
        <w:pStyle w:val="ListNumber"/>
        <w:spacing w:line="240" w:lineRule="auto"/>
        <w:ind w:left="720"/>
      </w:pPr>
      <w:r/>
      <w:hyperlink r:id="rId12">
        <w:r>
          <w:rPr>
            <w:color w:val="0000EE"/>
            <w:u w:val="single"/>
          </w:rPr>
          <w:t>https://financesaathi.com/news_details/lt-technology-services-launches-ai-experience-zone-powered-by-nvidia-ai</w:t>
        </w:r>
      </w:hyperlink>
      <w:r>
        <w:t xml:space="preserve"> - Details the immersive environment of the LTTS Experience Zone, including live demonstrations and expert consultations, and its impact on various sectors.</w:t>
      </w:r>
      <w:r/>
    </w:p>
    <w:p>
      <w:pPr>
        <w:pStyle w:val="ListNumber"/>
        <w:spacing w:line="240" w:lineRule="auto"/>
        <w:ind w:left="720"/>
      </w:pPr>
      <w:r/>
      <w:hyperlink r:id="rId13">
        <w:r>
          <w:rPr>
            <w:color w:val="0000EE"/>
            <w:u w:val="single"/>
          </w:rPr>
          <w:t>https://www.ltts.com/press-release/LTTS-unveils-cutting-edge-AI-experience-zone-built-NVIDIA-AI</w:t>
        </w:r>
      </w:hyperlink>
      <w:r>
        <w:t xml:space="preserve"> - Provides information on the launch of the LTTS Experience Zone, its focus on Mobility and Tech, and the role of NVIDIA AI in addressing complex challenges.</w:t>
      </w:r>
      <w:r/>
    </w:p>
    <w:p>
      <w:pPr>
        <w:pStyle w:val="ListNumber"/>
        <w:spacing w:line="240" w:lineRule="auto"/>
        <w:ind w:left="720"/>
      </w:pPr>
      <w:r/>
      <w:hyperlink r:id="rId14">
        <w:r>
          <w:rPr>
            <w:color w:val="0000EE"/>
            <w:u w:val="single"/>
          </w:rPr>
          <w:t>https://www.ptinews.com/story/business/l-t-technology-services-unveils-cutting-edge-ai-experience-zone-built-on-nvidia-ai/1928682</w:t>
        </w:r>
      </w:hyperlink>
      <w:r>
        <w:t xml:space="preserve"> - Corroborates the partnership between LTTS and NVIDIA, highlighting the transformative capabilities of NVIDIA AI across various industries.</w:t>
      </w:r>
      <w:r/>
    </w:p>
    <w:p>
      <w:pPr>
        <w:pStyle w:val="ListNumber"/>
        <w:spacing w:line="240" w:lineRule="auto"/>
        <w:ind w:left="720"/>
      </w:pPr>
      <w:r/>
      <w:hyperlink r:id="rId10">
        <w:r>
          <w:rPr>
            <w:color w:val="0000EE"/>
            <w:u w:val="single"/>
          </w:rPr>
          <w:t>https://www.afp.com/en/news/1315/lt-technology-services-unveils-cutting-edge-ai-experience-zone-built-nvidia-ai-202410230011021</w:t>
        </w:r>
      </w:hyperlink>
      <w:r>
        <w:t xml:space="preserve"> - Quotes Abhishek Sinha on the launch and the importance of real-time AI solutions in critical sectors like surgery, factory operations, and connectivity.</w:t>
      </w:r>
      <w:r/>
    </w:p>
    <w:p>
      <w:pPr>
        <w:pStyle w:val="ListNumber"/>
        <w:spacing w:line="240" w:lineRule="auto"/>
        <w:ind w:left="720"/>
      </w:pPr>
      <w:r/>
      <w:hyperlink r:id="rId12">
        <w:r>
          <w:rPr>
            <w:color w:val="0000EE"/>
            <w:u w:val="single"/>
          </w:rPr>
          <w:t>https://financesaathi.com/news_details/lt-technology-services-launches-ai-experience-zone-powered-by-nvidia-ai</w:t>
        </w:r>
      </w:hyperlink>
      <w:r>
        <w:t xml:space="preserve"> - Details Vishal Dhupar's comments on embracing generative AI and India's potential in technological advancements through the LTTS Experience Zone.</w:t>
      </w:r>
      <w:r/>
    </w:p>
    <w:p>
      <w:pPr>
        <w:pStyle w:val="ListNumber"/>
        <w:spacing w:line="240" w:lineRule="auto"/>
        <w:ind w:left="720"/>
      </w:pPr>
      <w:r/>
      <w:hyperlink r:id="rId13">
        <w:r>
          <w:rPr>
            <w:color w:val="0000EE"/>
            <w:u w:val="single"/>
          </w:rPr>
          <w:t>https://www.ltts.com/press-release/LTTS-unveils-cutting-edge-AI-experience-zone-built-NVIDIA-AI</w:t>
        </w:r>
      </w:hyperlink>
      <w:r>
        <w:t xml:space="preserve"> - Explains the use of NVIDIA's Holoscan and IGX platforms in healthcare for AI-based diagnostics and real-time data analysis.</w:t>
      </w:r>
      <w:r/>
    </w:p>
    <w:p>
      <w:pPr>
        <w:pStyle w:val="ListNumber"/>
        <w:spacing w:line="240" w:lineRule="auto"/>
        <w:ind w:left="720"/>
      </w:pPr>
      <w:r/>
      <w:hyperlink r:id="rId11">
        <w:r>
          <w:rPr>
            <w:color w:val="0000EE"/>
            <w:u w:val="single"/>
          </w:rPr>
          <w:t>https://www.newindianexpress.com/xplore/2024/Oct/25/tech-buzz-lt-technology-services-opens-its-experience-zone-in-bengaluru</w:t>
        </w:r>
      </w:hyperlink>
      <w:r>
        <w:t xml:space="preserve"> - Describes the advanced solutions for the Mobility sector, including safety, automation, and predictive maintenance, optimized through the collaboration with NVIDIA.</w:t>
      </w:r>
      <w:r/>
    </w:p>
    <w:p>
      <w:pPr>
        <w:pStyle w:val="ListNumber"/>
        <w:spacing w:line="240" w:lineRule="auto"/>
        <w:ind w:left="720"/>
      </w:pPr>
      <w:r/>
      <w:hyperlink r:id="rId12">
        <w:r>
          <w:rPr>
            <w:color w:val="0000EE"/>
            <w:u w:val="single"/>
          </w:rPr>
          <w:t>https://financesaathi.com/news_details/lt-technology-services-launches-ai-experience-zone-powered-by-nvidia-ai</w:t>
        </w:r>
      </w:hyperlink>
      <w:r>
        <w:t xml:space="preserve"> - Mentions LTTS's commitment to upskilling over 1,000 engineers on NVIDIA software to accelerate AI adoption.</w:t>
      </w:r>
      <w:r/>
    </w:p>
    <w:p>
      <w:pPr>
        <w:pStyle w:val="ListNumber"/>
        <w:spacing w:line="240" w:lineRule="auto"/>
        <w:ind w:left="720"/>
      </w:pPr>
      <w:r/>
      <w:hyperlink r:id="rId10">
        <w:r>
          <w:rPr>
            <w:color w:val="0000EE"/>
            <w:u w:val="single"/>
          </w:rPr>
          <w:t>https://www.afp.com/en/news/1315/lt-technology-services-unveils-cutting-edge-ai-experience-zone-built-nvidia-ai-202410230011021</w:t>
        </w:r>
      </w:hyperlink>
      <w:r>
        <w:t xml:space="preserve"> - Provides details about L&amp;T Technology Services as a subsidiary of Larsen &amp; Toubro, its global presence, and its diverse portfolio of services.</w:t>
      </w:r>
      <w:r/>
    </w:p>
    <w:p>
      <w:pPr>
        <w:pStyle w:val="ListNumber"/>
        <w:spacing w:line="240" w:lineRule="auto"/>
        <w:ind w:left="720"/>
      </w:pPr>
      <w:r/>
      <w:hyperlink r:id="rId15">
        <w:r>
          <w:rPr>
            <w:color w:val="0000EE"/>
            <w:u w:val="single"/>
          </w:rPr>
          <w:t>https://techbullion.com/lt-technology-services-launches-innovative-ai-experience-zone-powered-by-nvidia/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fp.com/en/news/1315/lt-technology-services-unveils-cutting-edge-ai-experience-zone-built-nvidia-ai-202410230011021" TargetMode="External"/><Relationship Id="rId11" Type="http://schemas.openxmlformats.org/officeDocument/2006/relationships/hyperlink" Target="https://www.newindianexpress.com/xplore/2024/Oct/25/tech-buzz-lt-technology-services-opens-its-experience-zone-in-bengaluru" TargetMode="External"/><Relationship Id="rId12" Type="http://schemas.openxmlformats.org/officeDocument/2006/relationships/hyperlink" Target="https://financesaathi.com/news_details/lt-technology-services-launches-ai-experience-zone-powered-by-nvidia-ai" TargetMode="External"/><Relationship Id="rId13" Type="http://schemas.openxmlformats.org/officeDocument/2006/relationships/hyperlink" Target="https://www.ltts.com/press-release/LTTS-unveils-cutting-edge-AI-experience-zone-built-NVIDIA-AI" TargetMode="External"/><Relationship Id="rId14" Type="http://schemas.openxmlformats.org/officeDocument/2006/relationships/hyperlink" Target="https://www.ptinews.com/story/business/l-t-technology-services-unveils-cutting-edge-ai-experience-zone-built-on-nvidia-ai/1928682" TargetMode="External"/><Relationship Id="rId15" Type="http://schemas.openxmlformats.org/officeDocument/2006/relationships/hyperlink" Target="https://techbullion.com/lt-technology-services-launches-innovative-ai-experience-zone-powered-by-nvidi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