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League Inc. acquires Kintarra Technology, expanding its portfolio and entry into the managed service provider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League Inc. Acquires Kintarra Technology, Expanding Its Portfolio and Entry into the Managed Service Provider Market</w:t>
      </w:r>
      <w:r/>
    </w:p>
    <w:p>
      <w:r/>
      <w:r>
        <w:rPr>
          <w:b/>
        </w:rPr>
        <w:t>Santa Clarita, CA – October 23, 2024</w:t>
      </w:r>
      <w:r>
        <w:t xml:space="preserve"> – League Inc., a prominent investment holding company based in Santa Clarita, has announced the strategic acquisition of Kintarra Technology, a progressive IT services provider with a focus on Environmental, Social, and Governance (ESG) initiatives. This acquisition signals League Inc.'s foray into the burgeoning Managed Service Provider (MSP) market, which is anticipated to reach $557 billion by 2028.</w:t>
      </w:r>
      <w:r/>
    </w:p>
    <w:p>
      <w:r/>
      <w:r>
        <w:t>Kintarra Technology, under the leadership of its former CEO, Kevin Hong, has carved a niche for itself in the IT management sphere, leveraging artificial intelligence and global partnerships to enhance IT service delivery. The partnership with League Inc. is expected to strengthen Kintarra's capabilities and extend its reach, as the company joins an expanding investment portfolio that now nears 40 companies.</w:t>
      </w:r>
      <w:r/>
    </w:p>
    <w:p>
      <w:r/>
      <w:r>
        <w:t>With this strategic move, League Inc. aligns itself with prevailing trends in the IT industry. Currently, 59% of businesses outsource IT services, and over 90% of enterprises are reliant on cloud-based solutions. The integration of Kintarra’s advanced AI and cloud-based technologies fits seamlessly into League’s long-term strategy to broaden its global presence and offer sophisticated, data-driven IT solutions through a new MSP division.</w:t>
      </w:r>
      <w:r/>
    </w:p>
    <w:p>
      <w:r/>
      <w:r>
        <w:t>Jeremy Salvador, CEO of League Inc., has commended Kevin Hong for his effective leadership and ability to rapidly scale tech companies. Salvador noted that upon engaging Hong as a consultant for the League IT MSP launch, his proficiency in navigating the AI market became evident. Hong’s role will focus on spearheading League’s expansion into new markets and driving the development of innovative AI technologies.</w:t>
      </w:r>
      <w:r/>
    </w:p>
    <w:p>
      <w:r/>
      <w:r>
        <w:t>Kevin Hong, reflecting on the acquisition, expressed enthusiasm about joining forces with League Inc. Hong highlighted the distinctive approach of League Inc., akin to that of famed investor Warren Buffet, in its valuation of companies, talent, and market trends. Hong stated his goal of leveraging this robust partnership to ensure significant growth and technological advancements at Kintarra.</w:t>
      </w:r>
      <w:r/>
    </w:p>
    <w:p>
      <w:r/>
      <w:r>
        <w:t>The MSP sector's growth is propelled by increasing IT complexity and a dependency on outsourced services. The demand for cloud IT infrastructure is projected to reach $118 billion by 2025. Through this acquisition, League Inc. aims to address essential IT needs such as data security, compliance, and infrastructure management while offering AI-enhanced tools for proactive monitoring and optimisation.</w:t>
      </w:r>
      <w:r/>
    </w:p>
    <w:p>
      <w:r/>
      <w:r>
        <w:t>League’s acquisition of Kintarra supports its ambitious vision of becoming a dominant player in the MSP arena, delivering bespoke, data-focused IT solutions that evolve in response to the dynamic business environment.</w:t>
      </w:r>
      <w:r/>
    </w:p>
    <w:p>
      <w:r/>
      <w:r>
        <w:t>With Kevin Hong continuing to play a pivotal role in Kintarra’s strategic development, the company is poised not only to introduce new technological innovations but also to pursue key acquisitions in the coming 12 to 18 months. Both parties anticipate substantial growth and advancements in AI infrastructure, setting the stage for what they expect to be extraordinary progress in the IT solutions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https://europeanbusinessmagazine.com/accesswire/</w:t>
        </w:r>
      </w:hyperlink>
      <w:r>
        <w:t xml:space="preserve"> - Corroborates the acquisition of Kintarra by League Inc. and the expansion into the Managed Service Provider (MSP) market.</w:t>
      </w:r>
      <w:r/>
    </w:p>
    <w:p>
      <w:pPr>
        <w:pStyle w:val="ListNumber"/>
        <w:spacing w:line="240" w:lineRule="auto"/>
        <w:ind w:left="720"/>
      </w:pPr>
      <w:r/>
      <w:hyperlink r:id="rId11">
        <w:r>
          <w:rPr>
            <w:color w:val="0000EE"/>
            <w:u w:val="single"/>
          </w:rPr>
          <w:t>https://finance.yahoo.com/news/league-inc-acquires-kintarra-expands-183000628.html</w:t>
        </w:r>
      </w:hyperlink>
      <w:r>
        <w:t xml:space="preserve"> - Provides details on the acquisition, including Kintarra's focus on ESG initiatives and the anticipated growth in the MSP market.</w:t>
      </w:r>
      <w:r/>
    </w:p>
    <w:p>
      <w:pPr>
        <w:pStyle w:val="ListNumber"/>
        <w:spacing w:line="240" w:lineRule="auto"/>
        <w:ind w:left="720"/>
      </w:pPr>
      <w:r/>
      <w:hyperlink r:id="rId10">
        <w:r>
          <w:rPr>
            <w:color w:val="0000EE"/>
            <w:u w:val="single"/>
          </w:rPr>
          <w:t>https://europeanbusinessmagazine.com/accesswire/</w:t>
        </w:r>
      </w:hyperlink>
      <w:r>
        <w:t xml:space="preserve"> - Mentions the integration of Kintarra’s advanced AI and cloud-based technologies into League’s strategy.</w:t>
      </w:r>
      <w:r/>
    </w:p>
    <w:p>
      <w:pPr>
        <w:pStyle w:val="ListNumber"/>
        <w:spacing w:line="240" w:lineRule="auto"/>
        <w:ind w:left="720"/>
      </w:pPr>
      <w:r/>
      <w:hyperlink r:id="rId11">
        <w:r>
          <w:rPr>
            <w:color w:val="0000EE"/>
            <w:u w:val="single"/>
          </w:rPr>
          <w:t>https://finance.yahoo.com/news/league-inc-acquires-kintarra-expands-183000628.html</w:t>
        </w:r>
      </w:hyperlink>
      <w:r>
        <w:t xml:space="preserve"> - Highlights Jeremy Salvador's commendation of Kevin Hong and his role in the League IT MSP launch.</w:t>
      </w:r>
      <w:r/>
    </w:p>
    <w:p>
      <w:pPr>
        <w:pStyle w:val="ListNumber"/>
        <w:spacing w:line="240" w:lineRule="auto"/>
        <w:ind w:left="720"/>
      </w:pPr>
      <w:r/>
      <w:hyperlink r:id="rId10">
        <w:r>
          <w:rPr>
            <w:color w:val="0000EE"/>
            <w:u w:val="single"/>
          </w:rPr>
          <w:t>https://europeanbusinessmagazine.com/accesswire/</w:t>
        </w:r>
      </w:hyperlink>
      <w:r>
        <w:t xml:space="preserve"> - Discusses Kevin Hong’s enthusiasm about joining forces with League Inc. and his goals for growth and technological advancements.</w:t>
      </w:r>
      <w:r/>
    </w:p>
    <w:p>
      <w:pPr>
        <w:pStyle w:val="ListNumber"/>
        <w:spacing w:line="240" w:lineRule="auto"/>
        <w:ind w:left="720"/>
      </w:pPr>
      <w:r/>
      <w:hyperlink r:id="rId11">
        <w:r>
          <w:rPr>
            <w:color w:val="0000EE"/>
            <w:u w:val="single"/>
          </w:rPr>
          <w:t>https://finance.yahoo.com/news/league-inc-acquires-kintarra-expands-183000628.html</w:t>
        </w:r>
      </w:hyperlink>
      <w:r>
        <w:t xml:space="preserve"> - Explains the growth of the MSP sector driven by increasing IT complexity and dependency on outsourced services.</w:t>
      </w:r>
      <w:r/>
    </w:p>
    <w:p>
      <w:pPr>
        <w:pStyle w:val="ListNumber"/>
        <w:spacing w:line="240" w:lineRule="auto"/>
        <w:ind w:left="720"/>
      </w:pPr>
      <w:r/>
      <w:hyperlink r:id="rId10">
        <w:r>
          <w:rPr>
            <w:color w:val="0000EE"/>
            <w:u w:val="single"/>
          </w:rPr>
          <w:t>https://europeanbusinessmagazine.com/accesswire/</w:t>
        </w:r>
      </w:hyperlink>
      <w:r>
        <w:t xml:space="preserve"> - Details the demand for cloud IT infrastructure and League Inc.'s aim to address essential IT needs through the acquisition.</w:t>
      </w:r>
      <w:r/>
    </w:p>
    <w:p>
      <w:pPr>
        <w:pStyle w:val="ListNumber"/>
        <w:spacing w:line="240" w:lineRule="auto"/>
        <w:ind w:left="720"/>
      </w:pPr>
      <w:r/>
      <w:hyperlink r:id="rId11">
        <w:r>
          <w:rPr>
            <w:color w:val="0000EE"/>
            <w:u w:val="single"/>
          </w:rPr>
          <w:t>https://finance.yahoo.com/news/league-inc-acquires-kintarra-expands-183000628.html</w:t>
        </w:r>
      </w:hyperlink>
      <w:r>
        <w:t xml:space="preserve"> - Supports League’s vision of becoming a dominant player in the MSP arena with bespoke, data-focused IT solutions.</w:t>
      </w:r>
      <w:r/>
    </w:p>
    <w:p>
      <w:pPr>
        <w:pStyle w:val="ListNumber"/>
        <w:spacing w:line="240" w:lineRule="auto"/>
        <w:ind w:left="720"/>
      </w:pPr>
      <w:r/>
      <w:hyperlink r:id="rId10">
        <w:r>
          <w:rPr>
            <w:color w:val="0000EE"/>
            <w:u w:val="single"/>
          </w:rPr>
          <w:t>https://europeanbusinessmagazine.com/accesswire/</w:t>
        </w:r>
      </w:hyperlink>
      <w:r>
        <w:t xml:space="preserve"> - Mentions Kevin Hong’s continued role in Kintarra’s strategic development and plans for future acquisitions.</w:t>
      </w:r>
      <w:r/>
    </w:p>
    <w:p>
      <w:pPr>
        <w:pStyle w:val="ListNumber"/>
        <w:spacing w:line="240" w:lineRule="auto"/>
        <w:ind w:left="720"/>
      </w:pPr>
      <w:r/>
      <w:hyperlink r:id="rId11">
        <w:r>
          <w:rPr>
            <w:color w:val="0000EE"/>
            <w:u w:val="single"/>
          </w:rPr>
          <w:t>https://finance.yahoo.com/news/league-inc-acquires-kintarra-expands-183000628.html</w:t>
        </w:r>
      </w:hyperlink>
      <w:r>
        <w:t xml:space="preserve"> - Anticipates substantial growth and advancements in AI infrastructure following the acquisition.</w:t>
      </w:r>
      <w:r/>
    </w:p>
    <w:p>
      <w:pPr>
        <w:pStyle w:val="ListNumber"/>
        <w:spacing w:line="240" w:lineRule="auto"/>
        <w:ind w:left="720"/>
      </w:pPr>
      <w:r/>
      <w:hyperlink r:id="rId12">
        <w:r>
          <w:rPr>
            <w:color w:val="0000EE"/>
            <w:u w:val="single"/>
          </w:rPr>
          <w:t>https://europeanbusinessmagazine.com/accesswire/league-inc-acquires-kintarra-expands-into-msp-with-ai-driven-solutions/?utm_source=rss&amp;utm_medium=rss&amp;utm_campaign=league-inc-acquires-kintarra-expands-into-msp-with-ai-driven-solutions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uropeanbusinessmagazine.com/accesswire/" TargetMode="External"/><Relationship Id="rId11" Type="http://schemas.openxmlformats.org/officeDocument/2006/relationships/hyperlink" Target="https://finance.yahoo.com/news/league-inc-acquires-kintarra-expands-183000628.html" TargetMode="External"/><Relationship Id="rId12" Type="http://schemas.openxmlformats.org/officeDocument/2006/relationships/hyperlink" Target="https://europeanbusinessmagazine.com/accesswire/league-inc-acquires-kintarra-expands-into-msp-with-ai-driven-solutions/?utm_source=rss&amp;utm_medium=rss&amp;utm_campaign=league-inc-acquires-kintarra-expands-into-msp-with-ai-driven-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