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LG Electronics unveils Self-Driving AI Home Hub at ROSCon 2024</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 xml:space="preserve">At the much-anticipated ROSCon 2024, held in Odense, Denmark from October 21-23, LG Electronics took centre stage with the unveiling of its innovative Self-Driving AI Home Hub. The annual conference, which gathers developers operating within the Robot Operating System (ROS) framework from diverse backgrounds and experiences, served as the ideal venue for LG to demonstrate its latest advancements in AI and robotics technology. </w:t>
      </w:r>
      <w:r/>
    </w:p>
    <w:p>
      <w:r/>
      <w:r>
        <w:t xml:space="preserve">The Self-Driving AI Home Hub is a cutting-edge product intended to transform the smart home landscape. LG's demonstration emphasised the Hub's unique functionalities, which include interactive story-telling, engaging small talk, and immersive reading sessions enabled by Optical Character Recognition (OCR) technology. This suite of features is designed to enrich user interaction and streamline various household activities. </w:t>
      </w:r>
      <w:r/>
    </w:p>
    <w:p>
      <w:r/>
      <w:r>
        <w:t>Interactive demonstrations at the LG booth allowed attendees to explore these capabilities first-hand. Visitors participated in a guided experience where they could engage with LG's application programming interfaces (APIs) via predefined applications, providing a practical insight into how the AI Home Hub operates within a home setting.</w:t>
      </w:r>
      <w:r/>
    </w:p>
    <w:p>
      <w:r/>
      <w:r>
        <w:t>A pivotal aspect of LG's presentation was the introduction of its open Software Development Kit (SDK), designed to empower developers to modify and enhance the AI Home Hub's functionalities. This SDK package, accessible through LG’s developer site, is engineered around standardized ROS 2 interfaces. By utilising these interfaces, developers can access a suite of tools and APIs that facilitate the creation or expansion of software applications compatible with the Hub. LG's developer site also features a community platform to foster interaction and an app marketplace, further supporting the collaborative innovation model.</w:t>
      </w:r>
      <w:r/>
    </w:p>
    <w:p>
      <w:r/>
      <w:r>
        <w:t xml:space="preserve">Beyond showcasing existing capabilities, LG is looking to the future by actively pursuing partnerships with organisations for advanced development initiatives. To this end, LG is providing engineering samples and seeking Memorandum of Understanding (MOU) agreements. </w:t>
      </w:r>
      <w:r/>
    </w:p>
    <w:p>
      <w:r/>
      <w:r>
        <w:t>Baek Seung-min, who leads LG's Advanced Robotics Lab, is scheduled to deliver a talk focused on optimisation techniques to enhance the SDK's performance specifically for the AI Home Hub. This presentation is part of LG’s wider strategic objective to cultivate an open-platform ecosystem, positioning itself at the forefront of smart home technology innovation and personalisation. This strategy underpins LG's ambition to allow users an unprecedented level of customisation for their home appliances via downloadable services.</w:t>
      </w:r>
      <w:r/>
    </w:p>
    <w:p>
      <w:r/>
      <w:r>
        <w:t>Exhibitors and participants at ROSCon 2024 are invited to visit LG’s display on the first floor of the Odeon Concert Hall. The event not only offers a platform for LG to display its technological innovations but also presents a vibrant forum for attendees to dive into the potential that LG's Self-Driving AI Home Hub and its development tools promise for the future of smart living.</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https://www.roboticgizmos.com/lgs-self-driving-ai-home-hub-robot/</w:t>
        </w:r>
      </w:hyperlink>
      <w:r>
        <w:t xml:space="preserve"> - Corroborates LG's unveiling of the Self-Driving AI Home Hub at ROSCon 2024 and its features.</w:t>
      </w:r>
      <w:r/>
    </w:p>
    <w:p>
      <w:pPr>
        <w:pStyle w:val="ListNumber"/>
        <w:spacing w:line="240" w:lineRule="auto"/>
        <w:ind w:left="720"/>
      </w:pPr>
      <w:r/>
      <w:hyperlink r:id="rId11">
        <w:r>
          <w:rPr>
            <w:color w:val="0000EE"/>
            <w:u w:val="single"/>
          </w:rPr>
          <w:t>https://www.marketscreener.com/quote/stock/LG-ELECTRONICS-INC-6491575/news/LG-Electronics-Launches-Self-Driving-AI-Home-Hub-and-Open-SDK-at-ROSCon-2024-48151551/</w:t>
        </w:r>
      </w:hyperlink>
      <w:r>
        <w:t xml:space="preserve"> - Supports the launch of the Self-Driving AI Home Hub and the open SDK at ROSCon 2024.</w:t>
      </w:r>
      <w:r/>
    </w:p>
    <w:p>
      <w:pPr>
        <w:pStyle w:val="ListNumber"/>
        <w:spacing w:line="240" w:lineRule="auto"/>
        <w:ind w:left="720"/>
      </w:pPr>
      <w:r/>
      <w:hyperlink r:id="rId12">
        <w:r>
          <w:rPr>
            <w:color w:val="0000EE"/>
            <w:u w:val="single"/>
          </w:rPr>
          <w:t>https://www.lgcorp.com/media/release/28257</w:t>
        </w:r>
      </w:hyperlink>
      <w:r>
        <w:t xml:space="preserve"> - Details the major features and services of the Self-Driving AI Home Hub, including small talk, storytelling, and reading sessions using OCR.</w:t>
      </w:r>
      <w:r/>
    </w:p>
    <w:p>
      <w:pPr>
        <w:pStyle w:val="ListNumber"/>
        <w:spacing w:line="240" w:lineRule="auto"/>
        <w:ind w:left="720"/>
      </w:pPr>
      <w:r/>
      <w:hyperlink r:id="rId13">
        <w:r>
          <w:rPr>
            <w:color w:val="0000EE"/>
            <w:u w:val="single"/>
          </w:rPr>
          <w:t>https://www.asiaone.com/business-wires/lg-showcases-self-driving-ai-home-hub-roscon-2024</w:t>
        </w:r>
      </w:hyperlink>
      <w:r>
        <w:t xml:space="preserve"> - Confirms the presentation of the Self-Driving AI Home Hub and the open SDK at ROSCon 2024, along with the event's location and dates.</w:t>
      </w:r>
      <w:r/>
    </w:p>
    <w:p>
      <w:pPr>
        <w:pStyle w:val="ListNumber"/>
        <w:spacing w:line="240" w:lineRule="auto"/>
        <w:ind w:left="720"/>
      </w:pPr>
      <w:r/>
      <w:hyperlink r:id="rId14">
        <w:r>
          <w:rPr>
            <w:color w:val="0000EE"/>
            <w:u w:val="single"/>
          </w:rPr>
          <w:t>https://www.rockingrobots.com/lg-electronics-unveils-self-driving-ai-home-hub/</w:t>
        </w:r>
      </w:hyperlink>
      <w:r>
        <w:t xml:space="preserve"> - Provides additional details on the unveiling of the Self-Driving AI Home Hub at ROSCon 2024.</w:t>
      </w:r>
      <w:r/>
    </w:p>
    <w:p>
      <w:pPr>
        <w:pStyle w:val="ListNumber"/>
        <w:spacing w:line="240" w:lineRule="auto"/>
        <w:ind w:left="720"/>
      </w:pPr>
      <w:r/>
      <w:hyperlink r:id="rId13">
        <w:r>
          <w:rPr>
            <w:color w:val="0000EE"/>
            <w:u w:val="single"/>
          </w:rPr>
          <w:t>https://www.asiaone.com/business-wires/lg-showcases-self-driving-ai-home-hub-roscon-2024</w:t>
        </w:r>
      </w:hyperlink>
      <w:r>
        <w:t xml:space="preserve"> - Describes the interactive demonstrations at the LG booth and the use of APIs and predefined applications.</w:t>
      </w:r>
      <w:r/>
    </w:p>
    <w:p>
      <w:pPr>
        <w:pStyle w:val="ListNumber"/>
        <w:spacing w:line="240" w:lineRule="auto"/>
        <w:ind w:left="720"/>
      </w:pPr>
      <w:r/>
      <w:hyperlink r:id="rId12">
        <w:r>
          <w:rPr>
            <w:color w:val="0000EE"/>
            <w:u w:val="single"/>
          </w:rPr>
          <w:t>https://www.lgcorp.com/media/release/28257</w:t>
        </w:r>
      </w:hyperlink>
      <w:r>
        <w:t xml:space="preserve"> - Explains the introduction of the open SDK, its accessibility through LG’s developer site, and the use of standardized ROS 2 interfaces.</w:t>
      </w:r>
      <w:r/>
    </w:p>
    <w:p>
      <w:pPr>
        <w:pStyle w:val="ListNumber"/>
        <w:spacing w:line="240" w:lineRule="auto"/>
        <w:ind w:left="720"/>
      </w:pPr>
      <w:r/>
      <w:hyperlink r:id="rId13">
        <w:r>
          <w:rPr>
            <w:color w:val="0000EE"/>
            <w:u w:val="single"/>
          </w:rPr>
          <w:t>https://www.asiaone.com/business-wires/lg-showcases-self-driving-ai-home-hub-roscon-2024</w:t>
        </w:r>
      </w:hyperlink>
      <w:r>
        <w:t xml:space="preserve"> - Details the community platform, app marketplace, and the pursuit of partnerships for advanced development initiatives.</w:t>
      </w:r>
      <w:r/>
    </w:p>
    <w:p>
      <w:pPr>
        <w:pStyle w:val="ListNumber"/>
        <w:spacing w:line="240" w:lineRule="auto"/>
        <w:ind w:left="720"/>
      </w:pPr>
      <w:r/>
      <w:hyperlink r:id="rId12">
        <w:r>
          <w:rPr>
            <w:color w:val="0000EE"/>
            <w:u w:val="single"/>
          </w:rPr>
          <w:t>https://www.lgcorp.com/media/release/28257</w:t>
        </w:r>
      </w:hyperlink>
      <w:r>
        <w:t xml:space="preserve"> - Mentions Baek Seung-min's presentation on SDK performance optimization techniques and LG’s strategic objective to cultivate an open-platform ecosystem.</w:t>
      </w:r>
      <w:r/>
    </w:p>
    <w:p>
      <w:pPr>
        <w:pStyle w:val="ListNumber"/>
        <w:spacing w:line="240" w:lineRule="auto"/>
        <w:ind w:left="720"/>
      </w:pPr>
      <w:r/>
      <w:hyperlink r:id="rId13">
        <w:r>
          <w:rPr>
            <w:color w:val="0000EE"/>
            <w:u w:val="single"/>
          </w:rPr>
          <w:t>https://www.asiaone.com/business-wires/lg-showcases-self-driving-ai-home-hub-roscon-2024</w:t>
        </w:r>
      </w:hyperlink>
      <w:r>
        <w:t xml:space="preserve"> - Confirms the location of LG’s display at the Odeon Concert Hall and the event's significance for showcasing technological innovations.</w:t>
      </w:r>
      <w:r/>
    </w:p>
    <w:p>
      <w:pPr>
        <w:pStyle w:val="ListNumber"/>
        <w:spacing w:line="240" w:lineRule="auto"/>
        <w:ind w:left="720"/>
      </w:pPr>
      <w:r/>
      <w:hyperlink r:id="rId12">
        <w:r>
          <w:rPr>
            <w:color w:val="0000EE"/>
            <w:u w:val="single"/>
          </w:rPr>
          <w:t>https://www.lgcorp.com/media/release/28257</w:t>
        </w:r>
      </w:hyperlink>
      <w:r>
        <w:t xml:space="preserve"> - Supports LG's ambition to allow users a high level of customization for their home appliances via downloadable services.</w:t>
      </w:r>
      <w:r/>
    </w:p>
    <w:p>
      <w:pPr>
        <w:pStyle w:val="ListNumber"/>
        <w:spacing w:line="240" w:lineRule="auto"/>
        <w:ind w:left="720"/>
      </w:pPr>
      <w:r/>
      <w:hyperlink r:id="rId15">
        <w:r>
          <w:rPr>
            <w:color w:val="0000EE"/>
            <w:u w:val="single"/>
          </w:rPr>
          <w:t>https://www.ubergizmo.com/2024/10/lg-self-driving-ai-home-hub/?utm_source=mainrss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roboticgizmos.com/lgs-self-driving-ai-home-hub-robot/" TargetMode="External"/><Relationship Id="rId11" Type="http://schemas.openxmlformats.org/officeDocument/2006/relationships/hyperlink" Target="https://www.marketscreener.com/quote/stock/LG-ELECTRONICS-INC-6491575/news/LG-Electronics-Launches-Self-Driving-AI-Home-Hub-and-Open-SDK-at-ROSCon-2024-48151551/" TargetMode="External"/><Relationship Id="rId12" Type="http://schemas.openxmlformats.org/officeDocument/2006/relationships/hyperlink" Target="https://www.lgcorp.com/media/release/28257" TargetMode="External"/><Relationship Id="rId13" Type="http://schemas.openxmlformats.org/officeDocument/2006/relationships/hyperlink" Target="https://www.asiaone.com/business-wires/lg-showcases-self-driving-ai-home-hub-roscon-2024" TargetMode="External"/><Relationship Id="rId14" Type="http://schemas.openxmlformats.org/officeDocument/2006/relationships/hyperlink" Target="https://www.rockingrobots.com/lg-electronics-unveils-self-driving-ai-home-hub/" TargetMode="External"/><Relationship Id="rId15" Type="http://schemas.openxmlformats.org/officeDocument/2006/relationships/hyperlink" Target="https://www.ubergizmo.com/2024/10/lg-self-driving-ai-home-hub/?utm_source=mainrs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