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Lucinda Light and Vicky Pattison to co-host new reality show 'The Honesty Box'</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Lucinda Light, an instantly recognisable face from her time on "Married at First Sight Australia," is set to co-host an exciting new reality show alongside Vicky Pattison, a popular figure in reality TV. The newly announced programme, provisionally titled "The Honesty Box," is scheduled to air on E4 in 2025. This innovative series promises to blend romance and reality competition with a unique technological twist.</w:t>
      </w:r>
      <w:r/>
    </w:p>
    <w:p>
      <w:r/>
      <w:r>
        <w:t>"The Honesty Box" will feature a group of single individuals on a quest for love, all while competing for a substantial cash prize of £100,000. The contestants will have to navigate their relationships while confronting the eponymous Honesty Box, an AI technology designed to assess the truthfulness of their feelings. The software will challenge the participants with questions throughout the series, with dishonest responses potentially jeopardising both their budding relationships and their shot at the prize money.</w:t>
      </w:r>
      <w:r/>
    </w:p>
    <w:p>
      <w:r/>
      <w:r>
        <w:t>Lucinda Light took to Instagram to express her enthusiasm for the project, describing her experience over the past three weeks of filming as a dream. She hinted at the groundbreaking nature of the show by stating, "It's like nothing you've ever seen before." Her post quickly garnered support from fans who expressed their excitement for the upcoming show, leaving numerous encouraging comments and well-wishes.</w:t>
      </w:r>
      <w:r/>
    </w:p>
    <w:p>
      <w:r/>
      <w:r>
        <w:t>Vicky Pattison also shared her thoughts on Instagram, announcing the completion of filming. She reflected on what she described as a "wild ride" with Lucinda, expressing her affection for her co-host and the anticipation for the show's release. The collaboration between Lucinda and Vicky has already generated significant interest, with fans eagerly looking forward to the debut of what they believe will be a hit programme.</w:t>
      </w:r>
      <w:r/>
    </w:p>
    <w:p>
      <w:r/>
      <w:r>
        <w:t>The development of "The Honesty Box" merges the thrill of reality television with the intrigue of artificial intelligence, a concept that is catching the attention of potential viewers. As fans await the premiere, both Lucinda and Vicky's substantial followings are expected to further increase interest in the show. With a blend of romance, competition, and cutting-edge technology, this upcoming series promises a fresh take on the reality TV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https://heatworld.com/entertainment/married-at-first-sight/lucinda-light-vicky-pattison/</w:t>
        </w:r>
      </w:hyperlink>
      <w:r>
        <w:t xml:space="preserve"> - Corroborates the collaboration between Lucinda Light and Vicky Pattison on the new dating show 'The Honesty Box' and the concept of the AI-enhanced Honesty Box.</w:t>
      </w:r>
      <w:r/>
    </w:p>
    <w:p>
      <w:pPr>
        <w:pStyle w:val="ListNumber"/>
        <w:spacing w:line="240" w:lineRule="auto"/>
        <w:ind w:left="720"/>
      </w:pPr>
      <w:r/>
      <w:hyperlink r:id="rId11">
        <w:r>
          <w:rPr>
            <w:color w:val="0000EE"/>
            <w:u w:val="single"/>
          </w:rPr>
          <w:t>https://www.radiotimes.com/tv/entertainment/reality-tv/mafs-australia-lucinda-honesty-box-newsupdate/</w:t>
        </w:r>
      </w:hyperlink>
      <w:r>
        <w:t xml:space="preserve"> - Confirms the hosting roles of Lucinda Light and Vicky Pattison, the setting of 'Truetopia,' and the £100,000 prize fund in 'The Honesty Box'.</w:t>
      </w:r>
      <w:r/>
    </w:p>
    <w:p>
      <w:pPr>
        <w:pStyle w:val="ListNumber"/>
        <w:spacing w:line="240" w:lineRule="auto"/>
        <w:ind w:left="720"/>
      </w:pPr>
      <w:r/>
      <w:hyperlink r:id="rId12">
        <w:r>
          <w:rPr>
            <w:color w:val="0000EE"/>
            <w:u w:val="single"/>
          </w:rPr>
          <w:t>https://rts.org.uk/article/channel-4-put-true-love-test-new-commission-honesty-box</w:t>
        </w:r>
      </w:hyperlink>
      <w:r>
        <w:t xml:space="preserve"> - Details the concept of 'The Honesty Box,' including the AI software, the prize money, and the goal of promoting honesty in relationships.</w:t>
      </w:r>
      <w:r/>
    </w:p>
    <w:p>
      <w:pPr>
        <w:pStyle w:val="ListNumber"/>
        <w:spacing w:line="240" w:lineRule="auto"/>
        <w:ind w:left="720"/>
      </w:pPr>
      <w:r/>
      <w:hyperlink r:id="rId13">
        <w:r>
          <w:rPr>
            <w:color w:val="0000EE"/>
            <w:u w:val="single"/>
          </w:rPr>
          <w:t>https://www.digitalspy.com/tv/reality-tv/a62676603/mafs-lucinda-light-honesty-box-update/</w:t>
        </w:r>
      </w:hyperlink>
      <w:r>
        <w:t xml:space="preserve"> - Provides an update on the filming of 'The Honesty Box,' Vicky Pattison's Instagram post about the show's completion, and the anticipated premiere early next year.</w:t>
      </w:r>
      <w:r/>
    </w:p>
    <w:p>
      <w:pPr>
        <w:pStyle w:val="ListNumber"/>
        <w:spacing w:line="240" w:lineRule="auto"/>
        <w:ind w:left="720"/>
      </w:pPr>
      <w:r/>
      <w:hyperlink r:id="rId14">
        <w:r>
          <w:rPr>
            <w:color w:val="0000EE"/>
            <w:u w:val="single"/>
          </w:rPr>
          <w:t>https://www.channel4.com/press/news/vicky-pattison-and-lucinda-light-pair-host-brand-new-channel-4-dating-show-honesty-box</w:t>
        </w:r>
      </w:hyperlink>
      <w:r>
        <w:t xml:space="preserve"> - Outlines the commissioning of 'The Honesty Box' by Channel 4, the roles of Lucinda Light and Vicky Pattison, and the innovative use of AI technology.</w:t>
      </w:r>
      <w:r/>
    </w:p>
    <w:p>
      <w:pPr>
        <w:pStyle w:val="ListNumber"/>
        <w:spacing w:line="240" w:lineRule="auto"/>
        <w:ind w:left="720"/>
      </w:pPr>
      <w:r/>
      <w:hyperlink r:id="rId10">
        <w:r>
          <w:rPr>
            <w:color w:val="0000EE"/>
            <w:u w:val="single"/>
          </w:rPr>
          <w:t>https://heatworld.com/entertainment/married-at-first-sight/lucinda-light-vicky-pattison/</w:t>
        </w:r>
      </w:hyperlink>
      <w:r>
        <w:t xml:space="preserve"> - Mentions Lucinda Light's background from 'Married at First Sight Australia' and her new project with Vicky Pattison.</w:t>
      </w:r>
      <w:r/>
    </w:p>
    <w:p>
      <w:pPr>
        <w:pStyle w:val="ListNumber"/>
        <w:spacing w:line="240" w:lineRule="auto"/>
        <w:ind w:left="720"/>
      </w:pPr>
      <w:r/>
      <w:hyperlink r:id="rId11">
        <w:r>
          <w:rPr>
            <w:color w:val="0000EE"/>
            <w:u w:val="single"/>
          </w:rPr>
          <w:t>https://www.radiotimes.com/tv/entertainment/reality-tv/mafs-australia-lucinda-honesty-box-newsupdate/</w:t>
        </w:r>
      </w:hyperlink>
      <w:r>
        <w:t xml:space="preserve"> - Quotes Lucinda Light on her experience and the importance of truth and authenticity in building strong relationships.</w:t>
      </w:r>
      <w:r/>
    </w:p>
    <w:p>
      <w:pPr>
        <w:pStyle w:val="ListNumber"/>
        <w:spacing w:line="240" w:lineRule="auto"/>
        <w:ind w:left="720"/>
      </w:pPr>
      <w:r/>
      <w:hyperlink r:id="rId12">
        <w:r>
          <w:rPr>
            <w:color w:val="0000EE"/>
            <w:u w:val="single"/>
          </w:rPr>
          <w:t>https://rts.org.uk/article/channel-4-put-true-love-test-new-commission-honesty-box</w:t>
        </w:r>
      </w:hyperlink>
      <w:r>
        <w:t xml:space="preserve"> - Explains the concept of 'Truetopia' and how the show will test the honesty of contestants in their relationships.</w:t>
      </w:r>
      <w:r/>
    </w:p>
    <w:p>
      <w:pPr>
        <w:pStyle w:val="ListNumber"/>
        <w:spacing w:line="240" w:lineRule="auto"/>
        <w:ind w:left="720"/>
      </w:pPr>
      <w:r/>
      <w:hyperlink r:id="rId13">
        <w:r>
          <w:rPr>
            <w:color w:val="0000EE"/>
            <w:u w:val="single"/>
          </w:rPr>
          <w:t>https://www.digitalspy.com/tv/reality-tv/a62676603/mafs-lucinda-light-honesty-box-update/</w:t>
        </w:r>
      </w:hyperlink>
      <w:r>
        <w:t xml:space="preserve"> - Details Vicky Pattison's Instagram update about the completion of filming and her enthusiasm for the show.</w:t>
      </w:r>
      <w:r/>
    </w:p>
    <w:p>
      <w:pPr>
        <w:pStyle w:val="ListNumber"/>
        <w:spacing w:line="240" w:lineRule="auto"/>
        <w:ind w:left="720"/>
      </w:pPr>
      <w:r/>
      <w:hyperlink r:id="rId14">
        <w:r>
          <w:rPr>
            <w:color w:val="0000EE"/>
            <w:u w:val="single"/>
          </w:rPr>
          <w:t>https://www.channel4.com/press/news/vicky-pattison-and-lucinda-light-pair-host-brand-new-channel-4-dating-show-honesty-box</w:t>
        </w:r>
      </w:hyperlink>
      <w:r>
        <w:t xml:space="preserve"> - Discusses the development of 'The Honesty Box' through Channel 4's Contestable Pot and the involvement of Mettlemouse Entertainment.</w:t>
      </w:r>
      <w:r/>
    </w:p>
    <w:p>
      <w:pPr>
        <w:pStyle w:val="ListNumber"/>
        <w:spacing w:line="240" w:lineRule="auto"/>
        <w:ind w:left="720"/>
      </w:pPr>
      <w:r/>
      <w:hyperlink r:id="rId11">
        <w:r>
          <w:rPr>
            <w:color w:val="0000EE"/>
            <w:u w:val="single"/>
          </w:rPr>
          <w:t>https://www.radiotimes.com/tv/entertainment/reality-tv/mafs-australia-lucinda-honesty-box-newsupdate/</w:t>
        </w:r>
      </w:hyperlink>
      <w:r>
        <w:t xml:space="preserve"> - Mentions the anticipation and interest generated by the collaboration between Lucinda and Vicky and the unique blend of romance, competition, and AI technology.</w:t>
      </w:r>
      <w:r/>
    </w:p>
    <w:p>
      <w:pPr>
        <w:pStyle w:val="ListNumber"/>
        <w:spacing w:line="240" w:lineRule="auto"/>
        <w:ind w:left="720"/>
      </w:pPr>
      <w:r/>
      <w:hyperlink r:id="rId15">
        <w:r>
          <w:rPr>
            <w:color w:val="0000EE"/>
            <w:u w:val="single"/>
          </w:rPr>
          <w:t>https://www.walesonline.co.uk/lifestyle/tv/married-first-sight-australias-lucinda-30210795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heatworld.com/entertainment/married-at-first-sight/lucinda-light-vicky-pattison/" TargetMode="External"/><Relationship Id="rId11" Type="http://schemas.openxmlformats.org/officeDocument/2006/relationships/hyperlink" Target="https://www.radiotimes.com/tv/entertainment/reality-tv/mafs-australia-lucinda-honesty-box-newsupdate/" TargetMode="External"/><Relationship Id="rId12" Type="http://schemas.openxmlformats.org/officeDocument/2006/relationships/hyperlink" Target="https://rts.org.uk/article/channel-4-put-true-love-test-new-commission-honesty-box" TargetMode="External"/><Relationship Id="rId13" Type="http://schemas.openxmlformats.org/officeDocument/2006/relationships/hyperlink" Target="https://www.digitalspy.com/tv/reality-tv/a62676603/mafs-lucinda-light-honesty-box-update/" TargetMode="External"/><Relationship Id="rId14" Type="http://schemas.openxmlformats.org/officeDocument/2006/relationships/hyperlink" Target="https://www.channel4.com/press/news/vicky-pattison-and-lucinda-light-pair-host-brand-new-channel-4-dating-show-honesty-box" TargetMode="External"/><Relationship Id="rId15" Type="http://schemas.openxmlformats.org/officeDocument/2006/relationships/hyperlink" Target="https://www.walesonline.co.uk/lifestyle/tv/married-first-sight-australias-lucinda-3021079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