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MakeMyTrip invests in AI to transform travel services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MakeMyTrip, India's prominent online travel company, is significantly investing in artificial intelligence (AI) to revolutionise its services, although the full financial benefits of these efforts are expected to unfold gradually. The firm has strategically expanded its AI capabilities to enhance customer interactions and streamline the travel booking process across different segments.</w:t>
      </w:r>
      <w:r/>
    </w:p>
    <w:p>
      <w:r/>
      <w:r>
        <w:t>A critical component of MakeMyTrip's AI initiative is its virtual assistant, Myra. Originally introduced in the last quarter to handle international flight bookings, Myra has since been upgraded to manage additional components such as hotel and homestay bookings. The AI chatbot offers real-time assistance by leveraging MakeMyTrip's extensive collection of proprietary data, which includes a multitude of customer reviews. Group CEO Rajesh Magow highlighted Myra's effectiveness during an earnings call, noting that the chatbot adeptly handles flight details, date changes, and ancillary services by delivering precise and personalised responses.</w:t>
      </w:r>
      <w:r/>
    </w:p>
    <w:p>
      <w:r/>
      <w:r>
        <w:t>In a bid to further utilise AI, the company has deployed Generative AI (Gen AI) technology to tackle complex pricing and availability queries, as well as to deliver tailored hotel recommendations. This innovation represents a significant step in MakeMyTrip's strategy to enhance customer experiences. By reducing the necessity for human intervention, particularly within the RedBus app which deals with bus bookings, the AI application has already yielded a 45% reduction in customer service agent involvement. Such efficiency gains have significantly elevated productivity.</w:t>
      </w:r>
      <w:r/>
    </w:p>
    <w:p>
      <w:r/>
      <w:r>
        <w:t>Despite these promising early outcomes, MakeMyTrip asserts that the extensive impact of AI on its financial metrics will take a few additional quarters to fully materialise. Although the current efficiency improvements are a positive indicator, a broader effect on profitability is anticipated to emerge over time.</w:t>
      </w:r>
      <w:r/>
    </w:p>
    <w:p>
      <w:r/>
      <w:r>
        <w:t>MakeMyTrip's AI strategy is not confined to handling customer inquiries. The company is ambitiously exploring the potential of AI in aiding comprehensive trip planning by providing more personalised recommendations. Magow expressed confidence that as these AI tools evolve and become more user-friendly, customer satisfaction and conversion rates will likely improve.</w:t>
      </w:r>
      <w:r/>
    </w:p>
    <w:p>
      <w:r/>
      <w:r>
        <w:t>The company is also focusing on creating a cohesive and integrated travel experience known as the "connected trip experience." This system enables users to conveniently book a range of products and services related to their travel itineraries through a single platform. This strategic move aims to enhance customer convenience and to leverage MakeMyTrip's data science capabilities to increase cross-sell and upsell opportunities.</w:t>
      </w:r>
      <w:r/>
    </w:p>
    <w:p>
      <w:r/>
      <w:r>
        <w:t>Financially, MakeMyTrip reported robust results for the quarter ending September 30, 2024, with revenue hitting $211 million, marking a substantial 25% increase from the previous year’s equivalent period. The adjusted operating profit also witnessed an impressive growth of 33% year-on-year, reaching $37.5 million. Magow attributed this revenue surge to strong travel demand within India, both on domestic and international fronts, despite some short-term challenges such as heavy rainfall impacting travel momentum.</w:t>
      </w:r>
      <w:r/>
    </w:p>
    <w:p>
      <w:r/>
      <w:r>
        <w:t>As MakeMyTrip continues to embed AI into its operations, the company remains optimistic about the future, foreseeing AI’s role as pivotal in transforming the travel service landscape and boosting its long-term financial performance.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https://www.phocuswire.com/makemytrip-ai-check-in</w:t>
        </w:r>
      </w:hyperlink>
      <w:r>
        <w:t xml:space="preserve"> - Details MakeMyTrip's integration of generative AI, including its use in text analysis, content synthesis, and language translation, as well as its impact on user experience and business operations.</w:t>
      </w:r>
      <w:r/>
    </w:p>
    <w:p>
      <w:pPr>
        <w:pStyle w:val="ListNumber"/>
        <w:spacing w:line="240" w:lineRule="auto"/>
        <w:ind w:left="720"/>
      </w:pPr>
      <w:r/>
      <w:hyperlink r:id="rId11">
        <w:r>
          <w:rPr>
            <w:color w:val="0000EE"/>
            <w:u w:val="single"/>
          </w:rPr>
          <w:t>https://news.microsoft.com/source/asia/features/generative-ai-can-make-travel-services-more-accessible-to-millions-of-indians-sanjay-mohan-group-cto-makemytrip/</w:t>
        </w:r>
      </w:hyperlink>
      <w:r>
        <w:t xml:space="preserve"> - Explains MakeMyTrip's collaboration with Microsoft to introduce voice-assisted booking in Indian languages and how generative AI enhances customer experience and accessibility.</w:t>
      </w:r>
      <w:r/>
    </w:p>
    <w:p>
      <w:pPr>
        <w:pStyle w:val="ListNumber"/>
        <w:spacing w:line="240" w:lineRule="auto"/>
        <w:ind w:left="720"/>
      </w:pPr>
      <w:r/>
      <w:hyperlink r:id="rId12">
        <w:r>
          <w:rPr>
            <w:color w:val="0000EE"/>
            <w:u w:val="single"/>
          </w:rPr>
          <w:t>https://www.business-standard.com/companies/news/makemytrip-brings-generative-ai-for-travel-bookings-ties-up-with-microsoft-123050800609_1.html</w:t>
        </w:r>
      </w:hyperlink>
      <w:r>
        <w:t xml:space="preserve"> - Describes the pilot project for voice-assisted booking, the expansion to other Indian languages, and the benefits of using generative AI for travel bookings.</w:t>
      </w:r>
      <w:r/>
    </w:p>
    <w:p>
      <w:pPr>
        <w:pStyle w:val="ListNumber"/>
        <w:spacing w:line="240" w:lineRule="auto"/>
        <w:ind w:left="720"/>
      </w:pPr>
      <w:r/>
      <w:hyperlink r:id="rId13">
        <w:r>
          <w:rPr>
            <w:color w:val="0000EE"/>
            <w:u w:val="single"/>
          </w:rPr>
          <w:t>https://finance.yahoo.com/news/makemytrip-plans-ramp-gen-ai-154849340.html</w:t>
        </w:r>
      </w:hyperlink>
      <w:r>
        <w:t xml:space="preserve"> - Provides information on MakeMyTrip's AI-driven chatbot Myra, its capabilities, and the impact on customer service and efficiency, as well as future plans for AI integration.</w:t>
      </w:r>
      <w:r/>
    </w:p>
    <w:p>
      <w:pPr>
        <w:pStyle w:val="ListNumber"/>
        <w:spacing w:line="240" w:lineRule="auto"/>
        <w:ind w:left="720"/>
      </w:pPr>
      <w:r/>
      <w:hyperlink r:id="rId14">
        <w:r>
          <w:rPr>
            <w:color w:val="0000EE"/>
            <w:u w:val="single"/>
          </w:rPr>
          <w:t>https://timesofindia.indiatimes.com/gadgets-news/makemytrip-brings-generative-ai-for-travel-bookings-collaborates-with-microsoft/articleshow/100067724.cms</w:t>
        </w:r>
      </w:hyperlink>
      <w:r>
        <w:t xml:space="preserve"> - Details the collaboration between MakeMyTrip and Microsoft, the use of generative AI for personalized travel recommendations, and the integration of voice-assisted booking.</w:t>
      </w:r>
      <w:r/>
    </w:p>
    <w:p>
      <w:pPr>
        <w:pStyle w:val="ListNumber"/>
        <w:spacing w:line="240" w:lineRule="auto"/>
        <w:ind w:left="720"/>
      </w:pPr>
      <w:r/>
      <w:hyperlink r:id="rId13">
        <w:r>
          <w:rPr>
            <w:color w:val="0000EE"/>
            <w:u w:val="single"/>
          </w:rPr>
          <w:t>https://finance.yahoo.com/news/makemytrip-plans-ramp-gen-ai-154849340.html</w:t>
        </w:r>
      </w:hyperlink>
      <w:r>
        <w:t xml:space="preserve"> - Discusses the financial performance of MakeMyTrip, including revenue and operating profit increases, and attributes the growth to strong travel demand.</w:t>
      </w:r>
      <w:r/>
    </w:p>
    <w:p>
      <w:pPr>
        <w:pStyle w:val="ListNumber"/>
        <w:spacing w:line="240" w:lineRule="auto"/>
        <w:ind w:left="720"/>
      </w:pPr>
      <w:r/>
      <w:hyperlink r:id="rId10">
        <w:r>
          <w:rPr>
            <w:color w:val="0000EE"/>
            <w:u w:val="single"/>
          </w:rPr>
          <w:t>https://www.phocuswire.com/makemytrip-ai-check-in</w:t>
        </w:r>
      </w:hyperlink>
      <w:r>
        <w:t xml:space="preserve"> - Outlines MakeMyTrip's strategy to deepen AI integration across all business operations, focusing on customer experience, product discovery, and supplier interactions.</w:t>
      </w:r>
      <w:r/>
    </w:p>
    <w:p>
      <w:pPr>
        <w:pStyle w:val="ListNumber"/>
        <w:spacing w:line="240" w:lineRule="auto"/>
        <w:ind w:left="720"/>
      </w:pPr>
      <w:r/>
      <w:hyperlink r:id="rId11">
        <w:r>
          <w:rPr>
            <w:color w:val="0000EE"/>
            <w:u w:val="single"/>
          </w:rPr>
          <w:t>https://news.microsoft.com/source/asia/features/generative-ai-can-make-travel-services-more-accessible-to-millions-of-indians-sanjay-mohan-group-cto-makemytrip/</w:t>
        </w:r>
      </w:hyperlink>
      <w:r>
        <w:t xml:space="preserve"> - Explains how generative AI aids in trip planning by providing personalized recommendations and enhancing accessibility for users with disabilities.</w:t>
      </w:r>
      <w:r/>
    </w:p>
    <w:p>
      <w:pPr>
        <w:pStyle w:val="ListNumber"/>
        <w:spacing w:line="240" w:lineRule="auto"/>
        <w:ind w:left="720"/>
      </w:pPr>
      <w:r/>
      <w:hyperlink r:id="rId12">
        <w:r>
          <w:rPr>
            <w:color w:val="0000EE"/>
            <w:u w:val="single"/>
          </w:rPr>
          <w:t>https://www.business-standard.com/companies/news/makemytrip-brings-generative-ai-for-travel-bookings-ties-up-with-microsoft-123050800609_1.html</w:t>
        </w:r>
      </w:hyperlink>
      <w:r>
        <w:t xml:space="preserve"> - Describes the 'connected trip experience' feature that allows users to book various travel-related products and services through a single platform.</w:t>
      </w:r>
      <w:r/>
    </w:p>
    <w:p>
      <w:pPr>
        <w:pStyle w:val="ListNumber"/>
        <w:spacing w:line="240" w:lineRule="auto"/>
        <w:ind w:left="720"/>
      </w:pPr>
      <w:r/>
      <w:hyperlink r:id="rId14">
        <w:r>
          <w:rPr>
            <w:color w:val="0000EE"/>
            <w:u w:val="single"/>
          </w:rPr>
          <w:t>https://timesofindia.indiatimes.com/gadgets-news/makemytrip-brings-generative-ai-for-travel-bookings-collaborates-with-microsoft/articleshow/100067724.cms</w:t>
        </w:r>
      </w:hyperlink>
      <w:r>
        <w:t xml:space="preserve"> - Highlights the use of Azure OpenAI Service and Azure Cognitive Services to power MakeMyTrip's generative AI solutions and ensure data privacy and security.</w:t>
      </w:r>
      <w:r/>
    </w:p>
    <w:p>
      <w:pPr>
        <w:pStyle w:val="ListNumber"/>
        <w:spacing w:line="240" w:lineRule="auto"/>
        <w:ind w:left="720"/>
      </w:pPr>
      <w:r/>
      <w:hyperlink r:id="rId13">
        <w:r>
          <w:rPr>
            <w:color w:val="0000EE"/>
            <w:u w:val="single"/>
          </w:rPr>
          <w:t>https://finance.yahoo.com/news/makemytrip-plans-ramp-gen-ai-154849340.html</w:t>
        </w:r>
      </w:hyperlink>
      <w:r>
        <w:t xml:space="preserve"> - Details the efficiency gains and productivity improvements resulting from the integration of generative AI, particularly in reducing the need for human customer service agents.</w:t>
      </w:r>
      <w:r/>
    </w:p>
    <w:p>
      <w:pPr>
        <w:pStyle w:val="ListNumber"/>
        <w:spacing w:line="240" w:lineRule="auto"/>
        <w:ind w:left="720"/>
      </w:pPr>
      <w:r/>
      <w:hyperlink r:id="rId15">
        <w:r>
          <w:rPr>
            <w:color w:val="0000EE"/>
            <w:u w:val="single"/>
          </w:rPr>
          <w:t>https://skift.com/2024/10/23/how-makemytrip-plans-to-ramp-up-its-use-of-gen-ai/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hocuswire.com/makemytrip-ai-check-in" TargetMode="External"/><Relationship Id="rId11" Type="http://schemas.openxmlformats.org/officeDocument/2006/relationships/hyperlink" Target="https://news.microsoft.com/source/asia/features/generative-ai-can-make-travel-services-more-accessible-to-millions-of-indians-sanjay-mohan-group-cto-makemytrip/" TargetMode="External"/><Relationship Id="rId12" Type="http://schemas.openxmlformats.org/officeDocument/2006/relationships/hyperlink" Target="https://www.business-standard.com/companies/news/makemytrip-brings-generative-ai-for-travel-bookings-ties-up-with-microsoft-123050800609_1.html" TargetMode="External"/><Relationship Id="rId13" Type="http://schemas.openxmlformats.org/officeDocument/2006/relationships/hyperlink" Target="https://finance.yahoo.com/news/makemytrip-plans-ramp-gen-ai-154849340.html" TargetMode="External"/><Relationship Id="rId14" Type="http://schemas.openxmlformats.org/officeDocument/2006/relationships/hyperlink" Target="https://timesofindia.indiatimes.com/gadgets-news/makemytrip-brings-generative-ai-for-travel-bookings-collaborates-with-microsoft/articleshow/100067724.cms" TargetMode="External"/><Relationship Id="rId15" Type="http://schemas.openxmlformats.org/officeDocument/2006/relationships/hyperlink" Target="https://skift.com/2024/10/23/how-makemytrip-plans-to-ramp-up-its-use-of-g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