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Making space for AI talent solutions: enhancing recruitment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Making Space for AI Talent Solutions: Enhancing Recruitment Efficiency</w:t>
      </w:r>
      <w:r/>
    </w:p>
    <w:p>
      <w:r/>
      <w:r>
        <w:t xml:space="preserve">In today's rapidly evolving business landscape, the integration of artificial intelligence (AI) into talent recruitment is gaining momentum as organisations seek innovative solutions to streamline hiring processes. These technological advancements are poised to reshape the recruitment landscape, fostering more meaningful interactions between companies and prospective employees. </w:t>
      </w:r>
      <w:r/>
    </w:p>
    <w:p>
      <w:r/>
      <w:r>
        <w:t>Laurie Padua, Managing Director of Talent Consulting at AMS, has shared insights into how AI is revolutionising recruitment strategies. This shift is largely driven by the need for unique and efficient approaches to finding the right talent amidst a competitive market. By employing AI solutions, companies can potentially eliminate traditional hiring challenges, increasing the focus on providing personalised and engaging experiences for candidates.</w:t>
      </w:r>
      <w:r/>
    </w:p>
    <w:p>
      <w:r/>
      <w:r>
        <w:t>The primary advantage of integrating AI into recruitment lies in its ability to handle repetitive tasks and sift through large volumes of data swiftly, which ultimately allows recruitment professionals to concentrate on building relationships with potential hires. Rather than replacing human roles, AI complements them by enhancing the efficiency and effectiveness of the recruitment process.</w:t>
      </w:r>
      <w:r/>
    </w:p>
    <w:p>
      <w:r/>
      <w:r>
        <w:t>Despite the undeniable benefits, transitioning to AI-driven recruitment can be an intimidating and complex endeavour, especially for those unfamiliar with the technology. Many organisations face challenges in understanding how to effectively leverage AI to meet their hiring needs and expectations.</w:t>
      </w:r>
      <w:r/>
    </w:p>
    <w:p>
      <w:r/>
      <w:r>
        <w:t>To address these concerns, Padua emphasises the importance of understanding AI's capabilities and setting clear objectives from the outset. Companies are encouraged to explore how AI tools can be tailored to align with their specific recruitment strategies, ensuring that the technology serves to enhance rather than complicate existing processes.</w:t>
      </w:r>
      <w:r/>
    </w:p>
    <w:p>
      <w:r/>
      <w:r>
        <w:t>As the business landscape continues to evolve, the role of AI in recruitment is expected to grow, offering new opportunities for creating efficient and engaging candidate experiences. By embracing AI technology, companies can not only optimise their recruitment strategies but also gain a competitive edge in attracting and retaining top talent.</w:t>
      </w:r>
      <w:r/>
    </w:p>
    <w:p>
      <w:r/>
      <w:r>
        <w:t>While the integration of AI into talent recruitment offers promising prospects, organisations must remain mindful of the potential challenges and ensure they are adequately prepared to navigate the complexities associated with this technological shift.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https://www.phenom.com/blog/examples-companies-using-ai-recruiting-platform</w:t>
        </w:r>
      </w:hyperlink>
      <w:r>
        <w:t xml:space="preserve"> - This article supports the claim that AI in recruitment can handle repetitive tasks, enhance the efficiency of the recruitment process, and provide personalized experiences for candidates, as seen in the examples of companies like Mastercard and Electrolux.</w:t>
      </w:r>
      <w:r/>
    </w:p>
    <w:p>
      <w:pPr>
        <w:pStyle w:val="ListNumber"/>
        <w:spacing w:line="240" w:lineRule="auto"/>
        <w:ind w:left="720"/>
      </w:pPr>
      <w:r/>
      <w:hyperlink r:id="rId11">
        <w:r>
          <w:rPr>
            <w:color w:val="0000EE"/>
            <w:u w:val="single"/>
          </w:rPr>
          <w:t>https://www.kula.ai/blog/ai-recruitment-software</w:t>
        </w:r>
      </w:hyperlink>
      <w:r>
        <w:t xml:space="preserve"> - This source corroborates the idea that AI recruitment software can automate candidate progression, trigger automated communication, and streamline the entire recruitment process, aligning with the benefits of AI in recruitment.</w:t>
      </w:r>
      <w:r/>
    </w:p>
    <w:p>
      <w:pPr>
        <w:pStyle w:val="ListNumber"/>
        <w:spacing w:line="240" w:lineRule="auto"/>
        <w:ind w:left="720"/>
      </w:pPr>
      <w:r/>
      <w:hyperlink r:id="rId12">
        <w:r>
          <w:rPr>
            <w:color w:val="0000EE"/>
            <w:u w:val="single"/>
          </w:rPr>
          <w:t>https://www.herohunt.ai/blog/best-ai-tools-for-talent-acquisition</w:t>
        </w:r>
      </w:hyperlink>
      <w:r>
        <w:t xml:space="preserve"> - This article highlights various AI tools for talent acquisition, such as HireVue, Phenom, and Ideal, which support the claim that AI is revolutionizing recruitment strategies and improving efficiency.</w:t>
      </w:r>
      <w:r/>
    </w:p>
    <w:p>
      <w:pPr>
        <w:pStyle w:val="ListNumber"/>
        <w:spacing w:line="240" w:lineRule="auto"/>
        <w:ind w:left="720"/>
      </w:pPr>
      <w:r/>
      <w:hyperlink r:id="rId13">
        <w:r>
          <w:rPr>
            <w:color w:val="0000EE"/>
            <w:u w:val="single"/>
          </w:rPr>
          <w:t>https://www.veritone.com/solutions/recruitment/</w:t>
        </w:r>
      </w:hyperlink>
      <w:r>
        <w:t xml:space="preserve"> - This source explains how AI can empower recruiters by streamlining the recruitment strategy, saving time, and delivering top-quality candidates, which aligns with the primary advantages of integrating AI into recruitment.</w:t>
      </w:r>
      <w:r/>
    </w:p>
    <w:p>
      <w:pPr>
        <w:pStyle w:val="ListNumber"/>
        <w:spacing w:line="240" w:lineRule="auto"/>
        <w:ind w:left="720"/>
      </w:pPr>
      <w:r/>
      <w:hyperlink r:id="rId14">
        <w:r>
          <w:rPr>
            <w:color w:val="0000EE"/>
            <w:u w:val="single"/>
          </w:rPr>
          <w:t>https://vervoe.com/ai-tools-for-talent-acquisition/</w:t>
        </w:r>
      </w:hyperlink>
      <w:r>
        <w:t xml:space="preserve"> - This article lists several AI tools for talent acquisition, such as hireEZ, SeekOut, and Beamery, which demonstrate how AI can be tailored to align with specific recruitment strategies and enhance the recruitment process.</w:t>
      </w:r>
      <w:r/>
    </w:p>
    <w:p>
      <w:pPr>
        <w:pStyle w:val="ListNumber"/>
        <w:spacing w:line="240" w:lineRule="auto"/>
        <w:ind w:left="720"/>
      </w:pPr>
      <w:r/>
      <w:hyperlink r:id="rId10">
        <w:r>
          <w:rPr>
            <w:color w:val="0000EE"/>
            <w:u w:val="single"/>
          </w:rPr>
          <w:t>https://www.phenom.com/blog/examples-companies-using-ai-recruiting-platform</w:t>
        </w:r>
      </w:hyperlink>
      <w:r>
        <w:t xml:space="preserve"> - This article emphasizes the importance of setting clear objectives and understanding AI's capabilities, as seen in the implementation of AI solutions by companies like Mastercard and BSMH.</w:t>
      </w:r>
      <w:r/>
    </w:p>
    <w:p>
      <w:pPr>
        <w:pStyle w:val="ListNumber"/>
        <w:spacing w:line="240" w:lineRule="auto"/>
        <w:ind w:left="720"/>
      </w:pPr>
      <w:r/>
      <w:hyperlink r:id="rId11">
        <w:r>
          <w:rPr>
            <w:color w:val="0000EE"/>
            <w:u w:val="single"/>
          </w:rPr>
          <w:t>https://www.kula.ai/blog/ai-recruitment-software</w:t>
        </w:r>
      </w:hyperlink>
      <w:r>
        <w:t xml:space="preserve"> - This source discusses the challenges of transitioning to AI-driven recruitment and the need for companies to understand how to effectively leverage AI, which aligns with the concerns mentioned in the article.</w:t>
      </w:r>
      <w:r/>
    </w:p>
    <w:p>
      <w:pPr>
        <w:pStyle w:val="ListNumber"/>
        <w:spacing w:line="240" w:lineRule="auto"/>
        <w:ind w:left="720"/>
      </w:pPr>
      <w:r/>
      <w:hyperlink r:id="rId12">
        <w:r>
          <w:rPr>
            <w:color w:val="0000EE"/>
            <w:u w:val="single"/>
          </w:rPr>
          <w:t>https://www.herohunt.ai/blog/best-ai-tools-for-talent-acquisition</w:t>
        </w:r>
      </w:hyperlink>
      <w:r>
        <w:t xml:space="preserve"> - This article mentions that 67% of hiring managers and recruiters say AI is saving them time and removing human bias, supporting the claim that AI complements human roles in recruitment.</w:t>
      </w:r>
      <w:r/>
    </w:p>
    <w:p>
      <w:pPr>
        <w:pStyle w:val="ListNumber"/>
        <w:spacing w:line="240" w:lineRule="auto"/>
        <w:ind w:left="720"/>
      </w:pPr>
      <w:r/>
      <w:hyperlink r:id="rId14">
        <w:r>
          <w:rPr>
            <w:color w:val="0000EE"/>
            <w:u w:val="single"/>
          </w:rPr>
          <w:t>https://vervoe.com/ai-tools-for-talent-acquisition/</w:t>
        </w:r>
      </w:hyperlink>
      <w:r>
        <w:t xml:space="preserve"> - This source highlights tools like XOR and Ideal, which automate initial candidate screening and scheduling, supporting the idea that AI enhances the efficiency and effectiveness of the recruitment process.</w:t>
      </w:r>
      <w:r/>
    </w:p>
    <w:p>
      <w:pPr>
        <w:pStyle w:val="ListNumber"/>
        <w:spacing w:line="240" w:lineRule="auto"/>
        <w:ind w:left="720"/>
      </w:pPr>
      <w:r/>
      <w:hyperlink r:id="rId13">
        <w:r>
          <w:rPr>
            <w:color w:val="0000EE"/>
            <w:u w:val="single"/>
          </w:rPr>
          <w:t>https://www.veritone.com/solutions/recruitment/</w:t>
        </w:r>
      </w:hyperlink>
      <w:r>
        <w:t xml:space="preserve"> - This article discusses the role of AI in addressing recruitment challenges across various sectors, including employers, staffing firms, and franchises, which supports the growing role of AI in recruitment.</w:t>
      </w:r>
      <w:r/>
    </w:p>
    <w:p>
      <w:pPr>
        <w:pStyle w:val="ListNumber"/>
        <w:spacing w:line="240" w:lineRule="auto"/>
        <w:ind w:left="720"/>
      </w:pPr>
      <w:r/>
      <w:hyperlink r:id="rId12">
        <w:r>
          <w:rPr>
            <w:color w:val="0000EE"/>
            <w:u w:val="single"/>
          </w:rPr>
          <w:t>https://www.herohunt.ai/blog/best-ai-tools-for-talent-acquisition</w:t>
        </w:r>
      </w:hyperlink>
      <w:r>
        <w:t xml:space="preserve"> - This source predicts that AI will significantly impact talent acquisition in the coming years, aligning with the expectation that the role of AI in recruitment will continue to grow.</w:t>
      </w:r>
      <w:r/>
    </w:p>
    <w:p>
      <w:pPr>
        <w:pStyle w:val="ListNumber"/>
        <w:spacing w:line="240" w:lineRule="auto"/>
        <w:ind w:left="720"/>
      </w:pPr>
      <w:r/>
      <w:hyperlink r:id="rId15">
        <w:r>
          <w:rPr>
            <w:color w:val="0000EE"/>
            <w:u w:val="single"/>
          </w:rPr>
          <w:t>https://recruitingheadlines.com/ai-talent-consultants-expert-guidance-for-your-ai-talent-needs/?utm_source=rss&amp;utm_medium=rss&amp;utm_campaign=ai-talent-consultants-expert-guidance-for-your-ai-talent-needs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enom.com/blog/examples-companies-using-ai-recruiting-platform" TargetMode="External"/><Relationship Id="rId11" Type="http://schemas.openxmlformats.org/officeDocument/2006/relationships/hyperlink" Target="https://www.kula.ai/blog/ai-recruitment-software" TargetMode="External"/><Relationship Id="rId12" Type="http://schemas.openxmlformats.org/officeDocument/2006/relationships/hyperlink" Target="https://www.herohunt.ai/blog/best-ai-tools-for-talent-acquisition" TargetMode="External"/><Relationship Id="rId13" Type="http://schemas.openxmlformats.org/officeDocument/2006/relationships/hyperlink" Target="https://www.veritone.com/solutions/recruitment/" TargetMode="External"/><Relationship Id="rId14" Type="http://schemas.openxmlformats.org/officeDocument/2006/relationships/hyperlink" Target="https://vervoe.com/ai-tools-for-talent-acquisition/" TargetMode="External"/><Relationship Id="rId15" Type="http://schemas.openxmlformats.org/officeDocument/2006/relationships/hyperlink" Target="https://recruitingheadlines.com/ai-talent-consultants-expert-guidance-for-your-ai-talent-needs/?utm_source=rss&amp;utm_medium=rss&amp;utm_campaign=ai-talent-consultants-expert-guidance-for-your-ai-talent-nee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