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Marc Andreessen's $50,000 Bitcoin investment fuels creation of $700 million GOAT meme coin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remarkable blend of artificial intelligence and cryptocurrency, Marc Andreessen, a pivotal entrepreneur and investor, has recently captured attention with his substantial contribution to an AI project that has led to the creation of a new digital asset. Andreessen, known for his pioneering work in technology and his leadership at the venture capital firm Andreessen Horowitz (a16z), funded an AI application with $50,000 in Bitcoin. This act subsequently led to the development of a meme coin called GOAT, now valued at an impressive $700 million.</w:t>
      </w:r>
      <w:r/>
    </w:p>
    <w:p>
      <w:r/>
      <w:r>
        <w:t>Andreessen, whose reputation was built on creating the revolutionary Mosaic web browser and founding Netscape, continues to exert significant influence in the tech venture space through a16z. The firm, recognized for backing breakthrough technologies across fields like software, fintech, and biotech, has extended its imprint into the evolving realm of blockchain with its latest venture.</w:t>
      </w:r>
      <w:r/>
    </w:p>
    <w:p>
      <w:r/>
      <w:r>
        <w:t>The AI bot, Truth Terminal, which benefitted from Andreessen's Bitcoin donation, is engineered to navigate and decipher the complex terrains of cryptocurrency information. It employs advanced natural language processing and data analytics to offer insights that are vital for cryptocurrency traders, investors, and enthusiasts alike.</w:t>
      </w:r>
      <w:r/>
    </w:p>
    <w:p>
      <w:r/>
      <w:r>
        <w:t>The inception of the meme coin GOAT represents a union between innovative AI capabilities and the volatile yet promising world of cryptocurrencies. An unidentified developer, utilizing the insights from Truth Terminal, initiated the creation of GOAT. This venture was strategically aided by AI, harnessing market data to align with prevailing trends and investor behaviour.</w:t>
      </w:r>
      <w:r/>
    </w:p>
    <w:p>
      <w:r/>
      <w:r>
        <w:t>The role of Truth Terminal extended beyond creation to promotion. It harnessed AI-driven strategies to market GOAT effectively, engaging a broad audience and securing major investments, all contributing to the coin's swift rise in valuation.</w:t>
      </w:r>
      <w:r/>
    </w:p>
    <w:p>
      <w:r/>
      <w:r>
        <w:t>Since its launch, GOAT's valuation has soared, recently touching the $700 million mark. Several factors have contributed to this surge. At the forefront is the AI-driven approach which pinpointed optimal market entry points and shaped the coin’s release strategy. Additionally, a well-orchestrated promotional effort and energetic community involvement, coupled with favourable trends in meme coins, have propelled its growth.</w:t>
      </w:r>
      <w:r/>
    </w:p>
    <w:p>
      <w:r/>
      <w:r>
        <w:t>The collaboration underpinning GOAT’s success sheds light on the expanding role of AI in cryptocurrency. By refining decision-making and market analysis processes, AI can significantly bolster cryptocurrency ventures. Dr. Emily Carter, a noted blockchain analyst, regards this development as a new chapter for the industry, highlighting AI's potential to enhance project efficiency and impact.</w:t>
      </w:r>
      <w:r/>
    </w:p>
    <w:p>
      <w:r/>
      <w:r>
        <w:t>According to financial strategist Mark Thompson, the creation and success of GOAT underscore the power of merging sophisticated technologies with strategic capital investments. This model could serve as a prototype for future endeavours in the crypto space.</w:t>
      </w:r>
      <w:r/>
    </w:p>
    <w:p>
      <w:r/>
      <w:r>
        <w:t>As the digital finance landscape continues to evolve, researchers like Sarah Lee anticipate a growing role for AI, envisioning it as a cornerstone in shaping and refining emerging digital assets. The collaboration of a16z and Truth Terminal is likely to stimulate further integration of AI tools across the cryptocurrency spectrum.</w:t>
      </w:r>
      <w:r/>
    </w:p>
    <w:p>
      <w:r/>
      <w:r>
        <w:t>Looking ahead, GOAT is positioned for continued advancement. Maintaining its upward trajectory will require broadening its ecosystem, introducing functional utilities, and establishing strategic partnerships. Moreover, as meme coins become more prominent, regulatory oversight is expected to intensify, necessitating adherence to financial regulations and practices that promote transparency.</w:t>
      </w:r>
      <w:r/>
    </w:p>
    <w:p>
      <w:r/>
      <w:r>
        <w:t>This dynamic unfolding at the intersection of AI and cryptocurrencies, highlighted by the creation of GOAT, exemplifies transformative industry potentials. As artificial intelligence continues to innovate this sector, the emergence of more sophisticated and resilient digital assets is anticipated, heralding a new era of opportunities and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https://www.youtube.com/watch?v=EKspo1FLj-4</w:t>
        </w:r>
      </w:hyperlink>
      <w:r>
        <w:t xml:space="preserve"> - Discusses the origin of Truth Terminal, Marc Andreessen's $50,000 Bitcoin grant, and the creation of the GOAT meme coin.</w:t>
      </w:r>
      <w:r/>
    </w:p>
    <w:p>
      <w:pPr>
        <w:pStyle w:val="ListNumber"/>
        <w:spacing w:line="240" w:lineRule="auto"/>
        <w:ind w:left="720"/>
      </w:pPr>
      <w:r/>
      <w:hyperlink r:id="rId11">
        <w:r>
          <w:rPr>
            <w:color w:val="0000EE"/>
            <w:u w:val="single"/>
          </w:rPr>
          <w:t>https://crypto.news/how-ai-bot-funded-by-a16z-spurred-the-creation-of-a-850m-meme-coin/</w:t>
        </w:r>
      </w:hyperlink>
      <w:r>
        <w:t xml:space="preserve"> - Details how the AI bot Truth Terminal, funded by a16z, led to the creation of the GOAT meme coin and its rapid valuation increase.</w:t>
      </w:r>
      <w:r/>
    </w:p>
    <w:p>
      <w:pPr>
        <w:pStyle w:val="ListNumber"/>
        <w:spacing w:line="240" w:lineRule="auto"/>
        <w:ind w:left="720"/>
      </w:pPr>
      <w:r/>
      <w:hyperlink r:id="rId12">
        <w:r>
          <w:rPr>
            <w:color w:val="0000EE"/>
            <w:u w:val="single"/>
          </w:rPr>
          <w:t>https://protos.com/marc-andreessen-gave-an-ai-agent-50000-of-bitcoin-it-endorsed-goat/</w:t>
        </w:r>
      </w:hyperlink>
      <w:r>
        <w:t xml:space="preserve"> - Clarifies the true story behind Truth Terminal, Marc Andreessen's Bitcoin grant, and the role of Andy Ayrey in the creation and promotion of GOAT.</w:t>
      </w:r>
      <w:r/>
    </w:p>
    <w:p>
      <w:pPr>
        <w:pStyle w:val="ListNumber"/>
        <w:spacing w:line="240" w:lineRule="auto"/>
        <w:ind w:left="720"/>
      </w:pPr>
      <w:r/>
      <w:hyperlink r:id="rId13">
        <w:r>
          <w:rPr>
            <w:color w:val="0000EE"/>
            <w:u w:val="single"/>
          </w:rPr>
          <w:t>https://www.aicoin.com/en/article/425239</w:t>
        </w:r>
      </w:hyperlink>
      <w:r>
        <w:t xml:space="preserve"> - Provides a detailed discussion between Marc Andreessen and Ben Horowitz on the intersection of AI and cryptocurrency, including the rise of GOAT.</w:t>
      </w:r>
      <w:r/>
    </w:p>
    <w:p>
      <w:pPr>
        <w:pStyle w:val="ListNumber"/>
        <w:spacing w:line="240" w:lineRule="auto"/>
        <w:ind w:left="720"/>
      </w:pPr>
      <w:r/>
      <w:hyperlink r:id="rId14">
        <w:r>
          <w:rPr>
            <w:color w:val="0000EE"/>
            <w:u w:val="single"/>
          </w:rPr>
          <w:t>https://bitcoinworld.co.in/marc-andreessens-bitcoin-grant-to-ai-bot/</w:t>
        </w:r>
      </w:hyperlink>
      <w:r>
        <w:t xml:space="preserve"> - Explains how Marc Andreessen's Bitcoin grant to Truth Terminal led to the creation and significant valuation of the GOAT meme coin.</w:t>
      </w:r>
      <w:r/>
    </w:p>
    <w:p>
      <w:pPr>
        <w:pStyle w:val="ListNumber"/>
        <w:spacing w:line="240" w:lineRule="auto"/>
        <w:ind w:left="720"/>
      </w:pPr>
      <w:r/>
      <w:hyperlink r:id="rId15">
        <w:r>
          <w:rPr>
            <w:color w:val="0000EE"/>
            <w:u w:val="single"/>
          </w:rPr>
          <w:t>https://x.com/truth_terminal</w:t>
        </w:r>
      </w:hyperlink>
      <w:r>
        <w:t xml:space="preserve"> - The X account of Truth Terminal, showcasing its activities and interactions that contributed to the creation and promotion of GOAT.</w:t>
      </w:r>
      <w:r/>
    </w:p>
    <w:p>
      <w:pPr>
        <w:pStyle w:val="ListNumber"/>
        <w:spacing w:line="240" w:lineRule="auto"/>
        <w:ind w:left="720"/>
      </w:pPr>
      <w:r/>
      <w:hyperlink r:id="rId16">
        <w:r>
          <w:rPr>
            <w:color w:val="0000EE"/>
            <w:u w:val="single"/>
          </w:rPr>
          <w:t>https://x.com/pmarca</w:t>
        </w:r>
      </w:hyperlink>
      <w:r>
        <w:t xml:space="preserve"> - Marc Andreessen's X profile, where he engages with Truth Terminal and discusses its role in the crypto space.</w:t>
      </w:r>
      <w:r/>
    </w:p>
    <w:p>
      <w:pPr>
        <w:pStyle w:val="ListNumber"/>
        <w:spacing w:line="240" w:lineRule="auto"/>
        <w:ind w:left="720"/>
      </w:pPr>
      <w:r/>
      <w:hyperlink r:id="rId17">
        <w:r>
          <w:rPr>
            <w:color w:val="0000EE"/>
            <w:u w:val="single"/>
          </w:rPr>
          <w:t>https://x.com/bhorowitz</w:t>
        </w:r>
      </w:hyperlink>
      <w:r>
        <w:t xml:space="preserve"> - Ben Horowitz's X profile, providing additional context on a16z's involvement with AI and cryptocurrency projects.</w:t>
      </w:r>
      <w:r/>
    </w:p>
    <w:p>
      <w:pPr>
        <w:pStyle w:val="ListNumber"/>
        <w:spacing w:line="240" w:lineRule="auto"/>
        <w:ind w:left="720"/>
      </w:pPr>
      <w:r/>
      <w:hyperlink r:id="rId18">
        <w:r>
          <w:rPr>
            <w:color w:val="0000EE"/>
            <w:u w:val="single"/>
          </w:rPr>
          <w:t>https://a16z.com/disclosures/</w:t>
        </w:r>
      </w:hyperlink>
      <w:r>
        <w:t xml:space="preserve"> - Disclosures from Andreessen Horowitz regarding their involvement and disclaimers related to the content discussed.</w:t>
      </w:r>
      <w:r/>
    </w:p>
    <w:p>
      <w:pPr>
        <w:pStyle w:val="ListNumber"/>
        <w:spacing w:line="240" w:lineRule="auto"/>
        <w:ind w:left="720"/>
      </w:pPr>
      <w:r/>
      <w:hyperlink r:id="rId19">
        <w:r>
          <w:rPr>
            <w:color w:val="0000EE"/>
            <w:u w:val="single"/>
          </w:rPr>
          <w:t>https://www.linkedin.com/company/a16z</w:t>
        </w:r>
      </w:hyperlink>
      <w:r>
        <w:t xml:space="preserve"> - Andreessen Horowitz's LinkedIn profile, highlighting their activities and investments in the tech and crypto sectors.</w:t>
      </w:r>
      <w:r/>
    </w:p>
    <w:p>
      <w:pPr>
        <w:pStyle w:val="ListNumber"/>
        <w:spacing w:line="240" w:lineRule="auto"/>
        <w:ind w:left="720"/>
      </w:pPr>
      <w:r/>
      <w:hyperlink r:id="rId20">
        <w:r>
          <w:rPr>
            <w:color w:val="0000EE"/>
            <w:u w:val="single"/>
          </w:rPr>
          <w:t>https://pmarca.substack.com/</w:t>
        </w:r>
      </w:hyperlink>
      <w:r>
        <w:t xml:space="preserve"> - Marc Andreessen's Substack, where he shares insights and discussions on technology, AI, and cryptocurrency.</w:t>
      </w:r>
      <w:r/>
    </w:p>
    <w:p>
      <w:pPr>
        <w:pStyle w:val="ListNumber"/>
        <w:spacing w:line="240" w:lineRule="auto"/>
        <w:ind w:left="720"/>
      </w:pPr>
      <w:r/>
      <w:hyperlink r:id="rId21">
        <w:r>
          <w:rPr>
            <w:color w:val="0000EE"/>
            <w:u w:val="single"/>
          </w:rPr>
          <w:t>https://www.bitcoininsider.org/article/262081/marc-andreessens-bitcoin-grant-ai-bot-leads-creation-meme-coin-goat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EKspo1FLj-4" TargetMode="External"/><Relationship Id="rId11" Type="http://schemas.openxmlformats.org/officeDocument/2006/relationships/hyperlink" Target="https://crypto.news/how-ai-bot-funded-by-a16z-spurred-the-creation-of-a-850m-meme-coin/" TargetMode="External"/><Relationship Id="rId12" Type="http://schemas.openxmlformats.org/officeDocument/2006/relationships/hyperlink" Target="https://protos.com/marc-andreessen-gave-an-ai-agent-50000-of-bitcoin-it-endorsed-goat/" TargetMode="External"/><Relationship Id="rId13" Type="http://schemas.openxmlformats.org/officeDocument/2006/relationships/hyperlink" Target="https://www.aicoin.com/en/article/425239" TargetMode="External"/><Relationship Id="rId14" Type="http://schemas.openxmlformats.org/officeDocument/2006/relationships/hyperlink" Target="https://bitcoinworld.co.in/marc-andreessens-bitcoin-grant-to-ai-bot/" TargetMode="External"/><Relationship Id="rId15" Type="http://schemas.openxmlformats.org/officeDocument/2006/relationships/hyperlink" Target="https://x.com/truth_terminal" TargetMode="External"/><Relationship Id="rId16" Type="http://schemas.openxmlformats.org/officeDocument/2006/relationships/hyperlink" Target="https://x.com/pmarca" TargetMode="External"/><Relationship Id="rId17" Type="http://schemas.openxmlformats.org/officeDocument/2006/relationships/hyperlink" Target="https://x.com/bhorowitz" TargetMode="External"/><Relationship Id="rId18" Type="http://schemas.openxmlformats.org/officeDocument/2006/relationships/hyperlink" Target="https://a16z.com/disclosures/" TargetMode="External"/><Relationship Id="rId19" Type="http://schemas.openxmlformats.org/officeDocument/2006/relationships/hyperlink" Target="https://www.linkedin.com/company/a16z" TargetMode="External"/><Relationship Id="rId20" Type="http://schemas.openxmlformats.org/officeDocument/2006/relationships/hyperlink" Target="https://pmarca.substack.com/" TargetMode="External"/><Relationship Id="rId21" Type="http://schemas.openxmlformats.org/officeDocument/2006/relationships/hyperlink" Target="https://www.bitcoininsider.org/article/262081/marc-andreessens-bitcoin-grant-ai-bot-leads-creation-meme-coin-goa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