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Cuban reflects on side hustles and personal anecdotes as he exits Shark Tank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Mark Cuban, the renowned entrepreneur and "Shark Tank" personality, recently opened up about his hypothetical teenage side hustle and reflected on key moments from his personal and professional life. In an insightful interview with CNBC Make It, Cuban, who has become a household name thanks to his role on the popular ABC television series, discussed the evolving technological landscape and the opportunities it presents.</w:t>
      </w:r>
      <w:r/>
    </w:p>
    <w:p>
      <w:r/>
      <w:r>
        <w:t>At 66 years old, Cuban commands attention not just for his business acumen but also his insightful commentary on the future of work and technology. With a substantial net worth estimated at $5.7 billion, Cuban's insights carry weight. During the interview, he mused about what his approach would be if he were a 16-year-old today. His recommendation was to delve into artificial intelligence, particularly focusing on large language models such as ChatGTP and Gemini. Cuban emphasised the value of learning prompt engineering skills, which could then be shared with peers and even local businesses, particularly small to medium enterprises that may not yet grasp the potential of AI technologies.</w:t>
      </w:r>
      <w:r/>
    </w:p>
    <w:p>
      <w:r/>
      <w:r>
        <w:t>Aside from hypothetical ventures, Cuban has been a prominent fixture on "Shark Tank" for 15 years. However, he has announced that he will be stepping away after the show's 16th season. His decision to leave the series marks the end of an era, with Cuban reflecting positively on his tenure, noting the show promotes the entrepreneurial spirit and the American dream.</w:t>
      </w:r>
      <w:r/>
    </w:p>
    <w:p>
      <w:r/>
      <w:r>
        <w:t>Beyond business, Cuban's personal life has also garnered attention. In a recent appearance on the "Club Shay Shay" podcast, hosted by Shannon Sharpe, Cuban discussed his marriage to Tiffany Stewart. He shared humorous anecdotes about their early relationship, including a peculiar test involving a visit to White Castle, a fast-food chain known for its sliders. Cuban recounted how this was a light-hearted challenge to see if Stewart was genuinely interested in him beyond his wealth, as he was already a billionaire when they tied the knot in 2002. The couple's playful banter included an unusual test involving the slang term "Dutch oven," illustrating the couple's dynamic.</w:t>
      </w:r>
      <w:r/>
    </w:p>
    <w:p>
      <w:r/>
      <w:r>
        <w:t>Cuban's reflections cover a wide spectrum, from futuristic business ideas to personal anecdotes, providing a multifaceted look at the entrepreneur's mindset. As he prepares to exit "Shark Tank," Cuban's thoughts on AI and personal insights prove that he remains engaged with both technological advancements and his personal life narrative. As he continues to explore new opportunities, Cuban's legacy as a business leader and media personality seems poised to endure.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https://www.linkedin.com/posts/cnbc-make-it_mark-cuban-if-i-was-16-again-id-start-activity-7254887501843058688-QgUu</w:t>
        </w:r>
      </w:hyperlink>
      <w:r>
        <w:t xml:space="preserve"> - Corroborates Mark Cuban's statement about starting an AI-related side hustle if he were 16 again.</w:t>
      </w:r>
      <w:r/>
    </w:p>
    <w:p>
      <w:pPr>
        <w:pStyle w:val="ListNumber"/>
        <w:spacing w:line="240" w:lineRule="auto"/>
        <w:ind w:left="720"/>
      </w:pPr>
      <w:r/>
      <w:hyperlink r:id="rId11">
        <w:r>
          <w:rPr>
            <w:color w:val="0000EE"/>
            <w:u w:val="single"/>
          </w:rPr>
          <w:t>https://www.linkedin.com/posts/cnbc_mark-cuban-if-i-was-16-again-id-start-activity-7254522276358840320-Bo7p</w:t>
        </w:r>
      </w:hyperlink>
      <w:r>
        <w:t xml:space="preserve"> - Supports the idea that Mark Cuban would focus on AI prompt engineering as a side hustle.</w:t>
      </w:r>
      <w:r/>
    </w:p>
    <w:p>
      <w:pPr>
        <w:pStyle w:val="ListNumber"/>
        <w:spacing w:line="240" w:lineRule="auto"/>
        <w:ind w:left="720"/>
      </w:pPr>
      <w:r/>
      <w:hyperlink r:id="rId12">
        <w:r>
          <w:rPr>
            <w:color w:val="0000EE"/>
            <w:u w:val="single"/>
          </w:rPr>
          <w:t>https://www.news18.com/viral/want-a-6-figure-side-hustle-billionaire-mark-cuban-recommends-this-ai-skill-for-young-entrepreneurs-9098363.html</w:t>
        </w:r>
      </w:hyperlink>
      <w:r>
        <w:t xml:space="preserve"> - Details Mark Cuban's recommendation for young entrepreneurs to learn AI prompt engineering and its potential financial benefits.</w:t>
      </w:r>
      <w:r/>
    </w:p>
    <w:p>
      <w:pPr>
        <w:pStyle w:val="ListNumber"/>
        <w:spacing w:line="240" w:lineRule="auto"/>
        <w:ind w:left="720"/>
      </w:pPr>
      <w:r/>
      <w:hyperlink r:id="rId12">
        <w:r>
          <w:rPr>
            <w:color w:val="0000EE"/>
            <w:u w:val="single"/>
          </w:rPr>
          <w:t>https://www.news18.com/viral/want-a-6-figure-side-hustle-billionaire-mark-cuban-recommends-this-ai-skill-for-young-entrepreneurs-9098363.html</w:t>
        </w:r>
      </w:hyperlink>
      <w:r>
        <w:t xml:space="preserve"> - Provides background on Mark Cuban's early entrepreneurial activities and his current net worth.</w:t>
      </w:r>
      <w:r/>
    </w:p>
    <w:p>
      <w:pPr>
        <w:pStyle w:val="ListNumber"/>
        <w:spacing w:line="240" w:lineRule="auto"/>
        <w:ind w:left="720"/>
      </w:pPr>
      <w:r/>
      <w:hyperlink r:id="rId13">
        <w:r>
          <w:rPr>
            <w:color w:val="0000EE"/>
            <w:u w:val="single"/>
          </w:rPr>
          <w:t>https://www.cnbc.com/2022/09/28/mark-cuban-money-advice-for-kids-teenagers-inspired-by-shark-tank.html</w:t>
        </w:r>
      </w:hyperlink>
      <w:r>
        <w:t xml:space="preserve"> - Discusses Mark Cuban's early life and how he made money as a child, selling garbage bags and other items.</w:t>
      </w:r>
      <w:r/>
    </w:p>
    <w:p>
      <w:pPr>
        <w:pStyle w:val="ListNumber"/>
        <w:spacing w:line="240" w:lineRule="auto"/>
        <w:ind w:left="720"/>
      </w:pPr>
      <w:r/>
      <w:hyperlink r:id="rId14">
        <w:r>
          <w:rPr>
            <w:color w:val="0000EE"/>
            <w:u w:val="single"/>
          </w:rPr>
          <w:t>https://www.youtube.com/watch?v=s9F9ous3O30</w:t>
        </w:r>
      </w:hyperlink>
      <w:r>
        <w:t xml:space="preserve"> - Supports the interview where Mark Cuban discusses his hypothetical teenage side hustle involving AI.</w:t>
      </w:r>
      <w:r/>
    </w:p>
    <w:p>
      <w:pPr>
        <w:pStyle w:val="ListNumber"/>
        <w:spacing w:line="240" w:lineRule="auto"/>
        <w:ind w:left="720"/>
      </w:pPr>
      <w:r/>
      <w:hyperlink r:id="rId12">
        <w:r>
          <w:rPr>
            <w:color w:val="0000EE"/>
            <w:u w:val="single"/>
          </w:rPr>
          <w:t>https://www.news18.com/viral/want-a-6-figure-side-hustle-billionaire-mark-cuban-recommends-this-ai-skill-for-young-entrepreneurs-9098363.html</w:t>
        </w:r>
      </w:hyperlink>
      <w:r>
        <w:t xml:space="preserve"> - Mentions Mark Cuban's decision to leave 'Shark Tank' after the 16th season and his reflections on the show.</w:t>
      </w:r>
      <w:r/>
    </w:p>
    <w:p>
      <w:pPr>
        <w:pStyle w:val="ListNumber"/>
        <w:spacing w:line="240" w:lineRule="auto"/>
        <w:ind w:left="720"/>
      </w:pPr>
      <w:r/>
      <w:hyperlink r:id="rId15">
        <w:r>
          <w:rPr>
            <w:color w:val="0000EE"/>
            <w:u w:val="single"/>
          </w:rPr>
          <w:t>https://www.forbes.com/profile/mark-cuban/</w:t>
        </w:r>
      </w:hyperlink>
      <w:r>
        <w:t xml:space="preserve"> - Confirms Mark Cuban's net worth estimated at $5.7 billion.</w:t>
      </w:r>
      <w:r/>
    </w:p>
    <w:p>
      <w:pPr>
        <w:pStyle w:val="ListNumber"/>
        <w:spacing w:line="240" w:lineRule="auto"/>
        <w:ind w:left="720"/>
      </w:pPr>
      <w:r/>
      <w:hyperlink r:id="rId13">
        <w:r>
          <w:rPr>
            <w:color w:val="0000EE"/>
            <w:u w:val="single"/>
          </w:rPr>
          <w:t>https://www.cnbc.com/2022/09/28/mark-cuban-money-advice-for-kids-teenagers-inspired-by-shark-tank.html</w:t>
        </w:r>
      </w:hyperlink>
      <w:r>
        <w:t xml:space="preserve"> - Provides context on Mark Cuban's entrepreneurial journey, including his roles in MicroSolutions and Broadcast.com.</w:t>
      </w:r>
      <w:r/>
    </w:p>
    <w:p>
      <w:pPr>
        <w:pStyle w:val="ListNumber"/>
        <w:spacing w:line="240" w:lineRule="auto"/>
        <w:ind w:left="720"/>
      </w:pPr>
      <w:r/>
      <w:hyperlink r:id="rId12">
        <w:r>
          <w:rPr>
            <w:color w:val="0000EE"/>
            <w:u w:val="single"/>
          </w:rPr>
          <w:t>https://www.news18.com/viral/want-a-6-figure-side-hustle-billionaire-mark-cuban-recommends-this-ai-skill-for-young-entrepreneurs-9098363.html</w:t>
        </w:r>
      </w:hyperlink>
      <w:r>
        <w:t xml:space="preserve"> - Details Mark Cuban's current activities, including promoting Cost Plus Drugs.</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overall article content, though it does not provide specific corroborating details.</w:t>
      </w:r>
      <w:r/>
    </w:p>
    <w:p>
      <w:pPr>
        <w:pStyle w:val="ListNumber"/>
        <w:spacing w:line="240" w:lineRule="auto"/>
        <w:ind w:left="720"/>
      </w:pPr>
      <w:r/>
      <w:hyperlink r:id="rId16">
        <w:r>
          <w:rPr>
            <w:color w:val="0000EE"/>
            <w:u w:val="single"/>
          </w:rPr>
          <w:t>https://www.dailymail.co.uk/tvshowbiz/article-13993589/shark-tank-mark-cuban-hustle-earn-money.html?ns_mchannel=rss&amp;ns_campaign=1490&amp;ito=1490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cnbc-make-it_mark-cuban-if-i-was-16-again-id-start-activity-7254887501843058688-QgUu" TargetMode="External"/><Relationship Id="rId11" Type="http://schemas.openxmlformats.org/officeDocument/2006/relationships/hyperlink" Target="https://www.linkedin.com/posts/cnbc_mark-cuban-if-i-was-16-again-id-start-activity-7254522276358840320-Bo7p" TargetMode="External"/><Relationship Id="rId12" Type="http://schemas.openxmlformats.org/officeDocument/2006/relationships/hyperlink" Target="https://www.news18.com/viral/want-a-6-figure-side-hustle-billionaire-mark-cuban-recommends-this-ai-skill-for-young-entrepreneurs-9098363.html" TargetMode="External"/><Relationship Id="rId13" Type="http://schemas.openxmlformats.org/officeDocument/2006/relationships/hyperlink" Target="https://www.cnbc.com/2022/09/28/mark-cuban-money-advice-for-kids-teenagers-inspired-by-shark-tank.html" TargetMode="External"/><Relationship Id="rId14" Type="http://schemas.openxmlformats.org/officeDocument/2006/relationships/hyperlink" Target="https://www.youtube.com/watch?v=s9F9ous3O30" TargetMode="External"/><Relationship Id="rId15" Type="http://schemas.openxmlformats.org/officeDocument/2006/relationships/hyperlink" Target="https://www.forbes.com/profile/mark-cuban/" TargetMode="External"/><Relationship Id="rId16" Type="http://schemas.openxmlformats.org/officeDocument/2006/relationships/hyperlink" Target="https://www.dailymail.co.uk/tvshowbiz/article-13993589/shark-tank-mark-cuban-hustle-earn-money.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