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Marking 40 years of 'The Terminator' and its relevance to contemporary AI discussions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October 26, 2024 approaches, cinephiles and technology enthusiasts alike are revisiting James Cameron's seminal work, "The Terminator," which first premiered 40 years ago. The film, starring Arnold Schwarzenegger as a cyborg assassin, continues to resonate in discussions about artificial intelligence (AI), reflecting societal anxieties around the capabilities and potentials of emerging tech.</w:t>
      </w:r>
      <w:r/>
    </w:p>
    <w:p>
      <w:r/>
      <w:r>
        <w:t>Released in 1984, "The Terminator" presents a dystopian future controlled by Skynet, an artificial superintelligence that instigates a nuclear holocaust, decimating humanity. The plot pivots on the determined resistance led by John Connor, whose birth becomes the target of Skynet's temporal interventions. Skynet sends a cyborg back in time to eliminate Connor's mother, Sarah, before he can lead the resistance, a nod to the perpetual tug-of-war between mankind and rogue technology.</w:t>
      </w:r>
      <w:r/>
    </w:p>
    <w:p>
      <w:r/>
      <w:r>
        <w:t xml:space="preserve">In light of contemporary concerns about AI, the film has maintained relevance. In its day, though initially described by the New York Times as a “B-movie with flair”, "The Terminator" has ascended to classic status, earning more than 12 times its budget and recognised as a pinnacle in the science fiction genre. </w:t>
      </w:r>
      <w:r/>
    </w:p>
    <w:p>
      <w:r/>
      <w:r>
        <w:t>The fears Cameron depicted through the 80s lens reflect a cold war mentality, entwining the threat of nuclear annihilation with burgeoning technological advancement. This thematic parallel continues to reverberate today, with the public increasingly aware of AI's complex role in society. Current AI debates, known for highlighting both its transformative potential and perilous possibilities, often channel back to this symbolic cinematic compass.</w:t>
      </w:r>
      <w:r/>
    </w:p>
    <w:p>
      <w:r/>
      <w:r>
        <w:t>Prominent figures in technology such as Elon Musk frequently allude to the warnings inherent in works like "The Terminator" when discussing the speculative dangers of superintelligent AI. Musk, known for his candid comments on AI's existential risks, underscores the film’s influence on public perception regarding the unchecked rise of autonomous machines.</w:t>
      </w:r>
      <w:r/>
    </w:p>
    <w:p>
      <w:r/>
      <w:r>
        <w:t>Yet, some argue that this apocalyptic framing can overshadow AI's beneficial applications. At a 2023 conference in London, former UK technology minister Paul Scully suggested that focusing solely on doomsday scenarios diverts attention from the constructive potentials AI can offer.</w:t>
      </w:r>
      <w:r/>
    </w:p>
    <w:p>
      <w:r/>
      <w:r>
        <w:t>Despite these differing views, the similarities between the storyline of "The Terminator" and current discussions about AI’s role in military scenarios are not entirely unfounded. The ethics of AI-controlled weaponry have ignited debate, drawing attention to the possibility of machines autonomously deciding matters of life and death. Although US officials have stated AI will not decide on nuclear launches, the integration of AI with autonomous weapons remains a conceivable development.</w:t>
      </w:r>
      <w:r/>
    </w:p>
    <w:p>
      <w:r/>
      <w:r>
        <w:t>In 2016, US Air Force General Paul Selva coined the term “Terminator conundrum,” referencing the nuanced dilemmas posed by such technologies. Leaders in AI, like Stuart Russell from the UK, advocate for prohibitions on fully autonomous lethal weapons, expressing concerns about their potential to precisely execute commands with potentially catastrophic precision.</w:t>
      </w:r>
      <w:r/>
    </w:p>
    <w:p>
      <w:r/>
      <w:r>
        <w:t>Amid worries over AI's increasing military application, especially in autonomous drones or “loitering munitions,” there remains a critical focus on ensuring human oversight remains central. The ongoing conflict in Ukraine and other regions increasingly engaging with these technologies magnifies concern over the level of control human operators hold.</w:t>
      </w:r>
      <w:r/>
    </w:p>
    <w:p>
      <w:r/>
      <w:r>
        <w:t>"The Terminator" seemingly immortalises the mythos of self-aware machines opposing humanity, drawing from historical narratives such as Mary Shelley’s "Frankenstein" and Karel Čapek’s "R.U.R." These stories echo in today’s geopolitical climate, as nations wrestle with the implications of AI-driven strategies to achieve global dominance.</w:t>
      </w:r>
      <w:r/>
    </w:p>
    <w:p>
      <w:r/>
      <w:r>
        <w:t>Thus, as the 40th anniversary of "The Terminator" dawns, the film stands as both a cultural artifact and a catalyst for ongoing discussions on AI, influencing how societies envision a future intertwined with groundbreaking—and potentially fraught—technological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https://www.empireonline.com/movies/news/james-cameron-revisits-the-terminator-exclusive/</w:t>
        </w:r>
      </w:hyperlink>
      <w:r>
        <w:t xml:space="preserve"> - Corroborates James Cameron's reflections on 'The Terminator' and its impact on his career, as well as the film's enduring legacy and themes.</w:t>
      </w:r>
      <w:r/>
    </w:p>
    <w:p>
      <w:pPr>
        <w:pStyle w:val="ListNumber"/>
        <w:spacing w:line="240" w:lineRule="auto"/>
        <w:ind w:left="720"/>
      </w:pPr>
      <w:r/>
      <w:hyperlink r:id="rId11">
        <w:r>
          <w:rPr>
            <w:color w:val="0000EE"/>
            <w:u w:val="single"/>
          </w:rPr>
          <w:t>https://varsitydesmoines.com/movies/the-terminator-40th-anniversary-with-qa/</w:t>
        </w:r>
      </w:hyperlink>
      <w:r>
        <w:t xml:space="preserve"> - Provides details on the plot and the 40th anniversary celebrations of 'The Terminator', including a Q&amp;A with James Cameron and Gale Anne Hurd.</w:t>
      </w:r>
      <w:r/>
    </w:p>
    <w:p>
      <w:pPr>
        <w:pStyle w:val="ListNumber"/>
        <w:spacing w:line="240" w:lineRule="auto"/>
        <w:ind w:left="720"/>
      </w:pPr>
      <w:r/>
      <w:hyperlink r:id="rId12">
        <w:r>
          <w:rPr>
            <w:color w:val="0000EE"/>
            <w:u w:val="single"/>
          </w:rPr>
          <w:t>https://www.midlandsmovies.com/review-of-the-terminator-40th-anniversary-reissue</w:t>
        </w:r>
      </w:hyperlink>
      <w:r>
        <w:t xml:space="preserve"> - Supports the film's plot, its impact on cinema, and the 40th anniversary reissue, highlighting its significance and enduring themes.</w:t>
      </w:r>
      <w:r/>
    </w:p>
    <w:p>
      <w:pPr>
        <w:pStyle w:val="ListNumber"/>
        <w:spacing w:line="240" w:lineRule="auto"/>
        <w:ind w:left="720"/>
      </w:pPr>
      <w:r/>
      <w:hyperlink r:id="rId13">
        <w:r>
          <w:rPr>
            <w:color w:val="0000EE"/>
            <w:u w:val="single"/>
          </w:rPr>
          <w:t>https://cbmajestic.org/movies/the-terminator/</w:t>
        </w:r>
      </w:hyperlink>
      <w:r>
        <w:t xml:space="preserve"> - Confirms the indie roots of 'The Terminator', its production details, and the 40th anniversary celebrations, including a Q&amp;A with James Cameron and Gale Anne Hurd.</w:t>
      </w:r>
      <w:r/>
    </w:p>
    <w:p>
      <w:pPr>
        <w:pStyle w:val="ListNumber"/>
        <w:spacing w:line="240" w:lineRule="auto"/>
        <w:ind w:left="720"/>
      </w:pPr>
      <w:r/>
      <w:hyperlink r:id="rId12">
        <w:r>
          <w:rPr>
            <w:color w:val="0000EE"/>
            <w:u w:val="single"/>
          </w:rPr>
          <w:t>https://www.midlandsmovies.com/review-of-the-terminator-40th-anniversary-reissue</w:t>
        </w:r>
      </w:hyperlink>
      <w:r>
        <w:t xml:space="preserve"> - Discusses the film's initial reception and its ascension to classic status, earning more than 12 times its budget.</w:t>
      </w:r>
      <w:r/>
    </w:p>
    <w:p>
      <w:pPr>
        <w:pStyle w:val="ListNumber"/>
        <w:spacing w:line="240" w:lineRule="auto"/>
        <w:ind w:left="720"/>
      </w:pPr>
      <w:r/>
      <w:hyperlink r:id="rId10">
        <w:r>
          <w:rPr>
            <w:color w:val="0000EE"/>
            <w:u w:val="single"/>
          </w:rPr>
          <w:t>https://www.empireonline.com/movies/news/james-cameron-revisits-the-terminator-exclusive/</w:t>
        </w:r>
      </w:hyperlink>
      <w:r>
        <w:t xml:space="preserve"> - Reflects on the thematic parallels between the film and contemporary concerns about AI, including the cold war mentality and technological advancement.</w:t>
      </w:r>
      <w:r/>
    </w:p>
    <w:p>
      <w:pPr>
        <w:pStyle w:val="ListNumber"/>
        <w:spacing w:line="240" w:lineRule="auto"/>
        <w:ind w:left="720"/>
      </w:pPr>
      <w:r/>
      <w:hyperlink r:id="rId11">
        <w:r>
          <w:rPr>
            <w:color w:val="0000EE"/>
            <w:u w:val="single"/>
          </w:rPr>
          <w:t>https://varsitydesmoines.com/movies/the-terminator-40th-anniversary-with-qa/</w:t>
        </w:r>
      </w:hyperlink>
      <w:r>
        <w:t xml:space="preserve"> - Highlights the film's storyline involving Skynet and the resistance led by John Connor, which resonates with current AI debates.</w:t>
      </w:r>
      <w:r/>
    </w:p>
    <w:p>
      <w:pPr>
        <w:pStyle w:val="ListNumber"/>
        <w:spacing w:line="240" w:lineRule="auto"/>
        <w:ind w:left="720"/>
      </w:pPr>
      <w:r/>
      <w:hyperlink r:id="rId13">
        <w:r>
          <w:rPr>
            <w:color w:val="0000EE"/>
            <w:u w:val="single"/>
          </w:rPr>
          <w:t>https://cbmajestic.org/movies/the-terminator/</w:t>
        </w:r>
      </w:hyperlink>
      <w:r>
        <w:t xml:space="preserve"> - Mentions the film's influence on public perception regarding AI, aligning with comments from figures like Elon Musk on the dangers of superintelligent AI.</w:t>
      </w:r>
      <w:r/>
    </w:p>
    <w:p>
      <w:pPr>
        <w:pStyle w:val="ListNumber"/>
        <w:spacing w:line="240" w:lineRule="auto"/>
        <w:ind w:left="720"/>
      </w:pPr>
      <w:r/>
      <w:hyperlink r:id="rId12">
        <w:r>
          <w:rPr>
            <w:color w:val="0000EE"/>
            <w:u w:val="single"/>
          </w:rPr>
          <w:t>https://www.midlandsmovies.com/review-of-the-terminator-40th-anniversary-reissue</w:t>
        </w:r>
      </w:hyperlink>
      <w:r>
        <w:t xml:space="preserve"> - Touches on the ethical debates around AI-controlled weaponry and the need for human oversight, echoing current discussions on autonomous military technologies.</w:t>
      </w:r>
      <w:r/>
    </w:p>
    <w:p>
      <w:pPr>
        <w:pStyle w:val="ListNumber"/>
        <w:spacing w:line="240" w:lineRule="auto"/>
        <w:ind w:left="720"/>
      </w:pPr>
      <w:r/>
      <w:hyperlink r:id="rId13">
        <w:r>
          <w:rPr>
            <w:color w:val="0000EE"/>
            <w:u w:val="single"/>
          </w:rPr>
          <w:t>https://cbmajestic.org/movies/the-terminator/</w:t>
        </w:r>
      </w:hyperlink>
      <w:r>
        <w:t xml:space="preserve"> - Notes the historical narratives such as 'Frankenstein' and 'R.U.R.' that 'The Terminator' draws from, reflecting broader societal anxieties about technology.</w:t>
      </w:r>
      <w:r/>
    </w:p>
    <w:p>
      <w:pPr>
        <w:pStyle w:val="ListNumber"/>
        <w:spacing w:line="240" w:lineRule="auto"/>
        <w:ind w:left="720"/>
      </w:pPr>
      <w:r/>
      <w:hyperlink r:id="rId10">
        <w:r>
          <w:rPr>
            <w:color w:val="0000EE"/>
            <w:u w:val="single"/>
          </w:rPr>
          <w:t>https://www.empireonline.com/movies/news/james-cameron-revisits-the-terminator-exclusive/</w:t>
        </w:r>
      </w:hyperlink>
      <w:r>
        <w:t xml:space="preserve"> - Emphasizes the film's role as a cultural artifact and a catalyst for ongoing discussions on AI and its implications for society.</w:t>
      </w:r>
      <w:r/>
    </w:p>
    <w:p>
      <w:pPr>
        <w:pStyle w:val="ListNumber"/>
        <w:spacing w:line="240" w:lineRule="auto"/>
        <w:ind w:left="720"/>
      </w:pPr>
      <w:r/>
      <w:hyperlink r:id="rId14">
        <w:r>
          <w:rPr>
            <w:color w:val="0000EE"/>
            <w:u w:val="single"/>
          </w:rPr>
          <w:t>https://theconversation.com/the-terminator-at-40-this-sci-fi-b-movie-still-shapes-how-we-view-the-threat-of-ai-236564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pireonline.com/movies/news/james-cameron-revisits-the-terminator-exclusive/" TargetMode="External"/><Relationship Id="rId11" Type="http://schemas.openxmlformats.org/officeDocument/2006/relationships/hyperlink" Target="https://varsitydesmoines.com/movies/the-terminator-40th-anniversary-with-qa/" TargetMode="External"/><Relationship Id="rId12" Type="http://schemas.openxmlformats.org/officeDocument/2006/relationships/hyperlink" Target="https://www.midlandsmovies.com/review-of-the-terminator-40th-anniversary-reissue" TargetMode="External"/><Relationship Id="rId13" Type="http://schemas.openxmlformats.org/officeDocument/2006/relationships/hyperlink" Target="https://cbmajestic.org/movies/the-terminator/" TargetMode="External"/><Relationship Id="rId14" Type="http://schemas.openxmlformats.org/officeDocument/2006/relationships/hyperlink" Target="https://theconversation.com/the-terminator-at-40-this-sci-fi-b-movie-still-shapes-how-we-view-the-threat-of-ai-2365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