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introduces AI-powered chat recording feature for WhatsApp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the parent company of WhatsApp, is introducing a new chat recording feature powered by its own artificial intelligence, Meta AI. This development aims to address a pressing user requirement by providing speech-to-text conversion directly within the popular messaging app. This enhancement will be especially beneficial in situations where listening to audio messages is inconvenient, such as during meetings, in noisy environments, or in quiet places where playing audio out loud is inappropriate.</w:t>
      </w:r>
      <w:r/>
    </w:p>
    <w:p>
      <w:r/>
      <w:r>
        <w:t>The AI-driven feature promises rapid and accurate transcription of voice messages, supporting a diverse array of languages and accents. This caters to WhatsApp’s massive global user base, which stands at approximately 2 billion people worldwide. By using this technology, users will no longer need to rely on third-party applications to convert audio to text, streamlining the communication process.</w:t>
      </w:r>
      <w:r/>
    </w:p>
    <w:p>
      <w:r/>
      <w:r>
        <w:t>Text versions of voice messages will be made available almost instantaneously, offering users more flexibility and improving the flow of communication. This is particularly advantageous for those who might have missed parts of a conversation; instead of having to replay long audio clips or scroll back through lengthy chat histories, users can simply read through a transcript.</w:t>
      </w:r>
      <w:r/>
    </w:p>
    <w:p>
      <w:r/>
      <w:r>
        <w:t>Furthermore, this feature ensures that vital information conveyed through voice messages is captured in real time, minimising the risk of miscommunication or oversight. It enhances the versatility of voice messages by allowing users to seamlessly shift between spoken and written communication according to their immediate circumstances.</w:t>
      </w:r>
      <w:r/>
    </w:p>
    <w:p>
      <w:r/>
      <w:r>
        <w:t>This move by Meta underscores the company’s commitment to enhancing user experience on WhatsApp, making communication more accessible and convenient in a world where multiple languages and diverse dialects are spoken. By integrating this advanced technology into WhatsApp, Meta aims to revolutionise the way users engage with each other, by breaking down language barriers and facilitating smoother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https://faq.whatsapp.com/1535085837434279/?cms_platform=android</w:t>
        </w:r>
      </w:hyperlink>
      <w:r>
        <w:t xml:space="preserve"> - Corroborates the use of Meta AI for voice prompts and its integration into WhatsApp, including the process of sending voice prompts and the feature's availability in limited countries and languages.</w:t>
      </w:r>
      <w:r/>
    </w:p>
    <w:p>
      <w:pPr>
        <w:pStyle w:val="ListNumber"/>
        <w:spacing w:line="240" w:lineRule="auto"/>
        <w:ind w:left="720"/>
      </w:pPr>
      <w:r/>
      <w:hyperlink r:id="rId11">
        <w:r>
          <w:rPr>
            <w:color w:val="0000EE"/>
            <w:u w:val="single"/>
          </w:rPr>
          <w:t>https://www.meta.com/en-gb/help/artificial-intelligence/chat-with-meta-ai/</w:t>
        </w:r>
      </w:hyperlink>
      <w:r>
        <w:t xml:space="preserve"> - Supports the functionality of Meta AI across various Meta platforms, including its ability to generate responses, help with writing, and provide coding assistance, which aligns with the enhanced communication features described.</w:t>
      </w:r>
      <w:r/>
    </w:p>
    <w:p>
      <w:pPr>
        <w:pStyle w:val="ListNumber"/>
        <w:spacing w:line="240" w:lineRule="auto"/>
        <w:ind w:left="720"/>
      </w:pPr>
      <w:r/>
      <w:hyperlink r:id="rId12">
        <w:r>
          <w:rPr>
            <w:color w:val="0000EE"/>
            <w:u w:val="single"/>
          </w:rPr>
          <w:t>https://about.fb.com/news/2024/04/meta-ai-assistant-built-with-llama-3/</w:t>
        </w:r>
      </w:hyperlink>
      <w:r>
        <w:t xml:space="preserve"> - Details the rollout of Meta AI across different Meta platforms, including WhatsApp, and its capabilities such as generating images and providing real-time information, which enhances user communication.</w:t>
      </w:r>
      <w:r/>
    </w:p>
    <w:p>
      <w:pPr>
        <w:pStyle w:val="ListNumber"/>
        <w:spacing w:line="240" w:lineRule="auto"/>
        <w:ind w:left="720"/>
      </w:pPr>
      <w:r/>
      <w:hyperlink r:id="rId10">
        <w:r>
          <w:rPr>
            <w:color w:val="0000EE"/>
            <w:u w:val="single"/>
          </w:rPr>
          <w:t>https://faq.whatsapp.com/1535085837434279/?cms_platform=android</w:t>
        </w:r>
      </w:hyperlink>
      <w:r>
        <w:t xml:space="preserve"> - Explains the optional nature of interacting with Meta AI and how it improves AI quality, which is relevant to the integration of AI-driven features in WhatsApp.</w:t>
      </w:r>
      <w:r/>
    </w:p>
    <w:p>
      <w:pPr>
        <w:pStyle w:val="ListNumber"/>
        <w:spacing w:line="240" w:lineRule="auto"/>
        <w:ind w:left="720"/>
      </w:pPr>
      <w:r/>
      <w:hyperlink r:id="rId12">
        <w:r>
          <w:rPr>
            <w:color w:val="0000EE"/>
            <w:u w:val="single"/>
          </w:rPr>
          <w:t>https://about.fb.com/news/2024/04/meta-ai-assistant-built-with-llama-3/</w:t>
        </w:r>
      </w:hyperlink>
      <w:r>
        <w:t xml:space="preserve"> - Mentions the global availability of Meta AI, supporting the claim that the feature caters to WhatsApp’s massive global user base.</w:t>
      </w:r>
      <w:r/>
    </w:p>
    <w:p>
      <w:pPr>
        <w:pStyle w:val="ListNumber"/>
        <w:spacing w:line="240" w:lineRule="auto"/>
        <w:ind w:left="720"/>
      </w:pPr>
      <w:r/>
      <w:hyperlink r:id="rId10">
        <w:r>
          <w:rPr>
            <w:color w:val="0000EE"/>
            <w:u w:val="single"/>
          </w:rPr>
          <w:t>https://faq.whatsapp.com/1535085837434279/?cms_platform=android</w:t>
        </w:r>
      </w:hyperlink>
      <w:r>
        <w:t xml:space="preserve"> - Highlights the feature of generating AI images and other media, which aligns with the enhanced flexibility and communication flow provided by the new chat recording feature.</w:t>
      </w:r>
      <w:r/>
    </w:p>
    <w:p>
      <w:pPr>
        <w:pStyle w:val="ListNumber"/>
        <w:spacing w:line="240" w:lineRule="auto"/>
        <w:ind w:left="720"/>
      </w:pPr>
      <w:r/>
      <w:hyperlink r:id="rId11">
        <w:r>
          <w:rPr>
            <w:color w:val="0000EE"/>
            <w:u w:val="single"/>
          </w:rPr>
          <w:t>https://www.meta.com/en-gb/help/artificial-intelligence/chat-with-meta-ai/</w:t>
        </w:r>
      </w:hyperlink>
      <w:r>
        <w:t xml:space="preserve"> - Describes how Meta AI can save and share responses, which is similar to the concept of having text versions of voice messages available for later reference.</w:t>
      </w:r>
      <w:r/>
    </w:p>
    <w:p>
      <w:pPr>
        <w:pStyle w:val="ListNumber"/>
        <w:spacing w:line="240" w:lineRule="auto"/>
        <w:ind w:left="720"/>
      </w:pPr>
      <w:r/>
      <w:hyperlink r:id="rId12">
        <w:r>
          <w:rPr>
            <w:color w:val="0000EE"/>
            <w:u w:val="single"/>
          </w:rPr>
          <w:t>https://about.fb.com/news/2024/04/meta-ai-assistant-built-with-llama-3/</w:t>
        </w:r>
      </w:hyperlink>
      <w:r>
        <w:t xml:space="preserve"> - Discusses the seamless integration of Meta AI across various apps, including WhatsApp, which enhances the user experience by providing real-time information and facilitating smoother interactions.</w:t>
      </w:r>
      <w:r/>
    </w:p>
    <w:p>
      <w:pPr>
        <w:pStyle w:val="ListNumber"/>
        <w:spacing w:line="240" w:lineRule="auto"/>
        <w:ind w:left="720"/>
      </w:pPr>
      <w:r/>
      <w:hyperlink r:id="rId10">
        <w:r>
          <w:rPr>
            <w:color w:val="0000EE"/>
            <w:u w:val="single"/>
          </w:rPr>
          <w:t>https://faq.whatsapp.com/1535085837434279/?cms_platform=android</w:t>
        </w:r>
      </w:hyperlink>
      <w:r>
        <w:t xml:space="preserve"> - Clarifies that personal messages and calls remain end-to-end encrypted, ensuring that the new feature does not compromise user privacy.</w:t>
      </w:r>
      <w:r/>
    </w:p>
    <w:p>
      <w:pPr>
        <w:pStyle w:val="ListNumber"/>
        <w:spacing w:line="240" w:lineRule="auto"/>
        <w:ind w:left="720"/>
      </w:pPr>
      <w:r/>
      <w:hyperlink r:id="rId12">
        <w:r>
          <w:rPr>
            <w:color w:val="0000EE"/>
            <w:u w:val="single"/>
          </w:rPr>
          <w:t>https://about.fb.com/news/2024/04/meta-ai-assistant-built-with-llama-3/</w:t>
        </w:r>
      </w:hyperlink>
      <w:r>
        <w:t xml:space="preserve"> - Emphasizes Meta’s commitment to enhancing user experience through advanced technology, aligning with the goal of making communication more accessible and convenient.</w:t>
      </w:r>
      <w:r/>
    </w:p>
    <w:p>
      <w:pPr>
        <w:pStyle w:val="ListNumber"/>
        <w:spacing w:line="240" w:lineRule="auto"/>
        <w:ind w:left="720"/>
      </w:pPr>
      <w:r/>
      <w:hyperlink r:id="rId11">
        <w:r>
          <w:rPr>
            <w:color w:val="0000EE"/>
            <w:u w:val="single"/>
          </w:rPr>
          <w:t>https://www.meta.com/en-gb/help/artificial-intelligence/chat-with-meta-ai/</w:t>
        </w:r>
      </w:hyperlink>
      <w:r>
        <w:t xml:space="preserve"> - Provides details on how Meta AI can be used to generate images and other content in real-time, which supports the idea of rapid and accurate transcription and generation of text versions of voice messages.</w:t>
      </w:r>
      <w:r/>
    </w:p>
    <w:p>
      <w:pPr>
        <w:pStyle w:val="ListNumber"/>
        <w:spacing w:line="240" w:lineRule="auto"/>
        <w:ind w:left="720"/>
      </w:pPr>
      <w:r/>
      <w:hyperlink r:id="rId13">
        <w:r>
          <w:rPr>
            <w:color w:val="0000EE"/>
            <w:u w:val="single"/>
          </w:rPr>
          <w:t>https://www.analyticsinsight.net/artificial-intelligence/what-is-the-new-chat-recording-feature-on-whatsapp-by-meta-ai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aq.whatsapp.com/1535085837434279/?cms_platform=android" TargetMode="External"/><Relationship Id="rId11" Type="http://schemas.openxmlformats.org/officeDocument/2006/relationships/hyperlink" Target="https://www.meta.com/en-gb/help/artificial-intelligence/chat-with-meta-ai/" TargetMode="External"/><Relationship Id="rId12" Type="http://schemas.openxmlformats.org/officeDocument/2006/relationships/hyperlink" Target="https://about.fb.com/news/2024/04/meta-ai-assistant-built-with-llama-3/" TargetMode="External"/><Relationship Id="rId13" Type="http://schemas.openxmlformats.org/officeDocument/2006/relationships/hyperlink" Target="https://www.analyticsinsight.net/artificial-intelligence/what-is-the-new-chat-recording-feature-on-whatsapp-by-meta-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