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partners with Reuters to enhance AI chatbot news responses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landscape of news consumption and artificial intelligence, Meta Platforms, Inc., formerly known as Facebook, has embarked on a strategic alliance with Reuters, one of the world's leading news organisations. This novel arrangement enables Meta's AI chatbot to incorporate Reuters' reporting in its responses to news-related inquiries, marking the first such partnership for Meta with a news outlet.</w:t>
      </w:r>
      <w:r/>
    </w:p>
    <w:p>
      <w:r/>
      <w:r>
        <w:t>This "multi-year deal," as described by Axios, will see Reuters' content utilised to enhance the informational accuracy of Meta's AI chatbot. This chatbot is already accessible across Meta's prominent platforms, including Facebook, Instagram, WhatsApp, and Messenger. The integration is anticipated to commence for users in the United States this Friday, where they will begin seeing summaries and hyperlinks to Reuters’ stories in chatbot interactions. This integration marks a significant shift from Meta's previous AI developments, which have predominantly focused on creative outputs and celebrity interactions rather than current affairs.</w:t>
      </w:r>
      <w:r/>
    </w:p>
    <w:p>
      <w:r/>
      <w:r>
        <w:t>Jamie Radice, a spokesperson for Meta, highlighted the objective of this collaboration. "We're always iterating and working to improve our products, and through Meta's partnership with Reuters, Meta AI can respond to news-related questions with summaries and links to Reuters content," said Radice. This partnership aims to provide users, particularly those seeking information on current events, with a richer and more reliable experience.</w:t>
      </w:r>
      <w:r/>
    </w:p>
    <w:p>
      <w:r/>
      <w:r>
        <w:t>However, the matter of safety measures for handling sensitive news content via AI remains somewhat nebulous. Meta has not disclosed the specifics of any implemented protocols to safeguard the accuracy and reliability of its AI-generated news responses.</w:t>
      </w:r>
      <w:r/>
    </w:p>
    <w:p>
      <w:r/>
      <w:r>
        <w:t>Globally, news organisations have shown a growing interest in examining partnerships with AI companies, as illustrated by the involvement of other media enterprises such as The Atlantic, The Wall Street Journal, and Dotdash Meredith with OpenAI. These parties view collaboration with AI as integral to their future strategies. The Atlantic CEO, Nicholas Thompson, articulated this sentiment, stating, "We want to be part of whatever transition happens."</w:t>
      </w:r>
      <w:r/>
    </w:p>
    <w:p>
      <w:r/>
      <w:r>
        <w:t>Nonetheless, the ethical and legal implications of AI utilisation in news dissemination remain contentious. The New York Times, for example, is challenging OpenAI and Microsoft legally, accusing them of infringing copyright protections as they developed their AI models.</w:t>
      </w:r>
      <w:r/>
    </w:p>
    <w:p>
      <w:r/>
      <w:r>
        <w:t>Interestingly, Meta's decision to embed current event content into its AI product contrasts with its approach on Threads, a platform the company has sought to keep relatively free of hard news and political discourse. While Meta is facilitating access to news content via its chatbots, it appears to opt for a controlled dissemination, reflecting a cautious stance towards the unregulated spread of political and news content.</w:t>
      </w:r>
      <w:r/>
    </w:p>
    <w:p>
      <w:r/>
      <w:r>
        <w:t>This partnership with Reuters underscores Meta's strategic interest in expanding its AI offerings while engaging users with informative content through a trusted news source. The financial specifics of the deal have not been disclosed, although it has been confirmed that Reuters will be compensated for its content use. As AI technologies increasingly intersect with media, the dynamics between information providers and platform developers will likely continue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https://www.reuters.com/technology/artificial-intelligence/meta-platforms-use-reuters-news-content-ai-chatbot-2024-10-25/</w:t>
        </w:r>
      </w:hyperlink>
      <w:r>
        <w:t xml:space="preserve"> - Corroborates the partnership between Meta Platforms and Reuters for using Reuters news content in Meta's AI chatbot.</w:t>
      </w:r>
      <w:r/>
    </w:p>
    <w:p>
      <w:pPr>
        <w:pStyle w:val="ListNumber"/>
        <w:spacing w:line="240" w:lineRule="auto"/>
        <w:ind w:left="720"/>
      </w:pPr>
      <w:r/>
      <w:hyperlink r:id="rId11">
        <w:r>
          <w:rPr>
            <w:color w:val="0000EE"/>
            <w:u w:val="single"/>
          </w:rPr>
          <w:t>https://www.usnews.com/news/top-news/articles/2024-10-25/meta-platforms-to-use-reuters-news-content-in-ai-chatbot</w:t>
        </w:r>
      </w:hyperlink>
      <w:r>
        <w:t xml:space="preserve"> - Details the multi-year agreement and the integration of Reuters content into Meta's AI chatbot for news-related questions.</w:t>
      </w:r>
      <w:r/>
    </w:p>
    <w:p>
      <w:pPr>
        <w:pStyle w:val="ListNumber"/>
        <w:spacing w:line="240" w:lineRule="auto"/>
        <w:ind w:left="720"/>
      </w:pPr>
      <w:r/>
      <w:hyperlink r:id="rId12">
        <w:r>
          <w:rPr>
            <w:color w:val="0000EE"/>
            <w:u w:val="single"/>
          </w:rPr>
          <w:t>https://economictimes.com/tech/artificial-intelligence/meta-platforms-to-use-reuters-news-content-in-ai-chatbot/articleshow/114606096.cms</w:t>
        </w:r>
      </w:hyperlink>
      <w:r>
        <w:t xml:space="preserve"> - Confirms that Meta AI will respond to news-related questions with summaries and links to Reuters content.</w:t>
      </w:r>
      <w:r/>
    </w:p>
    <w:p>
      <w:pPr>
        <w:pStyle w:val="ListNumber"/>
        <w:spacing w:line="240" w:lineRule="auto"/>
        <w:ind w:left="720"/>
      </w:pPr>
      <w:r/>
      <w:hyperlink r:id="rId13">
        <w:r>
          <w:rPr>
            <w:color w:val="0000EE"/>
            <w:u w:val="single"/>
          </w:rPr>
          <w:t>https://www.barchart.com/story/news/29232485/meta-integrates-reuters-content-in-new-ai-chatbot-expansion</w:t>
        </w:r>
      </w:hyperlink>
      <w:r>
        <w:t xml:space="preserve"> - Highlights the integration of Reuters content into Meta's AI chatbot for real-time news responses.</w:t>
      </w:r>
      <w:r/>
    </w:p>
    <w:p>
      <w:pPr>
        <w:pStyle w:val="ListNumber"/>
        <w:spacing w:line="240" w:lineRule="auto"/>
        <w:ind w:left="720"/>
      </w:pPr>
      <w:r/>
      <w:hyperlink r:id="rId14">
        <w:r>
          <w:rPr>
            <w:color w:val="0000EE"/>
            <w:u w:val="single"/>
          </w:rPr>
          <w:t>https://www.theverge.com/2024/10/25/24279259/meta-reuters-ai-chatbot-deal-news-licensing-media</w:t>
        </w:r>
      </w:hyperlink>
      <w:r>
        <w:t xml:space="preserve"> - Discusses the first big AI deal for news between Meta and Reuters, including the use of Reuters content to enhance the chatbot.</w:t>
      </w:r>
      <w:r/>
    </w:p>
    <w:p>
      <w:pPr>
        <w:pStyle w:val="ListNumber"/>
        <w:spacing w:line="240" w:lineRule="auto"/>
        <w:ind w:left="720"/>
      </w:pPr>
      <w:r/>
      <w:hyperlink r:id="rId11">
        <w:r>
          <w:rPr>
            <w:color w:val="0000EE"/>
            <w:u w:val="single"/>
          </w:rPr>
          <w:t>https://www.usnews.com/news/top-news/articles/2024-10-25/meta-platforms-to-use-reuters-news-content-in-ai-chatbot</w:t>
        </w:r>
      </w:hyperlink>
      <w:r>
        <w:t xml:space="preserve"> - Mentions the accessibility of the AI chatbot across various Meta platforms such as Facebook, WhatsApp, and Instagram.</w:t>
      </w:r>
      <w:r/>
    </w:p>
    <w:p>
      <w:pPr>
        <w:pStyle w:val="ListNumber"/>
        <w:spacing w:line="240" w:lineRule="auto"/>
        <w:ind w:left="720"/>
      </w:pPr>
      <w:r/>
      <w:hyperlink r:id="rId10">
        <w:r>
          <w:rPr>
            <w:color w:val="0000EE"/>
            <w:u w:val="single"/>
          </w:rPr>
          <w:t>https://www.reuters.com/technology/artificial-intelligence/meta-platforms-use-reuters-news-content-ai-chatbot-2024-10-25/</w:t>
        </w:r>
      </w:hyperlink>
      <w:r>
        <w:t xml:space="preserve"> - Notes the financial compensation for Reuters through the multi-year agreement, although specifics are not disclosed.</w:t>
      </w:r>
      <w:r/>
    </w:p>
    <w:p>
      <w:pPr>
        <w:pStyle w:val="ListNumber"/>
        <w:spacing w:line="240" w:lineRule="auto"/>
        <w:ind w:left="720"/>
      </w:pPr>
      <w:r/>
      <w:hyperlink r:id="rId12">
        <w:r>
          <w:rPr>
            <w:color w:val="0000EE"/>
            <w:u w:val="single"/>
          </w:rPr>
          <w:t>https://economictimes.com/tech/artificial-intelligence/meta-platforms-to-use-reuters-news-content-in-ai-chatbot/articleshow/114606096.cms</w:t>
        </w:r>
      </w:hyperlink>
      <w:r>
        <w:t xml:space="preserve"> - Supports the statement from a Meta representative about the chatbot's ability to respond to news-related questions with Reuters content.</w:t>
      </w:r>
      <w:r/>
    </w:p>
    <w:p>
      <w:pPr>
        <w:pStyle w:val="ListNumber"/>
        <w:spacing w:line="240" w:lineRule="auto"/>
        <w:ind w:left="720"/>
      </w:pPr>
      <w:r/>
      <w:hyperlink r:id="rId14">
        <w:r>
          <w:rPr>
            <w:color w:val="0000EE"/>
            <w:u w:val="single"/>
          </w:rPr>
          <w:t>https://www.theverge.com/2024/10/25/24279259/meta-reuters-ai-chatbot-deal-news-licensing-media</w:t>
        </w:r>
      </w:hyperlink>
      <w:r>
        <w:t xml:space="preserve"> - Discusses other AI collaborations with news organizations, such as OpenAI and Perplexity.</w:t>
      </w:r>
      <w:r/>
    </w:p>
    <w:p>
      <w:pPr>
        <w:pStyle w:val="ListNumber"/>
        <w:spacing w:line="240" w:lineRule="auto"/>
        <w:ind w:left="720"/>
      </w:pPr>
      <w:r/>
      <w:hyperlink r:id="rId11">
        <w:r>
          <w:rPr>
            <w:color w:val="0000EE"/>
            <w:u w:val="single"/>
          </w:rPr>
          <w:t>https://www.usnews.com/news/top-news/articles/2024-10-25/meta-platforms-to-use-reuters-news-content-in-ai-chatbot</w:t>
        </w:r>
      </w:hyperlink>
      <w:r>
        <w:t xml:space="preserve"> - Highlights the ethical and legal implications of AI in news dissemination, including legal challenges by The New York Times against OpenAI and Microsoft.</w:t>
      </w:r>
      <w:r/>
    </w:p>
    <w:p>
      <w:pPr>
        <w:pStyle w:val="ListNumber"/>
        <w:spacing w:line="240" w:lineRule="auto"/>
        <w:ind w:left="720"/>
      </w:pPr>
      <w:r/>
      <w:hyperlink r:id="rId13">
        <w:r>
          <w:rPr>
            <w:color w:val="0000EE"/>
            <w:u w:val="single"/>
          </w:rPr>
          <w:t>https://www.barchart.com/story/news/29232485/meta-integrates-reuters-content-in-new-ai-chatbot-expansion</w:t>
        </w:r>
      </w:hyperlink>
      <w:r>
        <w:t xml:space="preserve"> - Contrasts Meta's approach to news content on its chatbots with its approach on Threads, a platform kept relatively free of hard news and political discourse.</w:t>
      </w:r>
      <w:r/>
    </w:p>
    <w:p>
      <w:pPr>
        <w:pStyle w:val="ListNumber"/>
        <w:spacing w:line="240" w:lineRule="auto"/>
        <w:ind w:left="720"/>
      </w:pPr>
      <w:r/>
      <w:hyperlink r:id="rId14">
        <w:r>
          <w:rPr>
            <w:color w:val="0000EE"/>
            <w:u w:val="single"/>
          </w:rPr>
          <w:t>https://www.theverge.com/2024/10/25/24279259/meta-reuters-ai-chatbot-deal-news-licensing-media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meta-platforms-use-reuters-news-content-ai-chatbot-2024-10-25/" TargetMode="External"/><Relationship Id="rId11" Type="http://schemas.openxmlformats.org/officeDocument/2006/relationships/hyperlink" Target="https://www.usnews.com/news/top-news/articles/2024-10-25/meta-platforms-to-use-reuters-news-content-in-ai-chatbot" TargetMode="External"/><Relationship Id="rId12" Type="http://schemas.openxmlformats.org/officeDocument/2006/relationships/hyperlink" Target="https://economictimes.com/tech/artificial-intelligence/meta-platforms-to-use-reuters-news-content-in-ai-chatbot/articleshow/114606096.cms" TargetMode="External"/><Relationship Id="rId13" Type="http://schemas.openxmlformats.org/officeDocument/2006/relationships/hyperlink" Target="https://www.barchart.com/story/news/29232485/meta-integrates-reuters-content-in-new-ai-chatbot-expansion" TargetMode="External"/><Relationship Id="rId14" Type="http://schemas.openxmlformats.org/officeDocument/2006/relationships/hyperlink" Target="https://www.theverge.com/2024/10/25/24279259/meta-reuters-ai-chatbot-deal-news-licensing-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