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Midjourney launches advanced image editing tools powered by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Midjourney, a prominent player in the field of artificial intelligence-driven image processing, has unveiled a suite of new tools designed to enhance image editing capabilities. These tools allow users to upload external images, including computer renderings, and perform various modifications such as expanding, cropping, repainting, and adding or altering elements within the scene.</w:t>
      </w:r>
      <w:r/>
    </w:p>
    <w:p>
      <w:r/>
      <w:r>
        <w:t>One of the standout features introduced by Midjourney is its image retexturing mode. This innovative function uses artificial intelligence to estimate the shape of the scene within an image, subsequently 'retexturing' it to apply new lighting, materials, and surfaces. Users can manage these editing actions via text prompts and by selecting specific regions within the image, adding a layer of intuitive interaction to the editing process.</w:t>
      </w:r>
      <w:r/>
    </w:p>
    <w:p>
      <w:r/>
      <w:r>
        <w:t>David Holz, the founder of Midjourney, highlighted the versatility of the new image editor, noting its compatibility with several advanced editing functions. Users can personalise models, reference styles and characters, and employ image prompting to refine edits. Holz also mentioned ongoing tests for a more sophisticated AI moderator, aimed at enhancing the experience by providing nuanced evaluations of the user inputs, images, painting masks, and output images.</w:t>
      </w:r>
      <w:r/>
    </w:p>
    <w:p>
      <w:r/>
      <w:r>
        <w:t>The initiative is currently in its early rollout and testing phase, being made available exclusively to select users with Yearly memberships or those who have been long-term subscribers. Specifically, it targets members with at least one year of subscription or those who have created a minimum of 10,000 images. This phased release, while ensuring a controlled deployment, notably restricts access to potential new users who may have been awaiting such features to join the platform.</w:t>
      </w:r>
      <w:r/>
    </w:p>
    <w:p>
      <w:r/>
      <w:r>
        <w:t>Midjourney’s new tools draw comparison to those offered by Vizcom, a popular choice among automotive styling studios for conceptualisation and ideation tasks. However, as Midjourney functions as a browser-based platform, considerations around data security arise since it lacks the SOC 2 Type II compliance for safeguarding confidential materials, unlike Vizcom.</w:t>
      </w:r>
      <w:r/>
    </w:p>
    <w:p>
      <w:r/>
      <w:r>
        <w:t>As the company continues to refine these tools, the integration of AI moderation and personalised editing promises to shape the future capabilities accessible to the Midjourney community. While this might initially limit usage to a smaller group, it represents a significant leap forward in image processing technology, blending AI innovation with user-friendly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https://www.tomsguide.com/ai/i-tried-midjourneys-new-ai-powered-image-editor-heres-how-it-works</w:t>
        </w:r>
      </w:hyperlink>
      <w:r>
        <w:t xml:space="preserve"> - Corroborates the introduction of Midjourney's new web-based interface and the canvas editor with features like inpainting, outpainting, and image resizing.</w:t>
      </w:r>
      <w:r/>
    </w:p>
    <w:p>
      <w:pPr>
        <w:pStyle w:val="ListNumber"/>
        <w:spacing w:line="240" w:lineRule="auto"/>
        <w:ind w:left="720"/>
      </w:pPr>
      <w:r/>
      <w:hyperlink r:id="rId11">
        <w:r>
          <w:rPr>
            <w:color w:val="0000EE"/>
            <w:u w:val="single"/>
          </w:rPr>
          <w:t>https://www.techradar.com/computing/artificial-intelligence/meld-your-photos-with-your-imagination-using-midjourneys-new-ai-image-editing-tools</w:t>
        </w:r>
      </w:hyperlink>
      <w:r>
        <w:t xml:space="preserve"> - Supports the information about Midjourney's new editing options, including the ability to upload and edit external images, and the Retexture feature.</w:t>
      </w:r>
      <w:r/>
    </w:p>
    <w:p>
      <w:pPr>
        <w:pStyle w:val="ListNumber"/>
        <w:spacing w:line="240" w:lineRule="auto"/>
        <w:ind w:left="720"/>
      </w:pPr>
      <w:r/>
      <w:hyperlink r:id="rId11">
        <w:r>
          <w:rPr>
            <w:color w:val="0000EE"/>
            <w:u w:val="single"/>
          </w:rPr>
          <w:t>https://www.techradar.com/computing/artificial-intelligence/meld-your-photos-with-your-imagination-using-midjourneys-new-ai-image-editing-tools</w:t>
        </w:r>
      </w:hyperlink>
      <w:r>
        <w:t xml:space="preserve"> - Details the use of text prompts and selecting specific regions within the image for editing, and the mention of AI moderation.</w:t>
      </w:r>
      <w:r/>
    </w:p>
    <w:p>
      <w:pPr>
        <w:pStyle w:val="ListNumber"/>
        <w:spacing w:line="240" w:lineRule="auto"/>
        <w:ind w:left="720"/>
      </w:pPr>
      <w:r/>
      <w:hyperlink r:id="rId10">
        <w:r>
          <w:rPr>
            <w:color w:val="0000EE"/>
            <w:u w:val="single"/>
          </w:rPr>
          <w:t>https://www.tomsguide.com/ai/i-tried-midjourneys-new-ai-powered-image-editor-heres-how-it-works</w:t>
        </w:r>
      </w:hyperlink>
      <w:r>
        <w:t xml:space="preserve"> - Explains the personalization and refinement capabilities of the new image editor, including changing specific areas of an image using text prompts.</w:t>
      </w:r>
      <w:r/>
    </w:p>
    <w:p>
      <w:pPr>
        <w:pStyle w:val="ListNumber"/>
        <w:spacing w:line="240" w:lineRule="auto"/>
        <w:ind w:left="720"/>
      </w:pPr>
      <w:r/>
      <w:hyperlink r:id="rId12">
        <w:r>
          <w:rPr>
            <w:color w:val="0000EE"/>
            <w:u w:val="single"/>
          </w:rPr>
          <w:t>https://www.eweek.com/artificial-intelligence/midjourney-review/</w:t>
        </w:r>
      </w:hyperlink>
      <w:r>
        <w:t xml:space="preserve"> - Provides information on the phased release of the new tools, targeting select users with specific subscription criteria.</w:t>
      </w:r>
      <w:r/>
    </w:p>
    <w:p>
      <w:pPr>
        <w:pStyle w:val="ListNumber"/>
        <w:spacing w:line="240" w:lineRule="auto"/>
        <w:ind w:left="720"/>
      </w:pPr>
      <w:r/>
      <w:hyperlink r:id="rId11">
        <w:r>
          <w:rPr>
            <w:color w:val="0000EE"/>
            <w:u w:val="single"/>
          </w:rPr>
          <w:t>https://www.techradar.com/computing/artificial-intelligence/meld-your-photos-with-your-imagination-using-midjourneys-new-ai-image-editing-tools</w:t>
        </w:r>
      </w:hyperlink>
      <w:r>
        <w:t xml:space="preserve"> - Discusses the restricted deployment of the new features to a subset of the current community and the increased human moderation.</w:t>
      </w:r>
      <w:r/>
    </w:p>
    <w:p>
      <w:pPr>
        <w:pStyle w:val="ListNumber"/>
        <w:spacing w:line="240" w:lineRule="auto"/>
        <w:ind w:left="720"/>
      </w:pPr>
      <w:r/>
      <w:hyperlink r:id="rId12">
        <w:r>
          <w:rPr>
            <w:color w:val="0000EE"/>
            <w:u w:val="single"/>
          </w:rPr>
          <w:t>https://www.eweek.com/artificial-intelligence/midjourney-review/</w:t>
        </w:r>
      </w:hyperlink>
      <w:r>
        <w:t xml:space="preserve"> - Mentions David Holz, the founder of Midjourney, and the ongoing tests for a more sophisticated AI moderator.</w:t>
      </w:r>
      <w:r/>
    </w:p>
    <w:p>
      <w:pPr>
        <w:pStyle w:val="ListNumber"/>
        <w:spacing w:line="240" w:lineRule="auto"/>
        <w:ind w:left="720"/>
      </w:pPr>
      <w:r/>
      <w:hyperlink r:id="rId13">
        <w:r>
          <w:rPr>
            <w:color w:val="0000EE"/>
            <w:u w:val="single"/>
          </w:rPr>
          <w:t>https://www.pickfu.com/blog/dall-e-vs-midjourney/</w:t>
        </w:r>
      </w:hyperlink>
      <w:r>
        <w:t xml:space="preserve"> - Compares Midjourney's capabilities with other AI image generators, highlighting its strengths in creating vivid and realistic images.</w:t>
      </w:r>
      <w:r/>
    </w:p>
    <w:p>
      <w:pPr>
        <w:pStyle w:val="ListNumber"/>
        <w:spacing w:line="240" w:lineRule="auto"/>
        <w:ind w:left="720"/>
      </w:pPr>
      <w:r/>
      <w:hyperlink r:id="rId10">
        <w:r>
          <w:rPr>
            <w:color w:val="0000EE"/>
            <w:u w:val="single"/>
          </w:rPr>
          <w:t>https://www.tomsguide.com/ai/i-tried-midjourneys-new-ai-powered-image-editor-heres-how-it-works</w:t>
        </w:r>
      </w:hyperlink>
      <w:r>
        <w:t xml:space="preserve"> - Describes the user-friendly interface and the ability to manage editing actions via text prompts and region selection.</w:t>
      </w:r>
      <w:r/>
    </w:p>
    <w:p>
      <w:pPr>
        <w:pStyle w:val="ListNumber"/>
        <w:spacing w:line="240" w:lineRule="auto"/>
        <w:ind w:left="720"/>
      </w:pPr>
      <w:r/>
      <w:hyperlink r:id="rId11">
        <w:r>
          <w:rPr>
            <w:color w:val="0000EE"/>
            <w:u w:val="single"/>
          </w:rPr>
          <w:t>https://www.techradar.com/computing/artificial-intelligence/meld-your-photos-with-your-imagination-using-midjourneys-new-ai-image-editing-tools</w:t>
        </w:r>
      </w:hyperlink>
      <w:r>
        <w:t xml:space="preserve"> - Addresses the ethical and security considerations, including the lack of SOC 2 Type II compliance for safeguarding confidential materials.</w:t>
      </w:r>
      <w:r/>
    </w:p>
    <w:p>
      <w:pPr>
        <w:pStyle w:val="ListNumber"/>
        <w:spacing w:line="240" w:lineRule="auto"/>
        <w:ind w:left="720"/>
      </w:pPr>
      <w:r/>
      <w:hyperlink r:id="rId12">
        <w:r>
          <w:rPr>
            <w:color w:val="0000EE"/>
            <w:u w:val="single"/>
          </w:rPr>
          <w:t>https://www.eweek.com/artificial-intelligence/midjourney-review/</w:t>
        </w:r>
      </w:hyperlink>
      <w:r>
        <w:t xml:space="preserve"> - Details the integration of AI moderation and personalized editing, promising to shape the future capabilities of the Midjourney community.</w:t>
      </w:r>
      <w:r/>
    </w:p>
    <w:p>
      <w:pPr>
        <w:pStyle w:val="ListNumber"/>
        <w:spacing w:line="240" w:lineRule="auto"/>
        <w:ind w:left="720"/>
      </w:pPr>
      <w:r/>
      <w:hyperlink r:id="rId14">
        <w:r>
          <w:rPr>
            <w:color w:val="0000EE"/>
            <w:u w:val="single"/>
          </w:rPr>
          <w:t>https://develop3d.com/ai/midjourney-image-editor/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ai/i-tried-midjourneys-new-ai-powered-image-editor-heres-how-it-works" TargetMode="External"/><Relationship Id="rId11" Type="http://schemas.openxmlformats.org/officeDocument/2006/relationships/hyperlink" Target="https://www.techradar.com/computing/artificial-intelligence/meld-your-photos-with-your-imagination-using-midjourneys-new-ai-image-editing-tools" TargetMode="External"/><Relationship Id="rId12" Type="http://schemas.openxmlformats.org/officeDocument/2006/relationships/hyperlink" Target="https://www.eweek.com/artificial-intelligence/midjourney-review/" TargetMode="External"/><Relationship Id="rId13" Type="http://schemas.openxmlformats.org/officeDocument/2006/relationships/hyperlink" Target="https://www.pickfu.com/blog/dall-e-vs-midjourney/" TargetMode="External"/><Relationship Id="rId14" Type="http://schemas.openxmlformats.org/officeDocument/2006/relationships/hyperlink" Target="https://develop3d.com/ai/midjourney-image-edi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