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York's AI-powered weapons scanner trial faces criticism after high false positives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This summer, a trial of AI-powered weapons scanners manufactured by Evolv was conducted across 20 subway stations in New York City, with the aim of bolstering security and deterring criminal activity. Despite scanning over 2,700 passengers during the pilot's 30-day period, the scanners did not detect any firearms. The trial, overseen by Mayor Eric Adams and the NYPD, identified only 12 knives but generated 118 false positive alerts, sparking criticism from civil rights groups who have labelled the initiative "objectively a failure."</w:t>
      </w:r>
      <w:r/>
    </w:p>
    <w:p>
      <w:r/>
      <w:r>
        <w:t>The deployment, which took place without any formal contract or payment to Evolv, has drawn skepticism from both the public and specialists in civil liberties. These groups have questioned the practicality and legality of scanning millions of daily passengers amidst concerns that violent crimes on the subway are relatively rare. Proponents argue the scanners could serve as a deterrent, although the efficiency and technological capability of the devices remain matters of debate.</w:t>
      </w:r>
      <w:r/>
    </w:p>
    <w:p>
      <w:r/>
      <w:r>
        <w:t>A significant point of contention is the high number of false positives generated during the trial. Police officials have declined to clarify the nature of these false alarms, whether they pertained to firearms or permissible objects like pocket knives. The Evolv scanners' performance echoes previous concerns; similar technology at Jacobi Hospital generated an 85% false positive rate for firearms during an earlier pilot.</w:t>
      </w:r>
      <w:r/>
    </w:p>
    <w:p>
      <w:r/>
      <w:r>
        <w:t>The situation has raised broader questions about the effectiveness and future of AI-based security systems in public spaces. Mayor Adams, who has been an advocate for integrating technology into public safety measures, introduced the scanners as part of a strategic push to modernise the city’s law enforcement infrastructure, including drones and robotic devices. Yet, this initiative is not without its challenges. The Evolv system has encountered legal hurdles, including investigations by the Federal Trade Commission and the U.S. Securities and Exchange Commission, as well as a lawsuit from a student who was stabbed with a knife not detected by the system.</w:t>
      </w:r>
      <w:r/>
    </w:p>
    <w:p>
      <w:r/>
      <w:r>
        <w:t>Amidst the controversy, City Hall has maintained that the pilot's objective was not merely to detect weapons but also to discourage potential threats. A spokesperson for the mayor emphasised that public safety remains paramount and that the pilot results are still under review, leaving open the possibility of engaging other vendors.</w:t>
      </w:r>
      <w:r/>
    </w:p>
    <w:p>
      <w:r/>
      <w:r>
        <w:t>The initiative reflects a broader trend where municipalities are increasingly turning to technology firms for solutions to urban safety challenges, though this pilot's mixed results spotlight the complexities faced in practical application and public acceptance. As the investigations and evaluations continue, the future of AI-powered scanners in New York's transit system remains uncertain, pending further assessment and possible adjustments to deployment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https://thetechtribune.com/new-ai-weapon-detectors-on-nyc-subways/</w:t>
        </w:r>
      </w:hyperlink>
      <w:r>
        <w:t xml:space="preserve"> - Corroborates the pilot program of AI-powered Evolv scanners in NYC subways, the involvement of Mayor Eric Adams, and the concerns raised by civil liberties groups.</w:t>
      </w:r>
      <w:r/>
    </w:p>
    <w:p>
      <w:pPr>
        <w:pStyle w:val="ListNumber"/>
        <w:spacing w:line="240" w:lineRule="auto"/>
        <w:ind w:left="720"/>
      </w:pPr>
      <w:r/>
      <w:hyperlink r:id="rId11">
        <w:r>
          <w:rPr>
            <w:color w:val="0000EE"/>
            <w:u w:val="single"/>
          </w:rPr>
          <w:t>https://www.ajc.com/news/nation-world/ai-powered-weapons-scanners-used-in-nyc-subway-found-zero-guns-in-one-month-test/WUQNRNJE5BBX3GB3FKD7Q255GI/</w:t>
        </w:r>
      </w:hyperlink>
      <w:r>
        <w:t xml:space="preserve"> - Details the results of the pilot program, including the detection of no firearms, 12 knives, and 118 false positives, as well as the skepticism from the public and civil liberties groups.</w:t>
      </w:r>
      <w:r/>
    </w:p>
    <w:p>
      <w:pPr>
        <w:pStyle w:val="ListNumber"/>
        <w:spacing w:line="240" w:lineRule="auto"/>
        <w:ind w:left="720"/>
      </w:pPr>
      <w:r/>
      <w:hyperlink r:id="rId12">
        <w:r>
          <w:rPr>
            <w:color w:val="0000EE"/>
            <w:u w:val="single"/>
          </w:rPr>
          <w:t>https://www.siliconrepublic.com/machines/nyc-new-york-city-weapon-detection-ai-evolv</w:t>
        </w:r>
      </w:hyperlink>
      <w:r>
        <w:t xml:space="preserve"> - Provides information on the partnership with Evolv, the technology used, and the criticisms regarding the accuracy of Evolv's systems.</w:t>
      </w:r>
      <w:r/>
    </w:p>
    <w:p>
      <w:pPr>
        <w:pStyle w:val="ListNumber"/>
        <w:spacing w:line="240" w:lineRule="auto"/>
        <w:ind w:left="720"/>
      </w:pPr>
      <w:r/>
      <w:hyperlink r:id="rId13">
        <w:r>
          <w:rPr>
            <w:color w:val="0000EE"/>
            <w:u w:val="single"/>
          </w:rPr>
          <w:t>https://www.techtimes.com/articles/303049/20240328/new-york-city-initiates-trials-ai-gun-detection-systems-subway-amid-controversy.htm</w:t>
        </w:r>
      </w:hyperlink>
      <w:r>
        <w:t xml:space="preserve"> - Explains the initiation of the trial, the involvement of Mayor Eric Adams, and the controversies surrounding Evolv's systems, including investigations by federal agencies.</w:t>
      </w:r>
      <w:r/>
    </w:p>
    <w:p>
      <w:pPr>
        <w:pStyle w:val="ListNumber"/>
        <w:spacing w:line="240" w:lineRule="auto"/>
        <w:ind w:left="720"/>
      </w:pPr>
      <w:r/>
      <w:hyperlink r:id="rId14">
        <w:r>
          <w:rPr>
            <w:color w:val="0000EE"/>
            <w:u w:val="single"/>
          </w:rPr>
          <w:t>https://apnews.com/article/subway-gun-scanners-ai-evolv-cdabf48e727d06c21a53e42a2a7a0249</w:t>
        </w:r>
      </w:hyperlink>
      <w:r>
        <w:t xml:space="preserve"> - Supports the details of the trial, including the number of scans, false positives, and the detection of knives, as well as the ongoing assessments and legal challenges faced by Evolv.</w:t>
      </w:r>
      <w:r/>
    </w:p>
    <w:p>
      <w:pPr>
        <w:pStyle w:val="ListNumber"/>
        <w:spacing w:line="240" w:lineRule="auto"/>
        <w:ind w:left="720"/>
      </w:pPr>
      <w:r/>
      <w:hyperlink r:id="rId10">
        <w:r>
          <w:rPr>
            <w:color w:val="0000EE"/>
            <w:u w:val="single"/>
          </w:rPr>
          <w:t>https://thetechtribune.com/new-ai-weapon-detectors-on-nyc-subways/</w:t>
        </w:r>
      </w:hyperlink>
      <w:r>
        <w:t xml:space="preserve"> - Discusses the practicality and legality concerns raised by the public and civil liberties groups regarding the scanning of millions of daily passengers.</w:t>
      </w:r>
      <w:r/>
    </w:p>
    <w:p>
      <w:pPr>
        <w:pStyle w:val="ListNumber"/>
        <w:spacing w:line="240" w:lineRule="auto"/>
        <w:ind w:left="720"/>
      </w:pPr>
      <w:r/>
      <w:hyperlink r:id="rId11">
        <w:r>
          <w:rPr>
            <w:color w:val="0000EE"/>
            <w:u w:val="single"/>
          </w:rPr>
          <w:t>https://www.ajc.com/news/nation-world/ai-powered-weapons-scanners-used-in-nyc-subway-found-zero-guns-in-one-month-test/WUQNRNJE5BBX3GB3FKD7Q255GI/</w:t>
        </w:r>
      </w:hyperlink>
      <w:r>
        <w:t xml:space="preserve"> - Highlights the high number of false positives and the lack of clarity on whether these alerts pertained to firearms or permissible objects.</w:t>
      </w:r>
      <w:r/>
    </w:p>
    <w:p>
      <w:pPr>
        <w:pStyle w:val="ListNumber"/>
        <w:spacing w:line="240" w:lineRule="auto"/>
        <w:ind w:left="720"/>
      </w:pPr>
      <w:r/>
      <w:hyperlink r:id="rId12">
        <w:r>
          <w:rPr>
            <w:color w:val="0000EE"/>
            <w:u w:val="single"/>
          </w:rPr>
          <w:t>https://www.siliconrepublic.com/machines/nyc-new-york-city-weapon-detection-ai-evolv</w:t>
        </w:r>
      </w:hyperlink>
      <w:r>
        <w:t xml:space="preserve"> - Mentions previous concerns about the accuracy of Evolv's systems, including instances where the scanners failed to detect knives in schools.</w:t>
      </w:r>
      <w:r/>
    </w:p>
    <w:p>
      <w:pPr>
        <w:pStyle w:val="ListNumber"/>
        <w:spacing w:line="240" w:lineRule="auto"/>
        <w:ind w:left="720"/>
      </w:pPr>
      <w:r/>
      <w:hyperlink r:id="rId13">
        <w:r>
          <w:rPr>
            <w:color w:val="0000EE"/>
            <w:u w:val="single"/>
          </w:rPr>
          <w:t>https://www.techtimes.com/articles/303049/20240328/new-york-city-initiates-trials-ai-gun-detection-systems-subway-amid-controversy.htm</w:t>
        </w:r>
      </w:hyperlink>
      <w:r>
        <w:t xml:space="preserve"> - Details Mayor Adams' advocacy for integrating technology into public safety measures and the broader trend of municipalities turning to technology firms for urban safety solutions.</w:t>
      </w:r>
      <w:r/>
    </w:p>
    <w:p>
      <w:pPr>
        <w:pStyle w:val="ListNumber"/>
        <w:spacing w:line="240" w:lineRule="auto"/>
        <w:ind w:left="720"/>
      </w:pPr>
      <w:r/>
      <w:hyperlink r:id="rId14">
        <w:r>
          <w:rPr>
            <w:color w:val="0000EE"/>
            <w:u w:val="single"/>
          </w:rPr>
          <w:t>https://apnews.com/article/subway-gun-scanners-ai-evolv-cdabf48e727d06c21a53e42a2a7a0249</w:t>
        </w:r>
      </w:hyperlink>
      <w:r>
        <w:t xml:space="preserve"> - Corroborates the legal hurdles faced by Evolv, including investigations by the Federal Trade Commission and the U.S. Securities and Exchange Commission, as well as a lawsuit related to the system's failure to detect a knife.</w:t>
      </w:r>
      <w:r/>
    </w:p>
    <w:p>
      <w:pPr>
        <w:pStyle w:val="ListNumber"/>
        <w:spacing w:line="240" w:lineRule="auto"/>
        <w:ind w:left="720"/>
      </w:pPr>
      <w:r/>
      <w:hyperlink r:id="rId11">
        <w:r>
          <w:rPr>
            <w:color w:val="0000EE"/>
            <w:u w:val="single"/>
          </w:rPr>
          <w:t>https://www.ajc.com/news/nation-world/ai-powered-weapons-scanners-used-in-nyc-subway-found-zero-guns-in-one-month-test/WUQNRNJE5BBX3GB3FKD7Q255GI/</w:t>
        </w:r>
      </w:hyperlink>
      <w:r>
        <w:t xml:space="preserve"> - Supports the ongoing review of the pilot results and the possibility of engaging other vendors, as stated by City Hall.</w:t>
      </w:r>
      <w:r/>
    </w:p>
    <w:p>
      <w:pPr>
        <w:pStyle w:val="ListNumber"/>
        <w:spacing w:line="240" w:lineRule="auto"/>
        <w:ind w:left="720"/>
      </w:pPr>
      <w:r/>
      <w:hyperlink r:id="rId15">
        <w:r>
          <w:rPr>
            <w:color w:val="0000EE"/>
            <w:u w:val="single"/>
          </w:rPr>
          <w:t>https://www.amny.com/transit/ai-subway-weapons-scanners-no-guns-found/</w:t>
        </w:r>
      </w:hyperlink>
      <w:r>
        <w:t xml:space="preserve"> - Please view link - unable to able to access data</w:t>
      </w:r>
      <w:r/>
    </w:p>
    <w:p>
      <w:pPr>
        <w:pStyle w:val="ListNumber"/>
        <w:spacing w:line="240" w:lineRule="auto"/>
        <w:ind w:left="720"/>
      </w:pPr>
      <w:r/>
      <w:hyperlink r:id="rId16">
        <w:r>
          <w:rPr>
            <w:color w:val="0000EE"/>
            <w:u w:val="single"/>
          </w:rPr>
          <w:t>https://www.independent.co.uk/news/ap-eric-adams-nyc-inquiries-federal-trade-commission-b2635166.html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techtribune.com/new-ai-weapon-detectors-on-nyc-subways/" TargetMode="External"/><Relationship Id="rId11" Type="http://schemas.openxmlformats.org/officeDocument/2006/relationships/hyperlink" Target="https://www.ajc.com/news/nation-world/ai-powered-weapons-scanners-used-in-nyc-subway-found-zero-guns-in-one-month-test/WUQNRNJE5BBX3GB3FKD7Q255GI/" TargetMode="External"/><Relationship Id="rId12" Type="http://schemas.openxmlformats.org/officeDocument/2006/relationships/hyperlink" Target="https://www.siliconrepublic.com/machines/nyc-new-york-city-weapon-detection-ai-evolv" TargetMode="External"/><Relationship Id="rId13" Type="http://schemas.openxmlformats.org/officeDocument/2006/relationships/hyperlink" Target="https://www.techtimes.com/articles/303049/20240328/new-york-city-initiates-trials-ai-gun-detection-systems-subway-amid-controversy.htm" TargetMode="External"/><Relationship Id="rId14" Type="http://schemas.openxmlformats.org/officeDocument/2006/relationships/hyperlink" Target="https://apnews.com/article/subway-gun-scanners-ai-evolv-cdabf48e727d06c21a53e42a2a7a0249" TargetMode="External"/><Relationship Id="rId15" Type="http://schemas.openxmlformats.org/officeDocument/2006/relationships/hyperlink" Target="https://www.amny.com/transit/ai-subway-weapons-scanners-no-guns-found/" TargetMode="External"/><Relationship Id="rId16" Type="http://schemas.openxmlformats.org/officeDocument/2006/relationships/hyperlink" Target="https://www.independent.co.uk/news/ap-eric-adams-nyc-inquiries-federal-trade-commission-b263516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