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Nicolas Cage voices concerns over AI's impact on acting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Nicolas Cage, the renowned actor recognised for his diverse roles and intense performances, has once again expressed his apprehensions regarding the growing influence of artificial intelligence (AI) in Hollywood. At the 25th Newport Beach Film Festival, Cage made his concerns clear during a speech prior to receiving the Icon Award at the event’s Honors Brunch.</w:t>
      </w:r>
      <w:r/>
    </w:p>
    <w:p>
      <w:r/>
      <w:r>
        <w:t>The 59-year-old actor, who has been a stalwart in the film industry for over four decades, voiced particular concern about the advent of "employment-based digital replicas" (EBDR), a technology that he believes poses a significant challenge to the artistic integrity of actors. EBDR refers to digital replicas created as part of an actor's employment on a motion picture. Under a recent agreement between the actors' union SAG-AFTRA and film studios, EBDRs are permitted but regulated. For instance, the contract stipulates that actors must be compensated as if they had performed in person for any scenes utilising their digital counterpart, and they are entitled to residuals from these performances.</w:t>
      </w:r>
      <w:r/>
    </w:p>
    <w:p>
      <w:r/>
      <w:r>
        <w:t>Cage elaborated on the capabilities of this technology, highlighting the potential for studios to alter an actor’s face, voice, line delivery, and even body language after shooting is completed. "We are the instruments as film actors. We are not hiding behind guitars and drums," Cage asserted, emphasising that the technology effectively allows for sweeping changes in an actor’s performance, potentially without their input or control.</w:t>
      </w:r>
      <w:r/>
    </w:p>
    <w:p>
      <w:r/>
      <w:r>
        <w:t>Reflecting on a recent experience, Cage recalled being required to undergo a digital scanning process for a role, which left him apprehensive about the creative implications. In a prior interview with The New Yorker, he candidly expressed his fears of AI technology manipulating his physical image and questioned the future role of authentic artistic expression. Cage commented: "Well, they have to put me in a computer and match my eye colour... They’re just going to steal my body and do whatever they want with it via digital AI. God, I hope not AI. I’m terrified of that."</w:t>
      </w:r>
      <w:r/>
    </w:p>
    <w:p>
      <w:r/>
      <w:r>
        <w:t>The actor delved deeper into these fears, contemplating the ethical issues surrounding the use of AI posthumously. Cage voiced strong opposition to the idea of AI recreating deceased actors for new performances, an emerging trend within the industry he describes as "inhumane". This sentiment was echoed in reference to James Dean, who was reportedly set to be digitally recreated for a role in the film "Back to Eden".</w:t>
      </w:r>
      <w:r/>
    </w:p>
    <w:p>
      <w:r/>
      <w:r>
        <w:t>Cage's remarks have brought attention to a debate within the entertainment industry concerning the balance between technological innovation and the preservation of authentic human artistry. The intersection of AI with artistic integrity presents complex challenges for actors, producers, and audiences alike, as they navigate the future of performance in an increasingly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https://gov.capital/nicolas-cage-warns-actors-navigating-ais-impact-on-hollywood-performance/</w:t>
        </w:r>
      </w:hyperlink>
      <w:r>
        <w:t xml:space="preserve"> - Nicolas Cage's concerns about AI's impact on actors' performances and employment in Hollywood.</w:t>
      </w:r>
      <w:r/>
    </w:p>
    <w:p>
      <w:pPr>
        <w:pStyle w:val="ListNumber"/>
        <w:spacing w:line="240" w:lineRule="auto"/>
        <w:ind w:left="720"/>
      </w:pPr>
      <w:r/>
      <w:hyperlink r:id="rId11">
        <w:r>
          <w:rPr>
            <w:color w:val="0000EE"/>
            <w:u w:val="single"/>
          </w:rPr>
          <w:t>https://neuron.expert/news/nicolas-cage-warns-hollywood-actors-that-ai-wants-to-take-your-instrument/8989/en/</w:t>
        </w:r>
      </w:hyperlink>
      <w:r>
        <w:t xml:space="preserve"> - Nicolas Cage's warnings about AI's threat to actors' control over their image and performance.</w:t>
      </w:r>
      <w:r/>
    </w:p>
    <w:p>
      <w:pPr>
        <w:pStyle w:val="ListNumber"/>
        <w:spacing w:line="240" w:lineRule="auto"/>
        <w:ind w:left="720"/>
      </w:pPr>
      <w:r/>
      <w:hyperlink r:id="rId12">
        <w:r>
          <w:rPr>
            <w:color w:val="0000EE"/>
            <w:u w:val="single"/>
          </w:rPr>
          <w:t>https://fortune.com/2024/07/09/nicolas-cage-longlegs-terrified-about-ai-influence-hollywood/</w:t>
        </w:r>
      </w:hyperlink>
      <w:r>
        <w:t xml:space="preserve"> - Nicolas Cage's fears about AI manipulating his likeness and the broader impact on the film industry.</w:t>
      </w:r>
      <w:r/>
    </w:p>
    <w:p>
      <w:pPr>
        <w:pStyle w:val="ListNumber"/>
        <w:spacing w:line="240" w:lineRule="auto"/>
        <w:ind w:left="720"/>
      </w:pPr>
      <w:r/>
      <w:hyperlink r:id="rId13">
        <w:r>
          <w:rPr>
            <w:color w:val="0000EE"/>
            <w:u w:val="single"/>
          </w:rPr>
          <w:t>https://www.businessinsider.com/nicolas-cage-terrified-of-ai-replace-jobs-hollywood-artificial-intelligence-2024-7</w:t>
        </w:r>
      </w:hyperlink>
      <w:r>
        <w:t xml:space="preserve"> - Nicolas Cage's interview where he expressed his terror about AI's influence on Hollywood and job security.</w:t>
      </w:r>
      <w:r/>
    </w:p>
    <w:p>
      <w:pPr>
        <w:pStyle w:val="ListNumber"/>
        <w:spacing w:line="240" w:lineRule="auto"/>
        <w:ind w:left="720"/>
      </w:pPr>
      <w:r/>
      <w:hyperlink r:id="rId14">
        <w:r>
          <w:rPr>
            <w:color w:val="0000EE"/>
            <w:u w:val="single"/>
          </w:rPr>
          <w:t>https://www.foxnews.com/entertainment/nicolas-cage-warns-hollywood-actors-ai-wants-take-your-instrument</w:t>
        </w:r>
      </w:hyperlink>
      <w:r>
        <w:t xml:space="preserve"> - Nicolas Cage's speech at the Newport Beach Film Festival about EBDR and the risks to actors' artistic integrity.</w:t>
      </w:r>
      <w:r/>
    </w:p>
    <w:p>
      <w:pPr>
        <w:pStyle w:val="ListNumber"/>
        <w:spacing w:line="240" w:lineRule="auto"/>
        <w:ind w:left="720"/>
      </w:pPr>
      <w:r/>
      <w:hyperlink r:id="rId14">
        <w:r>
          <w:rPr>
            <w:color w:val="0000EE"/>
            <w:u w:val="single"/>
          </w:rPr>
          <w:t>https://www.foxnews.com/entertainment/nicolas-cage-warns-hollywood-actors-ai-wants-take-your-instrument</w:t>
        </w:r>
      </w:hyperlink>
      <w:r>
        <w:t xml:space="preserve"> - Details about the regulation of EBDR by SAG-AFTRA and the compensation rules for actors.</w:t>
      </w:r>
      <w:r/>
    </w:p>
    <w:p>
      <w:pPr>
        <w:pStyle w:val="ListNumber"/>
        <w:spacing w:line="240" w:lineRule="auto"/>
        <w:ind w:left="720"/>
      </w:pPr>
      <w:r/>
      <w:hyperlink r:id="rId12">
        <w:r>
          <w:rPr>
            <w:color w:val="0000EE"/>
            <w:u w:val="single"/>
          </w:rPr>
          <w:t>https://fortune.com/2024/07/09/nicolas-cage-longlegs-terrified-about-ai-influence-hollywood/</w:t>
        </w:r>
      </w:hyperlink>
      <w:r>
        <w:t xml:space="preserve"> - Nicolas Cage's experience with digital scanning and his fears about AI manipulating his physical image.</w:t>
      </w:r>
      <w:r/>
    </w:p>
    <w:p>
      <w:pPr>
        <w:pStyle w:val="ListNumber"/>
        <w:spacing w:line="240" w:lineRule="auto"/>
        <w:ind w:left="720"/>
      </w:pPr>
      <w:r/>
      <w:hyperlink r:id="rId14">
        <w:r>
          <w:rPr>
            <w:color w:val="0000EE"/>
            <w:u w:val="single"/>
          </w:rPr>
          <w:t>https://www.foxnews.com/entertainment/nicolas-cage-warns-hollywood-actors-ai-wants-take-your-instrument</w:t>
        </w:r>
      </w:hyperlink>
      <w:r>
        <w:t xml:space="preserve"> - Nicolas Cage's opposition to the posthumous use of AI to recreate deceased actors, including James Dean.</w:t>
      </w:r>
      <w:r/>
    </w:p>
    <w:p>
      <w:pPr>
        <w:pStyle w:val="ListNumber"/>
        <w:spacing w:line="240" w:lineRule="auto"/>
        <w:ind w:left="720"/>
      </w:pPr>
      <w:r/>
      <w:hyperlink r:id="rId12">
        <w:r>
          <w:rPr>
            <w:color w:val="0000EE"/>
            <w:u w:val="single"/>
          </w:rPr>
          <w:t>https://fortune.com/2024/07/09/nicolas-cage-longlegs-terrified-about-ai-influence-hollywood/</w:t>
        </w:r>
      </w:hyperlink>
      <w:r>
        <w:t xml:space="preserve"> - The broader debate within the entertainment industry about the balance between AI and artistic integrity.</w:t>
      </w:r>
      <w:r/>
    </w:p>
    <w:p>
      <w:pPr>
        <w:pStyle w:val="ListNumber"/>
        <w:spacing w:line="240" w:lineRule="auto"/>
        <w:ind w:left="720"/>
      </w:pPr>
      <w:r/>
      <w:hyperlink r:id="rId14">
        <w:r>
          <w:rPr>
            <w:color w:val="0000EE"/>
            <w:u w:val="single"/>
          </w:rPr>
          <w:t>https://www.foxnews.com/entertainment/nicolas-cage-warns-hollywood-actors-ai-wants-take-your-instrument</w:t>
        </w:r>
      </w:hyperlink>
      <w:r>
        <w:t xml:space="preserve"> - The ethical and existential implications of AI on the future of creative expression and artists' legacies.</w:t>
      </w:r>
      <w:r/>
    </w:p>
    <w:p>
      <w:pPr>
        <w:pStyle w:val="ListNumber"/>
        <w:spacing w:line="240" w:lineRule="auto"/>
        <w:ind w:left="720"/>
      </w:pPr>
      <w:r/>
      <w:hyperlink r:id="rId15">
        <w:r>
          <w:rPr>
            <w:color w:val="0000EE"/>
            <w:u w:val="single"/>
          </w:rPr>
          <w:t>https://www.wwbl.com/2024/10/25/nicolas-cage-warns-hollywood-actors-that-ai-wants-to-take-your-instrument/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ov.capital/nicolas-cage-warns-actors-navigating-ais-impact-on-hollywood-performance/" TargetMode="External"/><Relationship Id="rId11" Type="http://schemas.openxmlformats.org/officeDocument/2006/relationships/hyperlink" Target="https://neuron.expert/news/nicolas-cage-warns-hollywood-actors-that-ai-wants-to-take-your-instrument/8989/en/" TargetMode="External"/><Relationship Id="rId12" Type="http://schemas.openxmlformats.org/officeDocument/2006/relationships/hyperlink" Target="https://fortune.com/2024/07/09/nicolas-cage-longlegs-terrified-about-ai-influence-hollywood/" TargetMode="External"/><Relationship Id="rId13" Type="http://schemas.openxmlformats.org/officeDocument/2006/relationships/hyperlink" Target="https://www.businessinsider.com/nicolas-cage-terrified-of-ai-replace-jobs-hollywood-artificial-intelligence-2024-7" TargetMode="External"/><Relationship Id="rId14" Type="http://schemas.openxmlformats.org/officeDocument/2006/relationships/hyperlink" Target="https://www.foxnews.com/entertainment/nicolas-cage-warns-hollywood-actors-ai-wants-take-your-instrument" TargetMode="External"/><Relationship Id="rId15" Type="http://schemas.openxmlformats.org/officeDocument/2006/relationships/hyperlink" Target="https://www.wwbl.com/2024/10/25/nicolas-cage-warns-hollywood-actors-that-ai-wants-to-take-your-instru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