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Nurse transforms health with AI-assisted weight management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personal achievement, Chrissy Clark, a 53-year-old nurse from Ohio, has made significant strides in her health journey after receiving a challenging diagnosis of type 2 diabetes and managing severe obesity. Earlier this year, Chrissy faced a turning point when she reached a weight of 223 pounds, which was alarmingly high for her stature. The gravity of her health situation prompted a desperate quest for a method to improve her lifestyle and health condition.</w:t>
      </w:r>
      <w:r/>
    </w:p>
    <w:p>
      <w:r/>
      <w:r>
        <w:t>Seeking a viable solution, Chrissy discovered the Simple coaching app, which leverages artificial intelligence to create personalised health regimens and dietary guidance. Her utilisation of the app appears to have been transformative. Within six months, Chrissy achieved a weight loss of 36 pounds, adhering to a sensible approach under her doctor’s guidance to ensure a healthy rate of weight reduction, avoiding losses exceeding 2 pounds per week.</w:t>
      </w:r>
      <w:r/>
    </w:p>
    <w:p>
      <w:r/>
      <w:r>
        <w:t>The Simple app begins with a detailed survey, allowing it to tailor exercise and nutrition plans specific to the user’s requirements, experiences, and health ambitions. It offers an AI-based virtual coach, enabling users to receive tailored advice and answers to health-related queries. Chrissy believes she would be "lost" without the structured support the app provides.</w:t>
      </w:r>
      <w:r/>
    </w:p>
    <w:p>
      <w:r/>
      <w:r>
        <w:t>Chrissy is not alone in experiencing positive outcomes from using the app. Kelly Hartmann, residing in Virginia, reported a 15-pound weight loss over four months. Kelly appreciated the app’s capability to streamline her weight management by monitoring her dietary intake and physical activity, highlighting its user-friendly nature that doesn't require advanced technical skills.</w:t>
      </w:r>
      <w:r/>
    </w:p>
    <w:p>
      <w:r/>
      <w:r>
        <w:t>While the app has garnered positive reviews, accruing a rating of 4.1 stars out of 5 on Trustpilot, some users have pointed out areas for improvement. Criticisms include the app’s perceived high cost relative to its analytical depth in dietary tracking, and limited beverage logging options, with specific regard to common personal preferences like the addition of honey and milk to coffee.</w:t>
      </w:r>
      <w:r/>
    </w:p>
    <w:p>
      <w:r/>
      <w:r>
        <w:t>The Simple app also offers a 60% discount promotion, encouraging new users to take advantage of its features, although users are advised to consult with healthcare professionals, particularly concerning the fasting component of Simple’s regimen.</w:t>
      </w:r>
      <w:r/>
    </w:p>
    <w:p>
      <w:r/>
      <w:r>
        <w:t>The market for health and weight management apps is diverse, offering various alternatives such as Noom, which is priced around £12.50 per month, and MyFitnessPal, which provides tiered services ranging from free to premium, allowing users to track their caloric intake and dietary habits.</w:t>
      </w:r>
      <w:r/>
    </w:p>
    <w:p>
      <w:r/>
      <w:r>
        <w:t>Chrissy Clark’s story is a testament to the potential benefits of leveraging technology to aid health improvement. Her success underscores the role of personalised digital tools in supporting individuals facing similar health adversities.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https://www.ncbi.nlm.nih.gov/books/NBK603314/</w:t>
        </w:r>
      </w:hyperlink>
      <w:r>
        <w:t xml:space="preserve"> - This source provides information on the importance of weight loss and lifestyle interventions for managing type 2 diabetes, which is relevant to the health journey of individuals like Chrissy Clark.</w:t>
      </w:r>
      <w:r/>
    </w:p>
    <w:p>
      <w:pPr>
        <w:pStyle w:val="ListNumber"/>
        <w:spacing w:line="240" w:lineRule="auto"/>
        <w:ind w:left="720"/>
      </w:pPr>
      <w:r/>
      <w:hyperlink r:id="rId11">
        <w:r>
          <w:rPr>
            <w:color w:val="0000EE"/>
            <w:u w:val="single"/>
          </w:rPr>
          <w:t>https://jamanetwork.com/journals/jamainternalmedicine/fullarticle/414747</w:t>
        </w:r>
      </w:hyperlink>
      <w:r>
        <w:t xml:space="preserve"> - This article discusses the impact of weight management programs on health-related quality of life in overweight adults with type 2 diabetes, similar to the benefits Chrissy experienced.</w:t>
      </w:r>
      <w:r/>
    </w:p>
    <w:p>
      <w:pPr>
        <w:pStyle w:val="ListNumber"/>
        <w:spacing w:line="240" w:lineRule="auto"/>
        <w:ind w:left="720"/>
      </w:pPr>
      <w:r/>
      <w:hyperlink r:id="rId12">
        <w:r>
          <w:rPr>
            <w:color w:val="0000EE"/>
            <w:u w:val="single"/>
          </w:rPr>
          <w:t>https://pmc.ncbi.nlm.nih.gov/articles/PMC3084497/</w:t>
        </w:r>
      </w:hyperlink>
      <w:r>
        <w:t xml:space="preserve"> - This study highlights the long-term effects of intensive lifestyle interventions on weight loss and fitness in individuals with type 2 diabetes, supporting the structured approach used by Chrissy.</w:t>
      </w:r>
      <w:r/>
    </w:p>
    <w:p>
      <w:pPr>
        <w:pStyle w:val="ListNumber"/>
        <w:spacing w:line="240" w:lineRule="auto"/>
        <w:ind w:left="720"/>
      </w:pPr>
      <w:r/>
      <w:hyperlink r:id="rId13">
        <w:r>
          <w:rPr>
            <w:color w:val="0000EE"/>
            <w:u w:val="single"/>
          </w:rPr>
          <w:t>https://www.nature.com/articles/s41591-023-02278-8</w:t>
        </w:r>
      </w:hyperlink>
      <w:r>
        <w:t xml:space="preserve"> - Although not directly related to Chrissy's story, this article emphasizes the importance of dietary factors in managing and preventing type 2 diabetes, which is a broader context for her health journey.</w:t>
      </w:r>
      <w:r/>
    </w:p>
    <w:p>
      <w:pPr>
        <w:pStyle w:val="ListNumber"/>
        <w:spacing w:line="240" w:lineRule="auto"/>
        <w:ind w:left="720"/>
      </w:pPr>
      <w:r/>
      <w:hyperlink r:id="rId9">
        <w:r>
          <w:rPr>
            <w:color w:val="0000EE"/>
            <w:u w:val="single"/>
          </w:rPr>
          <w:t>https://www.noahwire.com</w:t>
        </w:r>
      </w:hyperlink>
      <w:r>
        <w:t xml:space="preserve"> - This is the source of the original story about Chrissy Clark and her health journey using the Simple coaching app.</w:t>
      </w:r>
      <w:r/>
    </w:p>
    <w:p>
      <w:pPr>
        <w:pStyle w:val="ListNumber"/>
        <w:spacing w:line="240" w:lineRule="auto"/>
        <w:ind w:left="720"/>
      </w:pPr>
      <w:r/>
      <w:hyperlink r:id="rId14">
        <w:r>
          <w:rPr>
            <w:color w:val="0000EE"/>
            <w:u w:val="single"/>
          </w:rPr>
          <w:t>https://www.trustpilot.com/</w:t>
        </w:r>
      </w:hyperlink>
      <w:r>
        <w:t xml:space="preserve"> - Trustpilot is where users can find reviews and ratings of apps like Simple, corroborating the app's 4.1-star rating mentioned in the article.</w:t>
      </w:r>
      <w:r/>
    </w:p>
    <w:p>
      <w:pPr>
        <w:pStyle w:val="ListNumber"/>
        <w:spacing w:line="240" w:lineRule="auto"/>
        <w:ind w:left="720"/>
      </w:pPr>
      <w:r/>
      <w:hyperlink r:id="rId15">
        <w:r>
          <w:rPr>
            <w:color w:val="0000EE"/>
            <w:u w:val="single"/>
          </w:rPr>
          <w:t>https://www.noom.com/</w:t>
        </w:r>
      </w:hyperlink>
      <w:r>
        <w:t xml:space="preserve"> - Noom is an alternative health and weight management app mentioned in the article, providing context to the market of digital health tools.</w:t>
      </w:r>
      <w:r/>
    </w:p>
    <w:p>
      <w:pPr>
        <w:pStyle w:val="ListNumber"/>
        <w:spacing w:line="240" w:lineRule="auto"/>
        <w:ind w:left="720"/>
      </w:pPr>
      <w:r/>
      <w:hyperlink r:id="rId16">
        <w:r>
          <w:rPr>
            <w:color w:val="0000EE"/>
            <w:u w:val="single"/>
          </w:rPr>
          <w:t>https://www.myfitnesspal.com/</w:t>
        </w:r>
      </w:hyperlink>
      <w:r>
        <w:t xml:space="preserve"> - MyFitnessPal is another app mentioned as an alternative for tracking caloric intake and dietary habits, similar to the features of the Simple app.</w:t>
      </w:r>
      <w:r/>
    </w:p>
    <w:p>
      <w:pPr>
        <w:pStyle w:val="ListNumber"/>
        <w:spacing w:line="240" w:lineRule="auto"/>
        <w:ind w:left="720"/>
      </w:pPr>
      <w:r/>
      <w:hyperlink r:id="rId17">
        <w:r>
          <w:rPr>
            <w:color w:val="0000EE"/>
            <w:u w:val="single"/>
          </w:rPr>
          <w:t>https://www.healthline.com/nutrition/healthy-weight-loss-tips</w:t>
        </w:r>
      </w:hyperlink>
      <w:r>
        <w:t xml:space="preserve"> - This source provides general tips on healthy weight loss, which aligns with the sensible approach Chrissy took under her doctor’s guidance.</w:t>
      </w:r>
      <w:r/>
    </w:p>
    <w:p>
      <w:pPr>
        <w:pStyle w:val="ListNumber"/>
        <w:spacing w:line="240" w:lineRule="auto"/>
        <w:ind w:left="720"/>
      </w:pPr>
      <w:r/>
      <w:hyperlink r:id="rId18">
        <w:r>
          <w:rPr>
            <w:color w:val="0000EE"/>
            <w:u w:val="single"/>
          </w:rPr>
          <w:t>https://www.mayoclinic.org/healthy-lifestyle/weight-loss/expert-answers/weight-loss/faq-20432134</w:t>
        </w:r>
      </w:hyperlink>
      <w:r>
        <w:t xml:space="preserve"> - This Mayo Clinic article discusses healthy weight loss strategies, including the importance of consulting healthcare professionals, as advised for users of the Simple app.</w:t>
      </w:r>
      <w:r/>
    </w:p>
    <w:p>
      <w:pPr>
        <w:pStyle w:val="ListNumber"/>
        <w:spacing w:line="240" w:lineRule="auto"/>
        <w:ind w:left="720"/>
      </w:pPr>
      <w:r/>
      <w:hyperlink r:id="rId19">
        <w:r>
          <w:rPr>
            <w:color w:val="0000EE"/>
            <w:u w:val="single"/>
          </w:rPr>
          <w:t>https://www.cdc.gov/healthyweight/losing_weight/index.html</w:t>
        </w:r>
      </w:hyperlink>
      <w:r>
        <w:t xml:space="preserve"> - The CDC provides guidelines on healthy weight loss, which supports the structured and monitored approach Chrissy used to achieve her weight loss goals.</w:t>
      </w:r>
      <w:r/>
    </w:p>
    <w:p>
      <w:pPr>
        <w:pStyle w:val="ListNumber"/>
        <w:spacing w:line="240" w:lineRule="auto"/>
        <w:ind w:left="720"/>
      </w:pPr>
      <w:r/>
      <w:hyperlink r:id="rId20">
        <w:r>
          <w:rPr>
            <w:color w:val="0000EE"/>
            <w:u w:val="single"/>
          </w:rPr>
          <w:t>https://www.walesonline.co.uk/news/health/simple-app-deal-weight-loss-30223855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cbi.nlm.nih.gov/books/NBK603314/" TargetMode="External"/><Relationship Id="rId11" Type="http://schemas.openxmlformats.org/officeDocument/2006/relationships/hyperlink" Target="https://jamanetwork.com/journals/jamainternalmedicine/fullarticle/414747" TargetMode="External"/><Relationship Id="rId12" Type="http://schemas.openxmlformats.org/officeDocument/2006/relationships/hyperlink" Target="https://pmc.ncbi.nlm.nih.gov/articles/PMC3084497/" TargetMode="External"/><Relationship Id="rId13" Type="http://schemas.openxmlformats.org/officeDocument/2006/relationships/hyperlink" Target="https://www.nature.com/articles/s41591-023-02278-8" TargetMode="External"/><Relationship Id="rId14" Type="http://schemas.openxmlformats.org/officeDocument/2006/relationships/hyperlink" Target="https://www.trustpilot.com/" TargetMode="External"/><Relationship Id="rId15" Type="http://schemas.openxmlformats.org/officeDocument/2006/relationships/hyperlink" Target="https://www.noom.com/" TargetMode="External"/><Relationship Id="rId16" Type="http://schemas.openxmlformats.org/officeDocument/2006/relationships/hyperlink" Target="https://www.myfitnesspal.com/" TargetMode="External"/><Relationship Id="rId17" Type="http://schemas.openxmlformats.org/officeDocument/2006/relationships/hyperlink" Target="https://www.healthline.com/nutrition/healthy-weight-loss-tips" TargetMode="External"/><Relationship Id="rId18" Type="http://schemas.openxmlformats.org/officeDocument/2006/relationships/hyperlink" Target="https://www.mayoclinic.org/healthy-lifestyle/weight-loss/expert-answers/weight-loss/faq-20432134" TargetMode="External"/><Relationship Id="rId19" Type="http://schemas.openxmlformats.org/officeDocument/2006/relationships/hyperlink" Target="https://www.cdc.gov/healthyweight/losing_weight/index.html" TargetMode="External"/><Relationship Id="rId20" Type="http://schemas.openxmlformats.org/officeDocument/2006/relationships/hyperlink" Target="https://www.walesonline.co.uk/news/health/simple-app-deal-weight-loss-302238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