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OnePlus launches Android 15 open beta for select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OnePlus Launches Android 15 Open Beta for Select Devices</w:t>
      </w:r>
      <w:r/>
    </w:p>
    <w:p>
      <w:r/>
      <w:r>
        <w:t>OnePlus has initiated the rollout of its much-anticipated Android 15-based OxygenOS 15 through an open beta program. Contrary to previous indications of a general release on October 24, the Chinese smartphone manufacturer announced that the initial availability will be limited to an open beta, allowing users to trial the new operating system and provide feedback before a stable version is released.</w:t>
      </w:r>
      <w:r/>
    </w:p>
    <w:p>
      <w:r/>
      <w:r>
        <w:t>The first recipients of the OxygenOS 15 open beta will be the flagship models OnePlus 12 and 12R, with the update scheduled for October 30. Following closely, the OnePlus Open and OnePlus Pad 2 are set to receive the open beta in November. Other eligible models will follow a staggered schedule, starting with the OnePlus 10 series, through to early 2025. This phased approach is intended to collect user feedback and refine the OS ahead of a full public release.</w:t>
      </w:r>
      <w:r/>
    </w:p>
    <w:p>
      <w:r/>
      <w:r>
        <w:t>OxygenOS 15 introduces an array of new functionalities designed to enhance user experience, primarily focusing on artificial intelligence (AI) integration. New AI enhancements include tools like AI Detail Boost, which refines image quality, and AI Unblur, improving clarity of images. These features operate via cloud processing, ensuring sophisticated photo editing capabilities without overtaxing device hardware.</w:t>
      </w:r>
      <w:r/>
    </w:p>
    <w:p>
      <w:r/>
      <w:r>
        <w:t>Concentrating on productivity, OxygenOS 15 incorporates Google Gemini-powered AI features such as AI Notes for automatic transcription and summarisation, and Circle to Search, which improves the search functionality. The AI Reply tool also showcases its utility by crafting responses based on the context of conversations on platforms like WhatsApp and Instagram.</w:t>
      </w:r>
      <w:r/>
    </w:p>
    <w:p>
      <w:r/>
      <w:r>
        <w:t>OxygenOS 15 also targets improvements in navigation and user interface with parallel processing for animations, promising a smoother and more responsive experience when using multiple applications. Aesthetic updates include refreshed app icons and UI elements with a more rounded design, alongside the capability to personalise lock screens with cut-out photo elements.</w:t>
      </w:r>
      <w:r/>
    </w:p>
    <w:p>
      <w:r/>
      <w:r>
        <w:t>Security enhancements in this iteration include a new Theft Detection feature, which employs device sensors to lock phones if theft is suspected. Additionally, the update boasts a reduced installation size, freeing up several gigabytes of space for users.</w:t>
      </w:r>
      <w:r/>
    </w:p>
    <w:p>
      <w:r/>
      <w:r>
        <w:t>While the company's plans for a stable release timeline are contingent on insights gained throughout the open beta testing, OnePlus has illuminated a tentative timeline. Depending on regional factors and device models, a stable release could take from one to three months or potentially longer, should substantial bugs surface during beta testing.</w:t>
      </w:r>
      <w:r/>
    </w:p>
    <w:p>
      <w:r/>
      <w:r>
        <w:rPr>
          <w:b/>
        </w:rPr>
        <w:t>Samsung's Wear OS 5 Nears Completion Amidst Pixel Watch Delays</w:t>
      </w:r>
      <w:r/>
    </w:p>
    <w:p>
      <w:r/>
      <w:r>
        <w:t>In parallel technological advancements, Samsung has been advancing with its own software updates. The South Korean tech giant is preparing for the completion and distribution of its Wear OS 5 for the Galaxy Watch series. This comes after a comprehensive beta phase, with the update soon rolling out to Galaxy Watch 6 models, followed by the Galaxy Watch 5 and 4 series.</w:t>
      </w:r>
      <w:r/>
    </w:p>
    <w:p>
      <w:r/>
      <w:r>
        <w:t>Wear OS 5, integrated with Samsung's One UI Watch interface, will bring notable enhancements, reflecting a commitment to robust user experience improvements. The rollout, however, contrasts Google's current challenges in deploying Wear OS 5 to older Pixel Watches, following reports of operational issues.</w:t>
      </w:r>
      <w:r/>
    </w:p>
    <w:p>
      <w:r/>
      <w:r>
        <w:t>On the Samsung front, further developments regarding the One UI 7 based on Android 15 have stirred interest, despite initial delays in the beta release. Envisioned to introduce significant interface renovations and user experience improvements, One UI 7 is expected to accompany new flagship devices by early 2025, according to recent announcements.</w:t>
      </w:r>
      <w:r/>
    </w:p>
    <w:p>
      <w:r/>
      <w:r>
        <w:t>In conclusion, while OnePlus and Samsung forge ahead with their respective software advancements, they underscore progressive efforts across the tech industry to enhance device functionality and user satisfaction. As both companies navigate the complexities inherent in major software updates, users stand to benefit from the enriched capabilities and improved performance of their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https://www.androidauthority.com/oxygenos-15-3428400/</w:t>
        </w:r>
      </w:hyperlink>
      <w:r>
        <w:t xml:space="preserve"> - Corroborates the initiation of the OxygenOS 15 open beta program, the release dates for the OnePlus 12 and 12R, and the phased rollout schedule for other devices.</w:t>
      </w:r>
      <w:r/>
    </w:p>
    <w:p>
      <w:pPr>
        <w:pStyle w:val="ListNumber"/>
        <w:spacing w:line="240" w:lineRule="auto"/>
        <w:ind w:left="720"/>
      </w:pPr>
      <w:r/>
      <w:hyperlink r:id="rId11">
        <w:r>
          <w:rPr>
            <w:color w:val="0000EE"/>
            <w:u w:val="single"/>
          </w:rPr>
          <w:t>https://www.gsmarena.com/oneplus_publishes_oxygenos_15_release_timeline_here_are_all_the_devices_getting_it-news-65079.php</w:t>
        </w:r>
      </w:hyperlink>
      <w:r>
        <w:t xml:space="preserve"> - Provides details on the devices receiving the OxygenOS 15 open beta and the staggered release schedule.</w:t>
      </w:r>
      <w:r/>
    </w:p>
    <w:p>
      <w:pPr>
        <w:pStyle w:val="ListNumber"/>
        <w:spacing w:line="240" w:lineRule="auto"/>
        <w:ind w:left="720"/>
      </w:pPr>
      <w:r/>
      <w:hyperlink r:id="rId12">
        <w:r>
          <w:rPr>
            <w:color w:val="0000EE"/>
            <w:u w:val="single"/>
          </w:rPr>
          <w:t>https://www.reddit.com/r/oneplus/comments/1gb61eu/oxygen_os_15_open_beta_release_dates/</w:t>
        </w:r>
      </w:hyperlink>
      <w:r>
        <w:t xml:space="preserve"> - Confirms that the initial release on October 30 is an open beta and not the official final version, and discusses the process of opting in for the beta.</w:t>
      </w:r>
      <w:r/>
    </w:p>
    <w:p>
      <w:pPr>
        <w:pStyle w:val="ListNumber"/>
        <w:spacing w:line="240" w:lineRule="auto"/>
        <w:ind w:left="720"/>
      </w:pPr>
      <w:r/>
      <w:hyperlink r:id="rId10">
        <w:r>
          <w:rPr>
            <w:color w:val="0000EE"/>
            <w:u w:val="single"/>
          </w:rPr>
          <w:t>https://www.androidauthority.com/oxygenos-15-3428400/</w:t>
        </w:r>
      </w:hyperlink>
      <w:r>
        <w:t xml:space="preserve"> - Discusses new features in OxygenOS 15, including AI enhancements, productivity tools, and security improvements.</w:t>
      </w:r>
      <w:r/>
    </w:p>
    <w:p>
      <w:pPr>
        <w:pStyle w:val="ListNumber"/>
        <w:spacing w:line="240" w:lineRule="auto"/>
        <w:ind w:left="720"/>
      </w:pPr>
      <w:r/>
      <w:hyperlink r:id="rId13">
        <w:r>
          <w:rPr>
            <w:color w:val="0000EE"/>
            <w:u w:val="single"/>
          </w:rPr>
          <w:t>https://www.youtube.com/watch?v=YrqpXkp1KNk</w:t>
        </w:r>
      </w:hyperlink>
      <w:r>
        <w:t xml:space="preserve"> - Explains the new features in OxygenOS 15, such as AI Detail Boost, AI Unblur, and other AI-powered tools, as well as UI and security enhancements.</w:t>
      </w:r>
      <w:r/>
    </w:p>
    <w:p>
      <w:pPr>
        <w:pStyle w:val="ListNumber"/>
        <w:spacing w:line="240" w:lineRule="auto"/>
        <w:ind w:left="720"/>
      </w:pPr>
      <w:r/>
      <w:hyperlink r:id="rId11">
        <w:r>
          <w:rPr>
            <w:color w:val="0000EE"/>
            <w:u w:val="single"/>
          </w:rPr>
          <w:t>https://www.gsmarena.com/oneplus_publishes_oxygenos_15_release_timeline_here_are_all_the_devices_getting_it-news-65079.php</w:t>
        </w:r>
      </w:hyperlink>
      <w:r>
        <w:t xml:space="preserve"> - Details the security enhancements, including the Theft Detection feature and reduced installation size.</w:t>
      </w:r>
      <w:r/>
    </w:p>
    <w:p>
      <w:pPr>
        <w:pStyle w:val="ListNumber"/>
        <w:spacing w:line="240" w:lineRule="auto"/>
        <w:ind w:left="720"/>
      </w:pPr>
      <w:r/>
      <w:hyperlink r:id="rId10">
        <w:r>
          <w:rPr>
            <w:color w:val="0000EE"/>
            <w:u w:val="single"/>
          </w:rPr>
          <w:t>https://www.androidauthority.com/oxygenos-15-3428400/</w:t>
        </w:r>
      </w:hyperlink>
      <w:r>
        <w:t xml:space="preserve"> - Mentions the tentative timeline for the stable release of OxygenOS 15, dependent on feedback from the open beta testing.</w:t>
      </w:r>
      <w:r/>
    </w:p>
    <w:p>
      <w:pPr>
        <w:pStyle w:val="ListNumber"/>
        <w:spacing w:line="240" w:lineRule="auto"/>
        <w:ind w:left="720"/>
      </w:pPr>
      <w:r/>
      <w:hyperlink r:id="rId11">
        <w:r>
          <w:rPr>
            <w:color w:val="0000EE"/>
            <w:u w:val="single"/>
          </w:rPr>
          <w:t>https://www.gsmarena.com/oneplus_publishes_oxygenos_15_release_timeline_here_are_all_the_devices_getting_it-news-65079.php</w:t>
        </w:r>
      </w:hyperlink>
      <w:r>
        <w:t xml:space="preserve"> - Lists the devices that will receive the OxygenOS 15 update, including the OnePlus 10 series and other models, and their respective release timelines.</w:t>
      </w:r>
      <w:r/>
    </w:p>
    <w:p>
      <w:pPr>
        <w:pStyle w:val="ListNumber"/>
        <w:spacing w:line="240" w:lineRule="auto"/>
        <w:ind w:left="720"/>
      </w:pPr>
      <w:r/>
      <w:hyperlink r:id="rId10">
        <w:r>
          <w:rPr>
            <w:color w:val="0000EE"/>
            <w:u w:val="single"/>
          </w:rPr>
          <w:t>https://www.androidauthority.com/oxygenos-15-3428400/</w:t>
        </w:r>
      </w:hyperlink>
      <w:r>
        <w:t xml:space="preserve"> - Discusses the aesthetic updates in OxygenOS 15, such as refreshed app icons and UI elements, and lock screen personalization.</w:t>
      </w:r>
      <w:r/>
    </w:p>
    <w:p>
      <w:pPr>
        <w:pStyle w:val="ListNumber"/>
        <w:spacing w:line="240" w:lineRule="auto"/>
        <w:ind w:left="720"/>
      </w:pPr>
      <w:r/>
      <w:hyperlink r:id="rId13">
        <w:r>
          <w:rPr>
            <w:color w:val="0000EE"/>
            <w:u w:val="single"/>
          </w:rPr>
          <w:t>https://www.youtube.com/watch?v=YrqpXkp1KNk</w:t>
        </w:r>
      </w:hyperlink>
      <w:r>
        <w:t xml:space="preserve"> - Explains the improvements in navigation and user interface, including parallel processing for animations and other under-the-hood changes.</w:t>
      </w:r>
      <w:r/>
    </w:p>
    <w:p>
      <w:pPr>
        <w:pStyle w:val="ListNumber"/>
        <w:spacing w:line="240" w:lineRule="auto"/>
        <w:ind w:left="720"/>
      </w:pPr>
      <w:r/>
      <w:hyperlink r:id="rId11">
        <w:r>
          <w:rPr>
            <w:color w:val="0000EE"/>
            <w:u w:val="single"/>
          </w:rPr>
          <w:t>https://www.gsmarena.com/oneplus_publishes_oxygenos_15_release_timeline_here_are_all_the_devices_getting_it-news-65079.php</w:t>
        </w:r>
      </w:hyperlink>
      <w:r>
        <w:t xml:space="preserve"> - Provides an overview of the phased rollout and the devices that will receive the update in the coming months.</w:t>
      </w:r>
      <w:r/>
    </w:p>
    <w:p>
      <w:pPr>
        <w:pStyle w:val="ListNumber"/>
        <w:spacing w:line="240" w:lineRule="auto"/>
        <w:ind w:left="720"/>
      </w:pPr>
      <w:r/>
      <w:hyperlink r:id="rId14">
        <w:r>
          <w:rPr>
            <w:color w:val="0000EE"/>
            <w:u w:val="single"/>
          </w:rPr>
          <w:t>https://www.techradar.com/phones/oneplus-phones/oneplus-is-embracing-android-15-but-not-in-the-way-we-expected</w:t>
        </w:r>
      </w:hyperlink>
      <w:r>
        <w:t xml:space="preserve"> - Please view link - unable to able to access data</w:t>
      </w:r>
      <w:r/>
    </w:p>
    <w:p>
      <w:pPr>
        <w:pStyle w:val="ListNumber"/>
        <w:spacing w:line="240" w:lineRule="auto"/>
        <w:ind w:left="720"/>
      </w:pPr>
      <w:r/>
      <w:hyperlink r:id="rId15">
        <w:r>
          <w:rPr>
            <w:color w:val="0000EE"/>
            <w:u w:val="single"/>
          </w:rPr>
          <w:t>https://www.androidauthority.com/oxygen-os-15-rollout-timeline-3494132/</w:t>
        </w:r>
      </w:hyperlink>
      <w:r>
        <w:t xml:space="preserve"> - Please view link - unable to able to access data</w:t>
      </w:r>
      <w:r/>
    </w:p>
    <w:p>
      <w:pPr>
        <w:pStyle w:val="ListNumber"/>
        <w:spacing w:line="240" w:lineRule="auto"/>
        <w:ind w:left="720"/>
      </w:pPr>
      <w:r/>
      <w:hyperlink r:id="rId16">
        <w:r>
          <w:rPr>
            <w:color w:val="0000EE"/>
            <w:u w:val="single"/>
          </w:rPr>
          <w:t>https://www.techradar.com/health-fitness/at-last-samsung-galaxy-watch-6-owners-are-finally-getting-wear-os-5-after-months-of-testing</w:t>
        </w:r>
      </w:hyperlink>
      <w:r>
        <w:t xml:space="preserve"> - Please view link - unable to able to access data</w:t>
      </w:r>
      <w:r/>
    </w:p>
    <w:p>
      <w:pPr>
        <w:pStyle w:val="ListNumber"/>
        <w:spacing w:line="240" w:lineRule="auto"/>
        <w:ind w:left="720"/>
      </w:pPr>
      <w:r/>
      <w:hyperlink r:id="rId17">
        <w:r>
          <w:rPr>
            <w:color w:val="0000EE"/>
            <w:u w:val="single"/>
          </w:rPr>
          <w:t>https://www.techadvisor.com/article/2498155/one-ui-7.html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authority.com/oxygenos-15-3428400/" TargetMode="External"/><Relationship Id="rId11" Type="http://schemas.openxmlformats.org/officeDocument/2006/relationships/hyperlink" Target="https://www.gsmarena.com/oneplus_publishes_oxygenos_15_release_timeline_here_are_all_the_devices_getting_it-news-65079.php" TargetMode="External"/><Relationship Id="rId12" Type="http://schemas.openxmlformats.org/officeDocument/2006/relationships/hyperlink" Target="https://www.reddit.com/r/oneplus/comments/1gb61eu/oxygen_os_15_open_beta_release_dates/" TargetMode="External"/><Relationship Id="rId13" Type="http://schemas.openxmlformats.org/officeDocument/2006/relationships/hyperlink" Target="https://www.youtube.com/watch?v=YrqpXkp1KNk" TargetMode="External"/><Relationship Id="rId14" Type="http://schemas.openxmlformats.org/officeDocument/2006/relationships/hyperlink" Target="https://www.techradar.com/phones/oneplus-phones/oneplus-is-embracing-android-15-but-not-in-the-way-we-expected" TargetMode="External"/><Relationship Id="rId15" Type="http://schemas.openxmlformats.org/officeDocument/2006/relationships/hyperlink" Target="https://www.androidauthority.com/oxygen-os-15-rollout-timeline-3494132/" TargetMode="External"/><Relationship Id="rId16" Type="http://schemas.openxmlformats.org/officeDocument/2006/relationships/hyperlink" Target="https://www.techradar.com/health-fitness/at-last-samsung-galaxy-watch-6-owners-are-finally-getting-wear-os-5-after-months-of-testing" TargetMode="External"/><Relationship Id="rId17" Type="http://schemas.openxmlformats.org/officeDocument/2006/relationships/hyperlink" Target="https://www.techadvisor.com/article/2498155/one-ui-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