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Orion model set to launch by December with limited initial release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Orion Model Set to Launch by December with Limited Initial Release</w:t>
      </w:r>
      <w:r/>
    </w:p>
    <w:p>
      <w:r/>
      <w:r>
        <w:t>In a significant move in the field of artificial intelligence, OpenAI is gearing up to launch its highly anticipated model, Orion, by December 2023. This latest development marks a step forward in OpenAI's ambitions to advance AI capabilities and potentially make strides toward artificial general intelligence (AGI).</w:t>
      </w:r>
      <w:r/>
    </w:p>
    <w:p>
      <w:r/>
      <w:r>
        <w:t>Unlike previous releases, such as the GPT-4o and o1 models, Orion's initial deployment will differ. Instead of a broad release directly via ChatGPT, OpenAI intends to adopt a more strategic approach by first offering access to a select group of partner companies. These collaborators will be tasked with experimenting and integrating Orion into their own products and services. This approach is aimed at capitalising on the strengths of these partnerships to innovate and refine the technology before a wider release.</w:t>
      </w:r>
      <w:r/>
    </w:p>
    <w:p>
      <w:r/>
      <w:r>
        <w:t>Microsoft, OpenAI's key partner in the distribution of AI models, is reportedly preparing to host Orion on its Azure platform as soon as November. This collaboration is a continuation of the strategic alliance between the two tech giants, a partnership that has been fundamental in previous AI deployments. However, both Microsoft and OpenAI have so far declined to officially comment on these developments.</w:t>
      </w:r>
      <w:r/>
    </w:p>
    <w:p>
      <w:r/>
      <w:r>
        <w:t>Internally, Orion is being viewed as the successor to GPT-4 within OpenAI, though the external branding and naming of the model remain uncertain. There is speculation that Orion could be named GPT-5 when released to the public. However, as with many technology rollouts, details are subject to change.</w:t>
      </w:r>
      <w:r/>
    </w:p>
    <w:p>
      <w:r/>
      <w:r>
        <w:t>Orion has been described by an OpenAI executive as possibly up to 100 times more powerful than its predecessors. This potential enhancement in capability suggests significant improvements in performance and versatility. The model is distinct from the o1 reasoning model launched by OpenAI in September, with ambitions to merge its various large language models (LLMs) to ultimately achieve AGI.</w:t>
      </w:r>
      <w:r/>
    </w:p>
    <w:p>
      <w:r/>
      <w:r>
        <w:t>The development of Orion has been closely guarded, but there are hints that the model was trained using synthetic data provided by the o1 model, internally referred to as 'Strawberry'. The completion of its training was marked by a celebratory event among OpenAI researchers in September, indicative of the excitement surrounding Orion's capabilities.</w:t>
      </w:r>
      <w:r/>
    </w:p>
    <w:p>
      <w:r/>
      <w:r>
        <w:t>The cryptic communication from OpenAI's CEO, Sam Altman, has also sparked intrigue. In September, Altman posted on social media about his anticipation for "winter constellations to rise soon", a statement thought to be a veiled reference to the Orion constellation, which is prominent in the night sky during the winter months.</w:t>
      </w:r>
      <w:r/>
    </w:p>
    <w:p>
      <w:r/>
      <w:r>
        <w:t>As the tech community and industries await the release of Orion, its potential impact on AI technology remains a topic of considerable interest. With its anticipated debut, Orion could represent a significant breakthrough, further solidifying OpenAI's position in the cutting-edge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https://tech.slashdot.org/story/24/10/25/1747204/openai-says-it-wont-release-a-model-called-orion-this-year</w:t>
        </w:r>
      </w:hyperlink>
      <w:r>
        <w:t xml:space="preserve"> - OpenAI's statement that it does not plan to release a model called Orion this year, contradicting earlier reports.</w:t>
      </w:r>
      <w:r/>
    </w:p>
    <w:p>
      <w:pPr>
        <w:pStyle w:val="ListNumber"/>
        <w:spacing w:line="240" w:lineRule="auto"/>
        <w:ind w:left="720"/>
      </w:pPr>
      <w:r/>
      <w:hyperlink r:id="rId11">
        <w:r>
          <w:rPr>
            <w:color w:val="0000EE"/>
            <w:u w:val="single"/>
          </w:rPr>
          <w:t>https://techcrunch.com/2024/10/25/openai-says-it-wont-release-a-model-called-orion-this-year/</w:t>
        </w:r>
      </w:hyperlink>
      <w:r>
        <w:t xml:space="preserve"> - OpenAI's denial of plans to release the Orion model this year, and their intention to release other technologies instead.</w:t>
      </w:r>
      <w:r/>
    </w:p>
    <w:p>
      <w:pPr>
        <w:pStyle w:val="ListNumber"/>
        <w:spacing w:line="240" w:lineRule="auto"/>
        <w:ind w:left="720"/>
      </w:pPr>
      <w:r/>
      <w:hyperlink r:id="rId12">
        <w:r>
          <w:rPr>
            <w:color w:val="0000EE"/>
            <w:u w:val="single"/>
          </w:rPr>
          <w:t>https://www.digitaltrends.com/computing/openai-orion-release-end-of-year-report/</w:t>
        </w:r>
      </w:hyperlink>
      <w:r>
        <w:t xml:space="preserve"> - The initial report suggesting Orion might be released by December, and the strategy of releasing it first to select businesses and partners.</w:t>
      </w:r>
      <w:r/>
    </w:p>
    <w:p>
      <w:pPr>
        <w:pStyle w:val="ListNumber"/>
        <w:spacing w:line="240" w:lineRule="auto"/>
        <w:ind w:left="720"/>
      </w:pPr>
      <w:r/>
      <w:hyperlink r:id="rId13">
        <w:r>
          <w:rPr>
            <w:color w:val="0000EE"/>
            <w:u w:val="single"/>
          </w:rPr>
          <w:t>https://www.forbes.com/sites/torconstantino/2024/10/25/openai-reported-to-launch-its-orion-model-in-december---or-maybe-not/</w:t>
        </w:r>
      </w:hyperlink>
      <w:r>
        <w:t xml:space="preserve"> - The uncertainty and conflicting reports about the release of the Orion model by December.</w:t>
      </w:r>
      <w:r/>
    </w:p>
    <w:p>
      <w:pPr>
        <w:pStyle w:val="ListNumber"/>
        <w:spacing w:line="240" w:lineRule="auto"/>
        <w:ind w:left="720"/>
      </w:pPr>
      <w:r/>
      <w:hyperlink r:id="rId14">
        <w:r>
          <w:rPr>
            <w:color w:val="0000EE"/>
            <w:u w:val="single"/>
          </w:rPr>
          <w:t>https://mezha.media/en/2024/10/25/openai-will-release-the-orion-model-in-december-2024-which-can-be-100-times-more-powerful-than-gpt-4/</w:t>
        </w:r>
      </w:hyperlink>
      <w:r>
        <w:t xml:space="preserve"> - The claim that Orion could be 100 times more powerful than GPT-4, although this is contradicted by other sources.</w:t>
      </w:r>
      <w:r/>
    </w:p>
    <w:p>
      <w:pPr>
        <w:pStyle w:val="ListNumber"/>
        <w:spacing w:line="240" w:lineRule="auto"/>
        <w:ind w:left="720"/>
      </w:pPr>
      <w:r/>
      <w:hyperlink r:id="rId11">
        <w:r>
          <w:rPr>
            <w:color w:val="0000EE"/>
            <w:u w:val="single"/>
          </w:rPr>
          <w:t>https://techcrunch.com/2024/10/25/openai-says-it-wont-release-a-model-called-orion-this-year/</w:t>
        </w:r>
      </w:hyperlink>
      <w:r>
        <w:t xml:space="preserve"> - Microsoft's expected role in hosting the Orion model on its Azure platform, despite OpenAI's denial of the release plans.</w:t>
      </w:r>
      <w:r/>
    </w:p>
    <w:p>
      <w:pPr>
        <w:pStyle w:val="ListNumber"/>
        <w:spacing w:line="240" w:lineRule="auto"/>
        <w:ind w:left="720"/>
      </w:pPr>
      <w:r/>
      <w:hyperlink r:id="rId12">
        <w:r>
          <w:rPr>
            <w:color w:val="0000EE"/>
            <w:u w:val="single"/>
          </w:rPr>
          <w:t>https://www.digitaltrends.com/computing/openai-orion-release-end-of-year-report/</w:t>
        </w:r>
      </w:hyperlink>
      <w:r>
        <w:t xml:space="preserve"> - The speculation that Orion might be named GPT-5 and its distinction from the o1 reasoning model.</w:t>
      </w:r>
      <w:r/>
    </w:p>
    <w:p>
      <w:pPr>
        <w:pStyle w:val="ListNumber"/>
        <w:spacing w:line="240" w:lineRule="auto"/>
        <w:ind w:left="720"/>
      </w:pPr>
      <w:r/>
      <w:hyperlink r:id="rId12">
        <w:r>
          <w:rPr>
            <w:color w:val="0000EE"/>
            <w:u w:val="single"/>
          </w:rPr>
          <w:t>https://www.digitaltrends.com/computing/openai-orion-release-end-of-year-report/</w:t>
        </w:r>
      </w:hyperlink>
      <w:r>
        <w:t xml:space="preserve"> - The use of synthetic data from the o1 model in training Orion and the celebratory event among OpenAI researchers.</w:t>
      </w:r>
      <w:r/>
    </w:p>
    <w:p>
      <w:pPr>
        <w:pStyle w:val="ListNumber"/>
        <w:spacing w:line="240" w:lineRule="auto"/>
        <w:ind w:left="720"/>
      </w:pPr>
      <w:r/>
      <w:hyperlink r:id="rId12">
        <w:r>
          <w:rPr>
            <w:color w:val="0000EE"/>
            <w:u w:val="single"/>
          </w:rPr>
          <w:t>https://www.digitaltrends.com/computing/openai-orion-release-end-of-year-report/</w:t>
        </w:r>
      </w:hyperlink>
      <w:r>
        <w:t xml:space="preserve"> - Sam Altman's cryptic social media posts that are interpreted as hints about the Orion model.</w:t>
      </w:r>
      <w:r/>
    </w:p>
    <w:p>
      <w:pPr>
        <w:pStyle w:val="ListNumber"/>
        <w:spacing w:line="240" w:lineRule="auto"/>
        <w:ind w:left="720"/>
      </w:pPr>
      <w:r/>
      <w:hyperlink r:id="rId10">
        <w:r>
          <w:rPr>
            <w:color w:val="0000EE"/>
            <w:u w:val="single"/>
          </w:rPr>
          <w:t>https://tech.slashdot.org/story/24/10/25/1747204/openai-says-it-wont-release-a-model-called-orion-this-year</w:t>
        </w:r>
      </w:hyperlink>
      <w:r>
        <w:t xml:space="preserve"> - The overall anticipation and interest in the tech community regarding the potential release and impact of the Orion model.</w:t>
      </w:r>
      <w:r/>
    </w:p>
    <w:p>
      <w:pPr>
        <w:pStyle w:val="ListNumber"/>
        <w:spacing w:line="240" w:lineRule="auto"/>
        <w:ind w:left="720"/>
      </w:pPr>
      <w:r/>
      <w:hyperlink r:id="rId15">
        <w:r>
          <w:rPr>
            <w:color w:val="0000EE"/>
            <w:u w:val="single"/>
          </w:rPr>
          <w:t>https://www.theverge.com/2024/10/24/24278999/openai-plans-orion-ai-model-release-december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lashdot.org/story/24/10/25/1747204/openai-says-it-wont-release-a-model-called-orion-this-year" TargetMode="External"/><Relationship Id="rId11" Type="http://schemas.openxmlformats.org/officeDocument/2006/relationships/hyperlink" Target="https://techcrunch.com/2024/10/25/openai-says-it-wont-release-a-model-called-orion-this-year/" TargetMode="External"/><Relationship Id="rId12" Type="http://schemas.openxmlformats.org/officeDocument/2006/relationships/hyperlink" Target="https://www.digitaltrends.com/computing/openai-orion-release-end-of-year-report/" TargetMode="External"/><Relationship Id="rId13" Type="http://schemas.openxmlformats.org/officeDocument/2006/relationships/hyperlink" Target="https://www.forbes.com/sites/torconstantino/2024/10/25/openai-reported-to-launch-its-orion-model-in-december---or-maybe-not/" TargetMode="External"/><Relationship Id="rId14" Type="http://schemas.openxmlformats.org/officeDocument/2006/relationships/hyperlink" Target="https://mezha.media/en/2024/10/25/openai-will-release-the-orion-model-in-december-2024-which-can-be-100-times-more-powerful-than-gpt-4/" TargetMode="External"/><Relationship Id="rId15" Type="http://schemas.openxmlformats.org/officeDocument/2006/relationships/hyperlink" Target="https://www.theverge.com/2024/10/24/24278999/openai-plans-orion-ai-model-release-dece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