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ambitious leap: the GPT-5 mystery and its potential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Ambitious Leap: The GPT-5 Mystery and Its Potential Impact</w:t>
      </w:r>
      <w:r/>
    </w:p>
    <w:p>
      <w:r/>
      <w:r>
        <w:t>OpenAI, the cutting-edge artificial intelligence research lab known for its development of large language models, is reportedly on the brink of releasing its next major update, tentatively titled GPT-5, by December. This development, however, is shrouded in a degree of uncertainty, with conflicting reports adding to the intrigue.</w:t>
      </w:r>
      <w:r/>
    </w:p>
    <w:p>
      <w:r/>
      <w:r>
        <w:rPr>
          <w:b/>
        </w:rPr>
        <w:t>The GPT-5 Speculation</w:t>
      </w:r>
      <w:r/>
    </w:p>
    <w:p>
      <w:r/>
      <w:r>
        <w:t xml:space="preserve">The speculated update, supposedly codenamed "Orion," hints at a significant technological leap, offering 100 times the computation power of its predecessor, GPT-4, according to insider information shared with The Verge. Intriguingly, OpenAI's CEO, Sam Altman, has dismissed these reports as "fake news". Despite this rejection, there remains buzz about a model with enhanced capabilities, described by some as “GPT Next,” which hints at substantial improvements in computational capabilities without requiring proportionally more resources. </w:t>
      </w:r>
      <w:r/>
    </w:p>
    <w:p>
      <w:r/>
      <w:r>
        <w:t>Engineers at Microsoft are reportedly preparing for this potential launch, suggesting that the initial release of this new model might focus on Microsoft’s Azure cloud computing platform. This aligns with reports that the first wave of GPT-5’s integration could be aimed at business partners, potentially leading to significant enhancements across Microsoft’s suite of AI-powered products.</w:t>
      </w:r>
      <w:r/>
    </w:p>
    <w:p>
      <w:r/>
      <w:r>
        <w:rPr>
          <w:b/>
        </w:rPr>
        <w:t>OpenAI and Microsoft: A Strategic Alliance</w:t>
      </w:r>
      <w:r/>
    </w:p>
    <w:p>
      <w:r/>
      <w:r>
        <w:t xml:space="preserve">The collaboration between OpenAI and Microsoft is notably complex. The two entities have a binding relationship, with Microsoft Azure being the designated platform for OpenAI’s operations. Yet, rumour has it that OpenAI is seeking to renegotiate its position, particularly concerning access to Microsoft’s powerful Nvidia H100 GPUs. This hardware is essential for running expansive AI models, and negotiations over this access could impact their ongoing partnership. </w:t>
      </w:r>
      <w:r/>
    </w:p>
    <w:p>
      <w:r/>
      <w:r>
        <w:t>There exists an exclusivity contract between the two companies which was amended in June to allow some of OpenAI’s operations to be conducted using Oracle servers. This move highlights tensions and the evolving nature of their agreement. Should OpenAI ever achieve Artificial General Intelligence (AGI) with its models, this partnership would automatically dissolve—a clause that could have lasting implications should GPT-5 approach such a milestone in AI evolution.</w:t>
      </w:r>
      <w:r/>
    </w:p>
    <w:p>
      <w:r/>
      <w:r>
        <w:rPr>
          <w:b/>
        </w:rPr>
        <w:t>What This Means for Microsoft’s Copilot+ Initiative</w:t>
      </w:r>
      <w:r/>
    </w:p>
    <w:p>
      <w:r/>
      <w:r>
        <w:t>Microsoft’s Copilot+ program is at the heart of its AI strategy, providing AI features across platforms powered by Intel and AMD systems. Despite over a year in the AI PC market, finding distinguishing and compelling applications within AI remains a challenge. The partnership with OpenAI is fundamental to the Copilot+ system, as it relies on GPT models to function.</w:t>
      </w:r>
      <w:r/>
    </w:p>
    <w:p>
      <w:r/>
      <w:r>
        <w:t>The emergence of GPT-5 could potentially redefine what computers equipped with these AI features are capable of, potentially reducing AI errors and enhancing creative outputs, like art generation or complex computations. This elevated capability could finally deliver a "killer app" making the AI PC more appealing.</w:t>
      </w:r>
      <w:r/>
    </w:p>
    <w:p>
      <w:r/>
      <w:r>
        <w:t xml:space="preserve">Yet, the underlying uncertainty of OpenAI’s negotiation with Microsoft presents a risk. Should the partnership deteriorate, Copilot+ might be left without the AI sophistication it currently derives from OpenAI’s models. </w:t>
      </w:r>
      <w:r/>
    </w:p>
    <w:p>
      <w:r/>
      <w:r>
        <w:rPr>
          <w:b/>
        </w:rPr>
        <w:t>Looking Ahead</w:t>
      </w:r>
      <w:r/>
    </w:p>
    <w:p>
      <w:r/>
      <w:r>
        <w:t>As the anticipation builds towards December, the tech community remains watchful for official announcements. The outcome of these potential developments with GPT-5 could shape the future of AI technology at Microsoft and beyond, highlighting a critical moment for the collaboration between the tech giant and OpenAI. Until confirmations are made, the speculation underscores the dynamic and rapidly evolving landscape of artificial intelligence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https://www.metaculus.com/questions/22047/when-will-gpt-5-be-publicly-available/</w:t>
        </w:r>
      </w:hyperlink>
      <w:r>
        <w:t xml:space="preserve"> - Corroborates the speculation and community predictions around the release date of GPT-5, suggesting it might be available in late 2024 or early 2025.</w:t>
      </w:r>
      <w:r/>
    </w:p>
    <w:p>
      <w:pPr>
        <w:pStyle w:val="ListNumber"/>
        <w:spacing w:line="240" w:lineRule="auto"/>
        <w:ind w:left="720"/>
      </w:pPr>
      <w:r/>
      <w:hyperlink r:id="rId11">
        <w:r>
          <w:rPr>
            <w:color w:val="0000EE"/>
            <w:u w:val="single"/>
          </w:rPr>
          <w:t>https://polymarket.com/event/will-openai-release-gpt-5-in-2024</w:t>
        </w:r>
      </w:hyperlink>
      <w:r>
        <w:t xml:space="preserve"> - Supports the idea that GPT-5 might be released by December 31, 2024, as indicated by market predictions.</w:t>
      </w:r>
      <w:r/>
    </w:p>
    <w:p>
      <w:pPr>
        <w:pStyle w:val="ListNumber"/>
        <w:spacing w:line="240" w:lineRule="auto"/>
        <w:ind w:left="720"/>
      </w:pPr>
      <w:r/>
      <w:hyperlink r:id="rId12">
        <w:r>
          <w:rPr>
            <w:color w:val="0000EE"/>
            <w:u w:val="single"/>
          </w:rPr>
          <w:t>https://explodingtopics.com/blog/new-chatgpt-release-date</w:t>
        </w:r>
      </w:hyperlink>
      <w:r>
        <w:t xml:space="preserve"> - Provides details on the potential release timeline of GPT-5, citing late 2024 or early 2025 based on public statements and previous model launch timelines.</w:t>
      </w:r>
      <w:r/>
    </w:p>
    <w:p>
      <w:pPr>
        <w:pStyle w:val="ListNumber"/>
        <w:spacing w:line="240" w:lineRule="auto"/>
        <w:ind w:left="720"/>
      </w:pPr>
      <w:r/>
      <w:hyperlink r:id="rId13">
        <w:r>
          <w:rPr>
            <w:color w:val="0000EE"/>
            <w:u w:val="single"/>
          </w:rPr>
          <w:t>https://www.reddit.com/r/OpenAI/comments/1d8gb4a/the_information_say_that_gpt5_might_be_launching/</w:t>
        </w:r>
      </w:hyperlink>
      <w:r>
        <w:t xml:space="preserve"> - Mentions a possible December 2024 release date for GPT-5, aligning with the speculation about a late-year launch.</w:t>
      </w:r>
      <w:r/>
    </w:p>
    <w:p>
      <w:pPr>
        <w:pStyle w:val="ListNumber"/>
        <w:spacing w:line="240" w:lineRule="auto"/>
        <w:ind w:left="720"/>
      </w:pPr>
      <w:r/>
      <w:hyperlink r:id="rId12">
        <w:r>
          <w:rPr>
            <w:color w:val="0000EE"/>
            <w:u w:val="single"/>
          </w:rPr>
          <w:t>https://explodingtopics.com/blog/new-chatgpt-release-date</w:t>
        </w:r>
      </w:hyperlink>
      <w:r>
        <w:t xml:space="preserve"> - Discusses the ongoing development and safety testing of GPT-5, which could impact its release date, supporting the uncertainty around the exact timing.</w:t>
      </w:r>
      <w:r/>
    </w:p>
    <w:p>
      <w:pPr>
        <w:pStyle w:val="ListNumber"/>
        <w:spacing w:line="240" w:lineRule="auto"/>
        <w:ind w:left="720"/>
      </w:pPr>
      <w:r/>
      <w:hyperlink r:id="rId12">
        <w:r>
          <w:rPr>
            <w:color w:val="0000EE"/>
            <w:u w:val="single"/>
          </w:rPr>
          <w:t>https://explodingtopics.com/blog/new-chatgpt-release-date</w:t>
        </w:r>
      </w:hyperlink>
      <w:r>
        <w:t xml:space="preserve"> - Highlights the strategic importance of safety testing and the potential delays it could cause, affecting the release timeline of GPT-5.</w:t>
      </w:r>
      <w:r/>
    </w:p>
    <w:p>
      <w:pPr>
        <w:pStyle w:val="ListNumber"/>
        <w:spacing w:line="240" w:lineRule="auto"/>
        <w:ind w:left="720"/>
      </w:pPr>
      <w:r/>
      <w:hyperlink r:id="rId10">
        <w:r>
          <w:rPr>
            <w:color w:val="0000EE"/>
            <w:u w:val="single"/>
          </w:rPr>
          <w:t>https://www.metaculus.com/questions/22047/when-will-gpt-5-be-publicly-available/</w:t>
        </w:r>
      </w:hyperlink>
      <w:r>
        <w:t xml:space="preserve"> - Indicates that the release of GPT-5 could be focused on business partners initially, which aligns with the speculation about its integration with Microsoft’s Azure platform.</w:t>
      </w:r>
      <w:r/>
    </w:p>
    <w:p>
      <w:pPr>
        <w:pStyle w:val="ListNumber"/>
        <w:spacing w:line="240" w:lineRule="auto"/>
        <w:ind w:left="720"/>
      </w:pPr>
      <w:r/>
      <w:hyperlink r:id="rId12">
        <w:r>
          <w:rPr>
            <w:color w:val="0000EE"/>
            <w:u w:val="single"/>
          </w:rPr>
          <w:t>https://explodingtopics.com/blog/new-chatgpt-release-date</w:t>
        </w:r>
      </w:hyperlink>
      <w:r>
        <w:t xml:space="preserve"> - Mentions the collaboration between OpenAI and Microsoft, including the use of Microsoft Azure and potential negotiations over access to powerful GPUs, supporting the complex relationship between the two companies.</w:t>
      </w:r>
      <w:r/>
    </w:p>
    <w:p>
      <w:pPr>
        <w:pStyle w:val="ListNumber"/>
        <w:spacing w:line="240" w:lineRule="auto"/>
        <w:ind w:left="720"/>
      </w:pPr>
      <w:r/>
      <w:hyperlink r:id="rId13">
        <w:r>
          <w:rPr>
            <w:color w:val="0000EE"/>
            <w:u w:val="single"/>
          </w:rPr>
          <w:t>https://www.reddit.com/r/OpenAI/comments/1d8gb4a/the_information_say_that_gpt5_might_be_launching/</w:t>
        </w:r>
      </w:hyperlink>
      <w:r>
        <w:t xml:space="preserve"> - Touches on the exclusivity contract between OpenAI and Microsoft and the potential implications if OpenAI achieves AGI, which could dissolve the partnership.</w:t>
      </w:r>
      <w:r/>
    </w:p>
    <w:p>
      <w:pPr>
        <w:pStyle w:val="ListNumber"/>
        <w:spacing w:line="240" w:lineRule="auto"/>
        <w:ind w:left="720"/>
      </w:pPr>
      <w:r/>
      <w:hyperlink r:id="rId12">
        <w:r>
          <w:rPr>
            <w:color w:val="0000EE"/>
            <w:u w:val="single"/>
          </w:rPr>
          <w:t>https://explodingtopics.com/blog/new-chatgpt-release-date</w:t>
        </w:r>
      </w:hyperlink>
      <w:r>
        <w:t xml:space="preserve"> - Discusses the impact of GPT-5 on Microsoft’s Copilot+ initiative, highlighting the potential for enhanced AI capabilities and the risks associated with the partnership between OpenAI and Microsoft.</w:t>
      </w:r>
      <w:r/>
    </w:p>
    <w:p>
      <w:pPr>
        <w:pStyle w:val="ListNumber"/>
        <w:spacing w:line="240" w:lineRule="auto"/>
        <w:ind w:left="720"/>
      </w:pPr>
      <w:r/>
      <w:hyperlink r:id="rId14">
        <w:r>
          <w:rPr>
            <w:color w:val="0000EE"/>
            <w:u w:val="single"/>
          </w:rPr>
          <w:t>https://www.laptopmag.com/ai/copilot-pcs/gpt-5-rumor-microsoft-ai-pcs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taculus.com/questions/22047/when-will-gpt-5-be-publicly-available/" TargetMode="External"/><Relationship Id="rId11" Type="http://schemas.openxmlformats.org/officeDocument/2006/relationships/hyperlink" Target="https://polymarket.com/event/will-openai-release-gpt-5-in-2024" TargetMode="External"/><Relationship Id="rId12" Type="http://schemas.openxmlformats.org/officeDocument/2006/relationships/hyperlink" Target="https://explodingtopics.com/blog/new-chatgpt-release-date" TargetMode="External"/><Relationship Id="rId13" Type="http://schemas.openxmlformats.org/officeDocument/2006/relationships/hyperlink" Target="https://www.reddit.com/r/OpenAI/comments/1d8gb4a/the_information_say_that_gpt5_might_be_launching/" TargetMode="External"/><Relationship Id="rId14" Type="http://schemas.openxmlformats.org/officeDocument/2006/relationships/hyperlink" Target="https://www.laptopmag.com/ai/copilot-pcs/gpt-5-rumor-microsoft-ai-p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