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Opera unveils One R2 browser with enhanced features and customisation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Opera has unveiled its latest browser, One R2, aiming to capture the attention of a broader audience and challenge the dominance of more established browsers. The new release is packed with innovative features and enhanced customization options, marking a significant advancement in the user’s browsing experience.</w:t>
      </w:r>
      <w:r/>
    </w:p>
    <w:p>
      <w:r/>
      <w:r>
        <w:t>One of the most striking aspects of Opera One R2 is its aesthetic appeal. The introduction of Dynamic Themes allows users to personalize their browser's appearance with visually dynamic and animated gradients, courtesy of advanced shader technology. These themes give the browser a modern and refined look, though the range of stock themes is somewhat limited, appealing primarily to those who favour the available styles.</w:t>
      </w:r>
      <w:r/>
    </w:p>
    <w:p>
      <w:r/>
      <w:r>
        <w:t>A standout addition in this release is the Split Screen feature. This functionality enables users to work with two tabs simultaneously within the browser itself. This feature is particularly beneficial for users who often multitask, offering a more integrated and streamlined experience compared to utilising the operating system's built-in split-screen options on either Mac or PC platforms.</w:t>
      </w:r>
      <w:r/>
    </w:p>
    <w:p>
      <w:r/>
      <w:r>
        <w:t>In keeping with the current technological trend, Opera One R2 incorporates an AI assistant named Aria. This AI component aids users by enhancing their browsing capabilities with context on web pages, product comparisons, and even image generation and description. While Aria might not rival the functionalities of more robust standalone AI chatbots, it effectively handles a variety of less complex tasks, adding to the browser's utility.</w:t>
      </w:r>
      <w:r/>
    </w:p>
    <w:p>
      <w:r/>
      <w:r>
        <w:t>Additional minor yet practical features include detachable video and music players, which enhance multimedia management, a native adblocker to improve browsing efficiency and user satisfaction, and a taskbar integrated with popular social media applications for quick access and seamless connectivity.</w:t>
      </w:r>
      <w:r/>
    </w:p>
    <w:p>
      <w:r/>
      <w:r>
        <w:t>Opera One R2 is available to users worldwide and supports multiple operating systems, including Windows, Mac, and Linux. It can be easily downloaded at no cost through the official Opera website. This strategic move is likely to position Opera One R2 as a compelling choice for users seeking a feature-rich and customisable browsing experience.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https://press.opera.com/2024/10/23/opera-one-r2-the-best-opera-browser-yet/</w:t>
        </w:r>
      </w:hyperlink>
      <w:r>
        <w:t xml:space="preserve"> - Corroborates the introduction of Dynamic Themes and their aesthetic appeal, including the use of shader technology and the availability of different themes.</w:t>
      </w:r>
      <w:r/>
    </w:p>
    <w:p>
      <w:pPr>
        <w:pStyle w:val="ListNumber"/>
        <w:spacing w:line="240" w:lineRule="auto"/>
        <w:ind w:left="720"/>
      </w:pPr>
      <w:r/>
      <w:hyperlink r:id="rId11">
        <w:r>
          <w:rPr>
            <w:color w:val="0000EE"/>
            <w:u w:val="single"/>
          </w:rPr>
          <w:t>https://www.thurrott.com/cloud/web-browsers/311965/opera-one-r2-is-now-available</w:t>
        </w:r>
      </w:hyperlink>
      <w:r>
        <w:t xml:space="preserve"> - Supports the feature of Dynamic Themes and their customization options, as well as the availability of Opera One R2 for Windows, Mac, and Linux.</w:t>
      </w:r>
      <w:r/>
    </w:p>
    <w:p>
      <w:pPr>
        <w:pStyle w:val="ListNumber"/>
        <w:spacing w:line="240" w:lineRule="auto"/>
        <w:ind w:left="720"/>
      </w:pPr>
      <w:r/>
      <w:hyperlink r:id="rId12">
        <w:r>
          <w:rPr>
            <w:color w:val="0000EE"/>
            <w:u w:val="single"/>
          </w:rPr>
          <w:t>https://blogs.opera.com/desktop/2024/10/opera-one-r2-the-best-opera-browser-to-date/</w:t>
        </w:r>
      </w:hyperlink>
      <w:r>
        <w:t xml:space="preserve"> - Details the introduction of Dynamic Themes, their customization options, and the new glass UI design.</w:t>
      </w:r>
      <w:r/>
    </w:p>
    <w:p>
      <w:pPr>
        <w:pStyle w:val="ListNumber"/>
        <w:spacing w:line="240" w:lineRule="auto"/>
        <w:ind w:left="720"/>
      </w:pPr>
      <w:r/>
      <w:hyperlink r:id="rId13">
        <w:r>
          <w:rPr>
            <w:color w:val="0000EE"/>
            <w:u w:val="single"/>
          </w:rPr>
          <w:t>https://www.stocktitan.net/news/OPERA/opera-launches-opera-one-r2-the-best-opera-browser-kqlza1877foi.html</w:t>
        </w:r>
      </w:hyperlink>
      <w:r>
        <w:t xml:space="preserve"> - Confirms the introduction of Dynamic Themes, their Scandinavian-inspired designs, and the use of shader technology.</w:t>
      </w:r>
      <w:r/>
    </w:p>
    <w:p>
      <w:pPr>
        <w:pStyle w:val="ListNumber"/>
        <w:spacing w:line="240" w:lineRule="auto"/>
        <w:ind w:left="720"/>
      </w:pPr>
      <w:r/>
      <w:hyperlink r:id="rId10">
        <w:r>
          <w:rPr>
            <w:color w:val="0000EE"/>
            <w:u w:val="single"/>
          </w:rPr>
          <w:t>https://press.opera.com/2024/10/23/opera-one-r2-the-best-opera-browser-yet/</w:t>
        </w:r>
      </w:hyperlink>
      <w:r>
        <w:t xml:space="preserve"> - Describes the Split Screen feature, enabling users to work with two tabs simultaneously.</w:t>
      </w:r>
      <w:r/>
    </w:p>
    <w:p>
      <w:pPr>
        <w:pStyle w:val="ListNumber"/>
        <w:spacing w:line="240" w:lineRule="auto"/>
        <w:ind w:left="720"/>
      </w:pPr>
      <w:r/>
      <w:hyperlink r:id="rId11">
        <w:r>
          <w:rPr>
            <w:color w:val="0000EE"/>
            <w:u w:val="single"/>
          </w:rPr>
          <w:t>https://www.thurrott.com/cloud/web-browsers/311965/opera-one-r2-is-now-available</w:t>
        </w:r>
      </w:hyperlink>
      <w:r>
        <w:t xml:space="preserve"> - Supports the Split Screen feature for multitasking and enhanced tab management.</w:t>
      </w:r>
      <w:r/>
    </w:p>
    <w:p>
      <w:pPr>
        <w:pStyle w:val="ListNumber"/>
        <w:spacing w:line="240" w:lineRule="auto"/>
        <w:ind w:left="720"/>
      </w:pPr>
      <w:r/>
      <w:hyperlink r:id="rId12">
        <w:r>
          <w:rPr>
            <w:color w:val="0000EE"/>
            <w:u w:val="single"/>
          </w:rPr>
          <w:t>https://blogs.opera.com/desktop/2024/10/opera-one-r2-the-best-opera-browser-to-date/</w:t>
        </w:r>
      </w:hyperlink>
      <w:r>
        <w:t xml:space="preserve"> - Details the Split Screen and Tab Traces features for improved tab management.</w:t>
      </w:r>
      <w:r/>
    </w:p>
    <w:p>
      <w:pPr>
        <w:pStyle w:val="ListNumber"/>
        <w:spacing w:line="240" w:lineRule="auto"/>
        <w:ind w:left="720"/>
      </w:pPr>
      <w:r/>
      <w:hyperlink r:id="rId10">
        <w:r>
          <w:rPr>
            <w:color w:val="0000EE"/>
            <w:u w:val="single"/>
          </w:rPr>
          <w:t>https://press.opera.com/2024/10/23/opera-one-r2-the-best-opera-browser-yet/</w:t>
        </w:r>
      </w:hyperlink>
      <w:r>
        <w:t xml:space="preserve"> - Explains the AI assistant Aria, its capabilities, and the new Command Line interface.</w:t>
      </w:r>
      <w:r/>
    </w:p>
    <w:p>
      <w:pPr>
        <w:pStyle w:val="ListNumber"/>
        <w:spacing w:line="240" w:lineRule="auto"/>
        <w:ind w:left="720"/>
      </w:pPr>
      <w:r/>
      <w:hyperlink r:id="rId11">
        <w:r>
          <w:rPr>
            <w:color w:val="0000EE"/>
            <w:u w:val="single"/>
          </w:rPr>
          <w:t>https://www.thurrott.com/cloud/web-browsers/311965/opera-one-r2-is-now-available</w:t>
        </w:r>
      </w:hyperlink>
      <w:r>
        <w:t xml:space="preserve"> - Supports the integration of Aria AI and its features such as image generation and understanding.</w:t>
      </w:r>
      <w:r/>
    </w:p>
    <w:p>
      <w:pPr>
        <w:pStyle w:val="ListNumber"/>
        <w:spacing w:line="240" w:lineRule="auto"/>
        <w:ind w:left="720"/>
      </w:pPr>
      <w:r/>
      <w:hyperlink r:id="rId12">
        <w:r>
          <w:rPr>
            <w:color w:val="0000EE"/>
            <w:u w:val="single"/>
          </w:rPr>
          <w:t>https://blogs.opera.com/desktop/2024/10/opera-one-r2-the-best-opera-browser-to-date/</w:t>
        </w:r>
      </w:hyperlink>
      <w:r>
        <w:t xml:space="preserve"> - Details Aria's capabilities, including summarizing webpages, analyzing articles, and image generation.</w:t>
      </w:r>
      <w:r/>
    </w:p>
    <w:p>
      <w:pPr>
        <w:pStyle w:val="ListNumber"/>
        <w:spacing w:line="240" w:lineRule="auto"/>
        <w:ind w:left="720"/>
      </w:pPr>
      <w:r/>
      <w:hyperlink r:id="rId10">
        <w:r>
          <w:rPr>
            <w:color w:val="0000EE"/>
            <w:u w:val="single"/>
          </w:rPr>
          <w:t>https://press.opera.com/2024/10/23/opera-one-r2-the-best-opera-browser-yet/</w:t>
        </w:r>
      </w:hyperlink>
      <w:r>
        <w:t xml:space="preserve"> - Mentions the detachable video and music players, native adblocker, and continued support for Manifest V2 extensions.</w:t>
      </w:r>
      <w:r/>
    </w:p>
    <w:p>
      <w:pPr>
        <w:pStyle w:val="ListNumber"/>
        <w:spacing w:line="240" w:lineRule="auto"/>
        <w:ind w:left="720"/>
      </w:pPr>
      <w:r/>
      <w:hyperlink r:id="rId14">
        <w:r>
          <w:rPr>
            <w:color w:val="0000EE"/>
            <w:u w:val="single"/>
          </w:rPr>
          <w:t>https://www.macobserver.com/news/opera-one-r2-launches-with-split-screen-dynamic-themes-and-better-ai-features/?utm_source=macobserver&amp;utm_medium=rss&amp;utm_campaign=rss_everything</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press.opera.com/2024/10/23/opera-one-r2-the-best-opera-browser-yet/" TargetMode="External"/><Relationship Id="rId11" Type="http://schemas.openxmlformats.org/officeDocument/2006/relationships/hyperlink" Target="https://www.thurrott.com/cloud/web-browsers/311965/opera-one-r2-is-now-available" TargetMode="External"/><Relationship Id="rId12" Type="http://schemas.openxmlformats.org/officeDocument/2006/relationships/hyperlink" Target="https://blogs.opera.com/desktop/2024/10/opera-one-r2-the-best-opera-browser-to-date/" TargetMode="External"/><Relationship Id="rId13" Type="http://schemas.openxmlformats.org/officeDocument/2006/relationships/hyperlink" Target="https://www.stocktitan.net/news/OPERA/opera-launches-opera-one-r2-the-best-opera-browser-kqlza1877foi.html" TargetMode="External"/><Relationship Id="rId14" Type="http://schemas.openxmlformats.org/officeDocument/2006/relationships/hyperlink" Target="https://www.macobserver.com/news/opera-one-r2-launches-with-split-screen-dynamic-themes-and-better-ai-features/?utm_source=macobserver&amp;utm_medium=rss&amp;utm_campaign=rss_everythin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