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Playwright Akhtar's innovative fusion of AI and theatre in 'McNeal'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fascinating collaboration between technology, literature, and theatre, playwright Akhtar embarks on an innovative project with his play "McNeal." The creative process behind this work required an unconventional approach, as Akhtar aimed to capture the essence of artificial intelligence-generated text. By utilising various AI programs, such as GPT, Gemini, and Claude, Akhtar experimented extensively. He fed these programs with scenes and tasked them with rewriting the content in different styles to authentically simulate AI-written text.</w:t>
      </w:r>
      <w:r/>
    </w:p>
    <w:p>
      <w:r/>
      <w:r>
        <w:t>However, Akhtar soon encountered the inherent limitations of these AI tools. Programs refused to generate text that breached their content policies, including sensitive topics such as descriptions of suicide or incest. This limitation became a unique plot point within the play, shaping the narrative in unexpected directions.</w:t>
      </w:r>
      <w:r/>
    </w:p>
    <w:p>
      <w:r/>
      <w:r>
        <w:t>Satisfied with his draft, Akhtar presented it to his agent, who proposed Robert Downey Jr. for the lead role. Known for his portrayal of Iron Man in the Marvel Cinematic Universe and more recently for an Oscar-winning performance in "Oppenheimer," Downey's involvement would be a significant coup. Initially, both Akhtar and Downey were sceptical. Downey had not graced a theatre stage since his appearance in "American Passion" in 1983. That performance was met with mixed reviews and saw the show close the very day it debuted.</w:t>
      </w:r>
      <w:r/>
    </w:p>
    <w:p>
      <w:r/>
      <w:r>
        <w:t>Yet, Downey's reluctance was overcome by the encouragement of his wife, producer Susan Downey, who insisted he give the play a reading. According to Downey, it took merely 22 pages of "McNeal" to change his mind. The depth and uniqueness of the content convinced him to return to theatre, bringing back to the stage an actor of considerable acclaim.</w:t>
      </w:r>
      <w:r/>
    </w:p>
    <w:p>
      <w:r/>
      <w:r>
        <w:t>The fusion of artificial intelligence with traditional theatrical elements in "McNeal," combined with Downey's involvement, promises a reinvigorated interest in theatre. The play stands as a testament to the evolving narrative techniques authors can embrace in the digital age. As Downey prepares to tackle this new venture, audiences await the intriguing results of this blend of technology and human creativity.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https://www.nytimes.com/2024/10/26/theater/robert-downey-jr-mcneal-ayad-akhtar.html</w:t>
        </w:r>
      </w:hyperlink>
      <w:r>
        <w:t xml:space="preserve"> - Corroborates Akhtar's use of AI programs like GPT, Gemini, and Claude to simulate AI-generated text and the challenges he faced with content policies.</w:t>
      </w:r>
      <w:r/>
    </w:p>
    <w:p>
      <w:pPr>
        <w:pStyle w:val="ListNumber"/>
        <w:spacing w:line="240" w:lineRule="auto"/>
        <w:ind w:left="720"/>
      </w:pPr>
      <w:r/>
      <w:hyperlink r:id="rId11">
        <w:r>
          <w:rPr>
            <w:color w:val="0000EE"/>
            <w:u w:val="single"/>
          </w:rPr>
          <w:t>https://www.lct.org/explore/blog/ayad-akhtar-mcneal-shakespeare-and-ai/</w:t>
        </w:r>
      </w:hyperlink>
      <w:r>
        <w:t xml:space="preserve"> - Details Akhtar's experimentation with various language models and his observations on their capabilities and limitations.</w:t>
      </w:r>
      <w:r/>
    </w:p>
    <w:p>
      <w:pPr>
        <w:pStyle w:val="ListNumber"/>
        <w:spacing w:line="240" w:lineRule="auto"/>
        <w:ind w:left="720"/>
      </w:pPr>
      <w:r/>
      <w:hyperlink r:id="rId12">
        <w:r>
          <w:rPr>
            <w:color w:val="0000EE"/>
            <w:u w:val="single"/>
          </w:rPr>
          <w:t>https://www.lct.org/shows/mcneal/</w:t>
        </w:r>
      </w:hyperlink>
      <w:r>
        <w:t xml:space="preserve"> - Provides information on the play 'McNeal,' including its plot and the involvement of Robert Downey Jr.</w:t>
      </w:r>
      <w:r/>
    </w:p>
    <w:p>
      <w:pPr>
        <w:pStyle w:val="ListNumber"/>
        <w:spacing w:line="240" w:lineRule="auto"/>
        <w:ind w:left="720"/>
      </w:pPr>
      <w:r/>
      <w:hyperlink r:id="rId13">
        <w:r>
          <w:rPr>
            <w:color w:val="0000EE"/>
            <w:u w:val="single"/>
          </w:rPr>
          <w:t>https://playbill.com/article/mcneal-and-robert-downey-jr-s-metahuman-digital-likeness-want-to-talk-about-a-i</w:t>
        </w:r>
      </w:hyperlink>
      <w:r>
        <w:t xml:space="preserve"> - Discusses the integration of AI in the play, including the use of a digital likeness of Robert Downey Jr. and the themes of AI and human creativity.</w:t>
      </w:r>
      <w:r/>
    </w:p>
    <w:p>
      <w:pPr>
        <w:pStyle w:val="ListNumber"/>
        <w:spacing w:line="240" w:lineRule="auto"/>
        <w:ind w:left="720"/>
      </w:pPr>
      <w:r/>
      <w:hyperlink r:id="rId14">
        <w:r>
          <w:rPr>
            <w:color w:val="0000EE"/>
            <w:u w:val="single"/>
          </w:rPr>
          <w:t>https://www.theatlantic.com/magazine/archive/2024/11/mcneal-play-akhtar-downey-artificial-intelligence/679949/</w:t>
        </w:r>
      </w:hyperlink>
      <w:r>
        <w:t xml:space="preserve"> - Offers insights into the creative process and the themes of AI and human creativity in 'McNeal'.</w:t>
      </w:r>
      <w:r/>
    </w:p>
    <w:p>
      <w:pPr>
        <w:pStyle w:val="ListNumber"/>
        <w:spacing w:line="240" w:lineRule="auto"/>
        <w:ind w:left="720"/>
      </w:pPr>
      <w:r/>
      <w:hyperlink r:id="rId15">
        <w:r>
          <w:rPr>
            <w:color w:val="0000EE"/>
            <w:u w:val="single"/>
          </w:rPr>
          <w:t>https://www.hollywoodreporter.com/tv/tv-news/robert-downey-jr-dr-doom-the-sympathizer-broadway-debut-1235979275/</w:t>
        </w:r>
      </w:hyperlink>
      <w:r>
        <w:t xml:space="preserve"> - Mentions Robert Downey Jr.'s Broadway debut in 'McNeal' and his initial skepticism about returning to theatre.</w:t>
      </w:r>
      <w:r/>
    </w:p>
    <w:p>
      <w:pPr>
        <w:pStyle w:val="ListNumber"/>
        <w:spacing w:line="240" w:lineRule="auto"/>
        <w:ind w:left="720"/>
      </w:pPr>
      <w:r/>
      <w:hyperlink r:id="rId16">
        <w:r>
          <w:rPr>
            <w:color w:val="0000EE"/>
            <w:u w:val="single"/>
          </w:rPr>
          <w:t>https://www.broadway.com/buzz/204606/the-broadway-show-meets-robert-downey-jr-and-the-cast-of-mcneal/</w:t>
        </w:r>
      </w:hyperlink>
      <w:r>
        <w:t xml:space="preserve"> - Provides details on Robert Downey Jr.'s decision to join the play after reading the script and the impact of his involvement.</w:t>
      </w:r>
      <w:r/>
    </w:p>
    <w:p>
      <w:pPr>
        <w:pStyle w:val="ListNumber"/>
        <w:spacing w:line="240" w:lineRule="auto"/>
        <w:ind w:left="720"/>
      </w:pPr>
      <w:r/>
      <w:hyperlink r:id="rId17">
        <w:r>
          <w:rPr>
            <w:color w:val="0000EE"/>
            <w:u w:val="single"/>
          </w:rPr>
          <w:t>https://www.indiewire.com/gallery/stars-broadway-fall-2024-robert-downey-jr/</w:t>
        </w:r>
      </w:hyperlink>
      <w:r>
        <w:t xml:space="preserve"> - Lists Robert Downey Jr.'s involvement in 'McNeal' as part of the notable Broadway productions for the fall season.</w:t>
      </w:r>
      <w:r/>
    </w:p>
    <w:p>
      <w:pPr>
        <w:pStyle w:val="ListNumber"/>
        <w:spacing w:line="240" w:lineRule="auto"/>
        <w:ind w:left="720"/>
      </w:pPr>
      <w:r/>
      <w:hyperlink r:id="rId18">
        <w:r>
          <w:rPr>
            <w:color w:val="0000EE"/>
            <w:u w:val="single"/>
          </w:rPr>
          <w:t>https://mcnealbroadway.com</w:t>
        </w:r>
      </w:hyperlink>
      <w:r>
        <w:t xml:space="preserve"> - Official website providing an overview of the play, its cast, and the creative team, including Akhtar and Downey Jr.</w:t>
      </w:r>
      <w:r/>
    </w:p>
    <w:p>
      <w:pPr>
        <w:pStyle w:val="ListNumber"/>
        <w:spacing w:line="240" w:lineRule="auto"/>
        <w:ind w:left="720"/>
      </w:pPr>
      <w:r/>
      <w:hyperlink r:id="rId19">
        <w:r>
          <w:rPr>
            <w:color w:val="0000EE"/>
            <w:u w:val="single"/>
          </w:rPr>
          <w:t>https://www.broadwayworld.com/article/Video-The-MCNEAL-Company-Gets-Ready-for-Broadway-20240903</w:t>
        </w:r>
      </w:hyperlink>
      <w:r>
        <w:t xml:space="preserve"> - Shows the preparation and anticipation surrounding the play's Broadway debut, highlighting the unique blend of technology and theatre.</w:t>
      </w:r>
      <w:r/>
    </w:p>
    <w:p>
      <w:pPr>
        <w:pStyle w:val="ListNumber"/>
        <w:spacing w:line="240" w:lineRule="auto"/>
        <w:ind w:left="720"/>
      </w:pPr>
      <w:r/>
      <w:hyperlink r:id="rId20">
        <w:r>
          <w:rPr>
            <w:color w:val="0000EE"/>
            <w:u w:val="single"/>
          </w:rPr>
          <w:t>https://playbill.com/article/get-a-1st-look-at-lincoln-center-theaters-mcneal-starring-robert-downey-jr</w:t>
        </w:r>
      </w:hyperlink>
      <w:r>
        <w:t xml:space="preserve"> - Provides a first look at the play, including photos and insights into the production, reinforcing the fusion of AI and traditional theatre elements.</w:t>
      </w:r>
      <w:r/>
    </w:p>
    <w:p>
      <w:pPr>
        <w:pStyle w:val="ListNumber"/>
        <w:spacing w:line="240" w:lineRule="auto"/>
        <w:ind w:left="720"/>
      </w:pPr>
      <w:r/>
      <w:hyperlink r:id="rId10">
        <w:r>
          <w:rPr>
            <w:color w:val="0000EE"/>
            <w:u w:val="single"/>
          </w:rPr>
          <w:t>https://www.nytimes.com/2024/10/26/theater/robert-downey-jr-mcneal-ayad-akhtar.html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10/26/theater/robert-downey-jr-mcneal-ayad-akhtar.html" TargetMode="External"/><Relationship Id="rId11" Type="http://schemas.openxmlformats.org/officeDocument/2006/relationships/hyperlink" Target="https://www.lct.org/explore/blog/ayad-akhtar-mcneal-shakespeare-and-ai/" TargetMode="External"/><Relationship Id="rId12" Type="http://schemas.openxmlformats.org/officeDocument/2006/relationships/hyperlink" Target="https://www.lct.org/shows/mcneal/" TargetMode="External"/><Relationship Id="rId13" Type="http://schemas.openxmlformats.org/officeDocument/2006/relationships/hyperlink" Target="https://playbill.com/article/mcneal-and-robert-downey-jr-s-metahuman-digital-likeness-want-to-talk-about-a-i" TargetMode="External"/><Relationship Id="rId14" Type="http://schemas.openxmlformats.org/officeDocument/2006/relationships/hyperlink" Target="https://www.theatlantic.com/magazine/archive/2024/11/mcneal-play-akhtar-downey-artificial-intelligence/679949/" TargetMode="External"/><Relationship Id="rId15" Type="http://schemas.openxmlformats.org/officeDocument/2006/relationships/hyperlink" Target="https://www.hollywoodreporter.com/tv/tv-news/robert-downey-jr-dr-doom-the-sympathizer-broadway-debut-1235979275/" TargetMode="External"/><Relationship Id="rId16" Type="http://schemas.openxmlformats.org/officeDocument/2006/relationships/hyperlink" Target="https://www.broadway.com/buzz/204606/the-broadway-show-meets-robert-downey-jr-and-the-cast-of-mcneal/" TargetMode="External"/><Relationship Id="rId17" Type="http://schemas.openxmlformats.org/officeDocument/2006/relationships/hyperlink" Target="https://www.indiewire.com/gallery/stars-broadway-fall-2024-robert-downey-jr/" TargetMode="External"/><Relationship Id="rId18" Type="http://schemas.openxmlformats.org/officeDocument/2006/relationships/hyperlink" Target="https://mcnealbroadway.com" TargetMode="External"/><Relationship Id="rId19" Type="http://schemas.openxmlformats.org/officeDocument/2006/relationships/hyperlink" Target="https://www.broadwayworld.com/article/Video-The-MCNEAL-Company-Gets-Ready-for-Broadway-20240903" TargetMode="External"/><Relationship Id="rId20" Type="http://schemas.openxmlformats.org/officeDocument/2006/relationships/hyperlink" Target="https://playbill.com/article/get-a-1st-look-at-lincoln-center-theaters-mcneal-starring-robert-downey-j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