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Polish radio station replaces journalists with AI avatars in controversial move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and controversial move, OFF Radio Krakow, a Polish radio station, has taken the significant step of replacing its human journalists with artificial intelligence-generated avatars. The decision, labelled as the country's first such experiment, marks a turning point in the way media content could potentially be delivered in the future.</w:t>
      </w:r>
      <w:r/>
    </w:p>
    <w:p>
      <w:r/>
      <w:r>
        <w:t>The radio station, which is targeting a younger demographic, announced its relaunch this week, highlighting its intention to engage listeners with discussions on a variety of topics including cultural, art, and social issues. Notably, the station aims to address subjects pertinent to the LGBTQ+ community. These AI presenters are crafted to resonate with the listening tastes and preferences of a younger audience, who frequently rely on digital platforms for entertainment and information.</w:t>
      </w:r>
      <w:r/>
    </w:p>
    <w:p>
      <w:r/>
      <w:r>
        <w:t>However, this transition has not been without its critics. Just weeks prior to this relaunch, OFF Radio Krakow took the drastic step of dismissing its team of journalists, a move that has sparked significant controversy and debate. Among the dissatisfied former employees is a well-known journalist and film critic, who had previously been a host at the station. This individual has been vocal in their disapproval, penning an open letter to publicly protest the replacement of skilled human workers with AI technology.</w:t>
      </w:r>
      <w:r/>
    </w:p>
    <w:p>
      <w:r/>
      <w:r>
        <w:t>The letter has gained substantial traction, amassing around 15,000 signatures by Wednesday morning. This surge in support indicates a considerable public interest and concern over the implications of replacing human roles with artificial counterparts. The protest not only highlights issues about the future role of artificial intelligence in media but also broader societal concerns about employment, creativity, and the human touch in journalism.</w:t>
      </w:r>
      <w:r/>
    </w:p>
    <w:p>
      <w:r/>
      <w:r>
        <w:t>While the station's management has pitched this move as an innovative way to engage a modern audience, the response from the public and former employees suggests an ongoing debate about the value of human input in media and the potential consequences of relying on AI in areas traditionally dominated by human interaction and ingenuity.</w:t>
      </w:r>
      <w:r/>
    </w:p>
    <w:p>
      <w:r/>
      <w:r>
        <w:t>This development raises questions about the future of journalism and broadcasting. As technology continues to evolve at a rapid pace, media organisations worldwide will likely be closely watching the outcome of OFF Radio Krakow's initiative. Whether this experiment will succeed in its aims and how it will be received by its intended audience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https://www.mitrade.com/insights/news/live-news/article-3-430586-20241025</w:t>
        </w:r>
      </w:hyperlink>
      <w:r>
        <w:t xml:space="preserve"> - Corroborates the replacement of human journalists with AI-generated avatars at OFF Radio Krakow and the controversy surrounding this move.</w:t>
      </w:r>
      <w:r/>
    </w:p>
    <w:p>
      <w:pPr>
        <w:pStyle w:val="ListNumber"/>
        <w:spacing w:line="240" w:lineRule="auto"/>
        <w:ind w:left="720"/>
      </w:pPr>
      <w:r/>
      <w:hyperlink r:id="rId11">
        <w:r>
          <w:rPr>
            <w:color w:val="0000EE"/>
            <w:u w:val="single"/>
          </w:rPr>
          <w:t>https://www.anews.com.tr/tech/2024/10/25/polish-radio-station-sparks-controversy-by-replacing-journalists-with-ai-hosts</w:t>
        </w:r>
      </w:hyperlink>
      <w:r>
        <w:t xml:space="preserve"> - Supports the information about OFF Radio Krakow's relaunch with AI-generated hosts and the aim to engage younger listeners.</w:t>
      </w:r>
      <w:r/>
    </w:p>
    <w:p>
      <w:pPr>
        <w:pStyle w:val="ListNumber"/>
        <w:spacing w:line="240" w:lineRule="auto"/>
        <w:ind w:left="720"/>
      </w:pPr>
      <w:r/>
      <w:hyperlink r:id="rId12">
        <w:r>
          <w:rPr>
            <w:color w:val="0000EE"/>
            <w:u w:val="single"/>
          </w:rPr>
          <w:t>https://www.upi.com/Top_News/World-News/2024/10/25/radio-station-move-replace-journalists-AI-bots-sparks-backlash/1861729895300/</w:t>
        </w:r>
      </w:hyperlink>
      <w:r>
        <w:t xml:space="preserve"> - Details the experiment and the backlash from reporters and the public, including the involvement of former journalists.</w:t>
      </w:r>
      <w:r/>
    </w:p>
    <w:p>
      <w:pPr>
        <w:pStyle w:val="ListNumber"/>
        <w:spacing w:line="240" w:lineRule="auto"/>
        <w:ind w:left="720"/>
      </w:pPr>
      <w:r/>
      <w:hyperlink r:id="rId13">
        <w:r>
          <w:rPr>
            <w:color w:val="0000EE"/>
            <w:u w:val="single"/>
          </w:rPr>
          <w:t>https://www.newsweek.com/polish-off-radio-krakow-ai-controversy-1973662</w:t>
        </w:r>
      </w:hyperlink>
      <w:r>
        <w:t xml:space="preserve"> - Provides information on the AI presenters addressing cultural, artistic, and social issues, including LGBTQ+ topics, and the reaction from former employees.</w:t>
      </w:r>
      <w:r/>
    </w:p>
    <w:p>
      <w:pPr>
        <w:pStyle w:val="ListNumber"/>
        <w:spacing w:line="240" w:lineRule="auto"/>
        <w:ind w:left="720"/>
      </w:pPr>
      <w:r/>
      <w:hyperlink r:id="rId14">
        <w:r>
          <w:rPr>
            <w:color w:val="0000EE"/>
            <w:u w:val="single"/>
          </w:rPr>
          <w:t>https://abcnews.go.com/International/wireStory/polish-radio-station-replaces-journalists-ai-presenters-115057749</w:t>
        </w:r>
      </w:hyperlink>
      <w:r>
        <w:t xml:space="preserve"> - Corroborates the dismissal of human journalists and the relaunch with AI-generated presenters, as well as the public protest led by a former host.</w:t>
      </w:r>
      <w:r/>
    </w:p>
    <w:p>
      <w:pPr>
        <w:pStyle w:val="ListNumber"/>
        <w:spacing w:line="240" w:lineRule="auto"/>
        <w:ind w:left="720"/>
      </w:pPr>
      <w:r/>
      <w:hyperlink r:id="rId10">
        <w:r>
          <w:rPr>
            <w:color w:val="0000EE"/>
            <w:u w:val="single"/>
          </w:rPr>
          <w:t>https://www.mitrade.com/insights/news/live-news/article-3-430586-20241025</w:t>
        </w:r>
      </w:hyperlink>
      <w:r>
        <w:t xml:space="preserve"> - Explains the creation of three AI avatars with different personalities and interests to engage younger listeners.</w:t>
      </w:r>
      <w:r/>
    </w:p>
    <w:p>
      <w:pPr>
        <w:pStyle w:val="ListNumber"/>
        <w:spacing w:line="240" w:lineRule="auto"/>
        <w:ind w:left="720"/>
      </w:pPr>
      <w:r/>
      <w:hyperlink r:id="rId11">
        <w:r>
          <w:rPr>
            <w:color w:val="0000EE"/>
            <w:u w:val="single"/>
          </w:rPr>
          <w:t>https://www.anews.com.tr/tech/2024/10/25/polish-radio-station-sparks-controversy-by-replacing-journalists-with-ai-hosts</w:t>
        </w:r>
      </w:hyperlink>
      <w:r>
        <w:t xml:space="preserve"> - Supports the statement from Marcin Pulit on the experiment's goal to determine if AI is an opportunity or a threat to media and journalism.</w:t>
      </w:r>
      <w:r/>
    </w:p>
    <w:p>
      <w:pPr>
        <w:pStyle w:val="ListNumber"/>
        <w:spacing w:line="240" w:lineRule="auto"/>
        <w:ind w:left="720"/>
      </w:pPr>
      <w:r/>
      <w:hyperlink r:id="rId12">
        <w:r>
          <w:rPr>
            <w:color w:val="0000EE"/>
            <w:u w:val="single"/>
          </w:rPr>
          <w:t>https://www.upi.com/Top_News/World-News/2024/10/25/radio-station-move-replace-journalists-AI-bots-sparks-backlash/1861729895300/</w:t>
        </w:r>
      </w:hyperlink>
      <w:r>
        <w:t xml:space="preserve"> - Details the open letter by Mateusz Demski and the public's response, including over 15,000 signatures in support of the petition.</w:t>
      </w:r>
      <w:r/>
    </w:p>
    <w:p>
      <w:pPr>
        <w:pStyle w:val="ListNumber"/>
        <w:spacing w:line="240" w:lineRule="auto"/>
        <w:ind w:left="720"/>
      </w:pPr>
      <w:r/>
      <w:hyperlink r:id="rId13">
        <w:r>
          <w:rPr>
            <w:color w:val="0000EE"/>
            <w:u w:val="single"/>
          </w:rPr>
          <w:t>https://www.newsweek.com/polish-off-radio-krakow-ai-controversy-1973662</w:t>
        </w:r>
      </w:hyperlink>
      <w:r>
        <w:t xml:space="preserve"> - Corroborates the concerns raised by Demski about the potential replacement of experienced media professionals and creative industry workers by machines.</w:t>
      </w:r>
      <w:r/>
    </w:p>
    <w:p>
      <w:pPr>
        <w:pStyle w:val="ListNumber"/>
        <w:spacing w:line="240" w:lineRule="auto"/>
        <w:ind w:left="720"/>
      </w:pPr>
      <w:r/>
      <w:hyperlink r:id="rId14">
        <w:r>
          <w:rPr>
            <w:color w:val="0000EE"/>
            <w:u w:val="single"/>
          </w:rPr>
          <w:t>https://abcnews.go.com/International/wireStory/polish-radio-station-replaces-journalists-ai-presenters-115057749</w:t>
        </w:r>
      </w:hyperlink>
      <w:r>
        <w:t xml:space="preserve"> - Supports the statement from Krzysztof Gawkowski on the need for legislation to regulate AI and ensure it serves humanity.</w:t>
      </w:r>
      <w:r/>
    </w:p>
    <w:p>
      <w:pPr>
        <w:pStyle w:val="ListNumber"/>
        <w:spacing w:line="240" w:lineRule="auto"/>
        <w:ind w:left="720"/>
      </w:pPr>
      <w:r/>
      <w:hyperlink r:id="rId10">
        <w:r>
          <w:rPr>
            <w:color w:val="0000EE"/>
            <w:u w:val="single"/>
          </w:rPr>
          <w:t>https://www.mitrade.com/insights/news/live-news/article-3-430586-20241025</w:t>
        </w:r>
      </w:hyperlink>
      <w:r>
        <w:t xml:space="preserve"> - Mentions the broadcast of an interview conducted by an AI-generated presenter mimicking Wisława Szymborska, a Polish Nobel Prize-winning poet.</w:t>
      </w:r>
      <w:r/>
    </w:p>
    <w:p>
      <w:pPr>
        <w:pStyle w:val="ListNumber"/>
        <w:spacing w:line="240" w:lineRule="auto"/>
        <w:ind w:left="720"/>
      </w:pPr>
      <w:r/>
      <w:hyperlink r:id="rId15">
        <w:r>
          <w:rPr>
            <w:color w:val="0000EE"/>
            <w:u w:val="single"/>
          </w:rPr>
          <w:t>https://abc17news.com/news/2024/10/23/polish-radio-station-replaces-journalists-with-ai-presenters/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trade.com/insights/news/live-news/article-3-430586-20241025" TargetMode="External"/><Relationship Id="rId11" Type="http://schemas.openxmlformats.org/officeDocument/2006/relationships/hyperlink" Target="https://www.anews.com.tr/tech/2024/10/25/polish-radio-station-sparks-controversy-by-replacing-journalists-with-ai-hosts" TargetMode="External"/><Relationship Id="rId12" Type="http://schemas.openxmlformats.org/officeDocument/2006/relationships/hyperlink" Target="https://www.upi.com/Top_News/World-News/2024/10/25/radio-station-move-replace-journalists-AI-bots-sparks-backlash/1861729895300/" TargetMode="External"/><Relationship Id="rId13" Type="http://schemas.openxmlformats.org/officeDocument/2006/relationships/hyperlink" Target="https://www.newsweek.com/polish-off-radio-krakow-ai-controversy-1973662" TargetMode="External"/><Relationship Id="rId14" Type="http://schemas.openxmlformats.org/officeDocument/2006/relationships/hyperlink" Target="https://abcnews.go.com/International/wireStory/polish-radio-station-replaces-journalists-ai-presenters-115057749" TargetMode="External"/><Relationship Id="rId15" Type="http://schemas.openxmlformats.org/officeDocument/2006/relationships/hyperlink" Target="https://abc17news.com/news/2024/10/23/polish-radio-station-replaces-journalists-with-ai-pres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