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Portwell launches rugged fanless embedded system for industrial IoT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Portwell, a prominent player in the industrial computing sector, has unveiled its latest innovation, the WEBS-21J0-ASL, a fanless, rugged embedded system specifically tailored for industrial Internet of Things (IoT) applications. This advanced system is built around a robust Nano-ITX motherboard, utilising an Intel Atom x7000RE Series processor, known for its efficiency and power in handling complex industrial tasks.</w:t>
      </w:r>
      <w:r/>
    </w:p>
    <w:p>
      <w:r/>
      <w:r>
        <w:t>The WEBS-21J0-ASL is structurally designed to withstand harsh environmental conditions, operating efficiently within a temperature range of -20°C to 60°C. This durability is further reinforced by its successful completion of rigorous vibration and shock tests, establishing its reliability in demanding applications across diverse sectors such as industrial automation, robotics, and medical equipment.</w:t>
      </w:r>
      <w:r/>
    </w:p>
    <w:p>
      <w:r/>
      <w:r>
        <w:t>A notable feature of the WEBS-21J0-ASL is its comprehensive connectivity options. It supports dual 2.5Gbps Ethernet ports, facilitating rapid and stable network communication. The system's capability to support dual 4K displays via DisplayPort (DP) and HDMI, in addition to a serial port and expandable options through M.2 E and B Key sockets, positions it as a versatile component in multi-display and data-intensive settings.</w:t>
      </w:r>
      <w:r/>
    </w:p>
    <w:p>
      <w:r/>
      <w:r>
        <w:t>This embedded system is powered by various processors, with the highlight being the Intel Atom x7000RE series which include configurations up to an octa-core processor. These offer different power consumption levels tailored to various performance needs, ranging from a modest 6W to a more demanding 15W. Additionally, the option to integrate the Hailo-8 AI acceleration module provides a substantial AI performance boost, delivering up to 26 TOPS, catering to applications that require heightened computational and AI processing power.</w:t>
      </w:r>
      <w:r/>
    </w:p>
    <w:p>
      <w:r/>
      <w:r>
        <w:t>Portwell’s focus on extendable and high-performance memory is evident as the WEBS-21J0-ASL supports up to 16GB of DDR4 SO-DIMM memory, with specific models also offering In-Band ECC (IBECC) for enhanced data integrity. For storage, the system incorporates a SATA III port and an M.2 B Key connector that supports both SATA III SSDs and wireless modules, offering flexibility in storage solutions.</w:t>
      </w:r>
      <w:r/>
    </w:p>
    <w:p>
      <w:r/>
      <w:r>
        <w:t>The embedded system's versatility is enhanced by support for a range of operating systems including Windows 10 IoT Enterprise LTSC 2021, Yocto YP 4.0 LTS, Ubuntu 22.04, and Red Hat 8.8. This wide compatibility ensures that users can deploy the system across various platforms according to their specific requirements.</w:t>
      </w:r>
      <w:r/>
    </w:p>
    <w:p>
      <w:r/>
      <w:r>
        <w:t>Portwell provides the WEBS-21J0-ASL with an optional 65W AC/DC power adapter, incorporating a DC plug and screw mechanism for secure electrical connections. Although precise pricing details are yet to be released, interested parties can find further technical specifications and resources on Portwell's official product page.</w:t>
      </w:r>
      <w:r/>
    </w:p>
    <w:p>
      <w:r/>
      <w:r>
        <w:t>Through the introduction of the WEBS-21J0-ASL, Portwell continues to deliver cutting-edge solutions tailored for the industrial IoT landscape, enabling efficient, reliable, and scalable operations in various challenging environments. This development highlights the company’s commitment to innovative technology and quality in the provision of industrial computing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https://www.cnx-software.com/2024/10/25/portwell-webs-21j0-asl-a-rugged-embedded-system-with-intel-atom-x7000re-nano-itx-motherboard-and-hailo-8-ai-accelerator/</w:t>
        </w:r>
      </w:hyperlink>
      <w:r>
        <w:t xml:space="preserve"> - Corroborates the use of an Intel Atom x7000RE Series processor and the system's rugged design for industrial IoT applications.</w:t>
      </w:r>
      <w:r/>
    </w:p>
    <w:p>
      <w:pPr>
        <w:pStyle w:val="ListNumber"/>
        <w:spacing w:line="240" w:lineRule="auto"/>
        <w:ind w:left="720"/>
      </w:pPr>
      <w:r/>
      <w:hyperlink r:id="rId10">
        <w:r>
          <w:rPr>
            <w:color w:val="0000EE"/>
            <w:u w:val="single"/>
          </w:rPr>
          <w:t>https://www.cnx-software.com/2024/10/25/portwell-webs-21j0-asl-a-rugged-embedded-system-with-intel-atom-x7000re-nano-itx-motherboard-and-hailo-8-ai-accelerator/</w:t>
        </w:r>
      </w:hyperlink>
      <w:r>
        <w:t xml:space="preserve"> - Details the system's operating temperature range and its completion of vibration and shock tests.</w:t>
      </w:r>
      <w:r/>
    </w:p>
    <w:p>
      <w:pPr>
        <w:pStyle w:val="ListNumber"/>
        <w:spacing w:line="240" w:lineRule="auto"/>
        <w:ind w:left="720"/>
      </w:pPr>
      <w:r/>
      <w:hyperlink r:id="rId10">
        <w:r>
          <w:rPr>
            <w:color w:val="0000EE"/>
            <w:u w:val="single"/>
          </w:rPr>
          <w:t>https://www.cnx-software.com/2024/10/25/portwell-webs-21j0-asl-a-rugged-embedded-system-with-intel-atom-x7000re-nano-itx-motherboard-and-hailo-8-ai-accelerator/</w:t>
        </w:r>
      </w:hyperlink>
      <w:r>
        <w:t xml:space="preserve"> - Describes the system's connectivity options, including dual 2.5Gbps Ethernet ports and support for dual 4K displays.</w:t>
      </w:r>
      <w:r/>
    </w:p>
    <w:p>
      <w:pPr>
        <w:pStyle w:val="ListNumber"/>
        <w:spacing w:line="240" w:lineRule="auto"/>
        <w:ind w:left="720"/>
      </w:pPr>
      <w:r/>
      <w:hyperlink r:id="rId11">
        <w:r>
          <w:rPr>
            <w:color w:val="0000EE"/>
            <w:u w:val="single"/>
          </w:rPr>
          <w:t>https://portwell.com/products/detail.php?CUSTCHAR1=WEBS-21J0-ASL</w:t>
        </w:r>
      </w:hyperlink>
      <w:r>
        <w:t xml:space="preserve"> - Confirms the system's suitability for various sectors such as industrial automation, robotics, and medical equipment.</w:t>
      </w:r>
      <w:r/>
    </w:p>
    <w:p>
      <w:pPr>
        <w:pStyle w:val="ListNumber"/>
        <w:spacing w:line="240" w:lineRule="auto"/>
        <w:ind w:left="720"/>
      </w:pPr>
      <w:r/>
      <w:hyperlink r:id="rId10">
        <w:r>
          <w:rPr>
            <w:color w:val="0000EE"/>
            <w:u w:val="single"/>
          </w:rPr>
          <w:t>https://www.cnx-software.com/2024/10/25/portwell-webs-21j0-asl-a-rugged-embedded-system-with-intel-atom-x7000re-nano-itx-motherboard-and-hailo-8-ai-accelerator/</w:t>
        </w:r>
      </w:hyperlink>
      <w:r>
        <w:t xml:space="preserve"> - Details the processor configurations, including the Intel Atom x7000RE series and the optional Hailo-8 AI acceleration module.</w:t>
      </w:r>
      <w:r/>
    </w:p>
    <w:p>
      <w:pPr>
        <w:pStyle w:val="ListNumber"/>
        <w:spacing w:line="240" w:lineRule="auto"/>
        <w:ind w:left="720"/>
      </w:pPr>
      <w:r/>
      <w:hyperlink r:id="rId12">
        <w:r>
          <w:rPr>
            <w:color w:val="0000EE"/>
            <w:u w:val="single"/>
          </w:rPr>
          <w:t>https://portwell.com/productnews/webs-21j0-asl-edge-ai-embedded-system-hailo-8.php</w:t>
        </w:r>
      </w:hyperlink>
      <w:r>
        <w:t xml:space="preserve"> - Confirms the integration of the Hailo-8 AI acceleration module and its AI performance capabilities.</w:t>
      </w:r>
      <w:r/>
    </w:p>
    <w:p>
      <w:pPr>
        <w:pStyle w:val="ListNumber"/>
        <w:spacing w:line="240" w:lineRule="auto"/>
        <w:ind w:left="720"/>
      </w:pPr>
      <w:r/>
      <w:hyperlink r:id="rId10">
        <w:r>
          <w:rPr>
            <w:color w:val="0000EE"/>
            <w:u w:val="single"/>
          </w:rPr>
          <w:t>https://www.cnx-software.com/2024/10/25/portwell-webs-21j0-asl-a-rugged-embedded-system-with-intel-atom-x7000re-nano-itx-motherboard-and-hailo-8-ai-accelerator/</w:t>
        </w:r>
      </w:hyperlink>
      <w:r>
        <w:t xml:space="preserve"> - Describes the memory and storage options, including up to 16GB of DDR4 SO-DIMM memory and SATA III ports.</w:t>
      </w:r>
      <w:r/>
    </w:p>
    <w:p>
      <w:pPr>
        <w:pStyle w:val="ListNumber"/>
        <w:spacing w:line="240" w:lineRule="auto"/>
        <w:ind w:left="720"/>
      </w:pPr>
      <w:r/>
      <w:hyperlink r:id="rId11">
        <w:r>
          <w:rPr>
            <w:color w:val="0000EE"/>
            <w:u w:val="single"/>
          </w:rPr>
          <w:t>https://portwell.com/products/detail.php?CUSTCHAR1=WEBS-21J0-ASL</w:t>
        </w:r>
      </w:hyperlink>
      <w:r>
        <w:t xml:space="preserve"> - Lists the supported operating systems, including Windows 10 IoT Enterprise LTSC 2021, Yocto YP 4.0 LTS, Ubuntu 22.04, and Red Hat 8.8.</w:t>
      </w:r>
      <w:r/>
    </w:p>
    <w:p>
      <w:pPr>
        <w:pStyle w:val="ListNumber"/>
        <w:spacing w:line="240" w:lineRule="auto"/>
        <w:ind w:left="720"/>
      </w:pPr>
      <w:r/>
      <w:hyperlink r:id="rId10">
        <w:r>
          <w:rPr>
            <w:color w:val="0000EE"/>
            <w:u w:val="single"/>
          </w:rPr>
          <w:t>https://www.cnx-software.com/2024/10/25/portwell-webs-21j0-asl-a-rugged-embedded-system-with-intel-atom-x7000re-nano-itx-motherboard-and-hailo-8-ai-accelerator/</w:t>
        </w:r>
      </w:hyperlink>
      <w:r>
        <w:t xml:space="preserve"> - Mentions the optional 65W AC/DC power adapter and the availability of technical specifications on Portwell's product page.</w:t>
      </w:r>
      <w:r/>
    </w:p>
    <w:p>
      <w:pPr>
        <w:pStyle w:val="ListNumber"/>
        <w:spacing w:line="240" w:lineRule="auto"/>
        <w:ind w:left="720"/>
      </w:pPr>
      <w:r/>
      <w:hyperlink r:id="rId11">
        <w:r>
          <w:rPr>
            <w:color w:val="0000EE"/>
            <w:u w:val="single"/>
          </w:rPr>
          <w:t>https://portwell.com/products/detail.php?CUSTCHAR1=WEBS-21J0-ASL</w:t>
        </w:r>
      </w:hyperlink>
      <w:r>
        <w:t xml:space="preserve"> - Highlights Portwell's commitment to delivering cutting-edge solutions for the industrial IoT landscape.</w:t>
      </w:r>
      <w:r/>
    </w:p>
    <w:p>
      <w:pPr>
        <w:pStyle w:val="ListNumber"/>
        <w:spacing w:line="240" w:lineRule="auto"/>
        <w:ind w:left="720"/>
      </w:pPr>
      <w:r/>
      <w:hyperlink r:id="rId10">
        <w:r>
          <w:rPr>
            <w:color w:val="0000EE"/>
            <w:u w:val="single"/>
          </w:rPr>
          <w:t>https://www.cnx-software.com/2024/10/25/portwell-webs-21j0-asl-a-rugged-embedded-system-with-intel-atom-x7000re-nano-itx-motherboard-and-hailo-8-ai-accelerator/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x-software.com/2024/10/25/portwell-webs-21j0-asl-a-rugged-embedded-system-with-intel-atom-x7000re-nano-itx-motherboard-and-hailo-8-ai-accelerator/" TargetMode="External"/><Relationship Id="rId11" Type="http://schemas.openxmlformats.org/officeDocument/2006/relationships/hyperlink" Target="https://portwell.com/products/detail.php?CUSTCHAR1=WEBS-21J0-ASL" TargetMode="External"/><Relationship Id="rId12" Type="http://schemas.openxmlformats.org/officeDocument/2006/relationships/hyperlink" Target="https://portwell.com/productnews/webs-21j0-asl-edge-ai-embedded-system-hailo-8.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