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Potato Expo 2025 to showcase future of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Potato Expo 2025 is set to be a pivotal event in the agricultural calendar, scheduled to take place in January, providing a platform for those involved in the agricultural industry to explore the future of farming. Occurring on Friday, 10th January 2025, at 9:00 a.m., this year's keynote session is expected to attract significant attention with its focus on the rapidly evolving landscape of agriculture.</w:t>
      </w:r>
      <w:r/>
    </w:p>
    <w:p>
      <w:r/>
      <w:r>
        <w:t>The keynote speaker for the event is Jack Uldrich, a global futurist renowned for his insights into future trends and emerging technologies. Uldrich, a best-selling author and leading expert in his field, will share his extensive knowledge on how innovations such as artificial intelligence (AI), biological advancements, and other groundbreaking technologies are poised to revolutionise the agricultural sector.</w:t>
      </w:r>
      <w:r/>
    </w:p>
    <w:p>
      <w:r/>
      <w:r>
        <w:t>Participants at the Potato Expo, including growers, suppliers, and industry leaders, will have the opportunity to gain valuable insights and practical strategies from Uldrich's presentation. His address promises to equip attendees with the tools necessary to adapt to and embrace changes in farming practices, ensuring their operations remain competitive and forward-thinking.</w:t>
      </w:r>
      <w:r/>
    </w:p>
    <w:p>
      <w:r/>
      <w:r>
        <w:t>The Potato Expo 2025 will cater to a wide audience involved in the agricultural supply chain, from those directly engaged in crop production to those supplying essential services and products. By focusing on the integration of cutting-edge technology into farming practices, the Expo aims to foster an environment of innovation and adaptability.</w:t>
      </w:r>
      <w:r/>
    </w:p>
    <w:p>
      <w:r/>
      <w:r>
        <w:t>Those interested in attending the event are encouraged to register by 1st November to benefit from early bird rates, which provide a discounted entry fee. The Expo promises to be an enlightening experience for all attendees, offering a glimpse into the future of agriculture and the transformative potential of technology.</w:t>
      </w:r>
      <w:r/>
    </w:p>
    <w:p>
      <w:r/>
      <w:r>
        <w:t>In conclusion, Potato Expo 2025 presents a unique opportunity for industry professionals to stay informed about the latest trends and technologies shaping agriculture. The insights provided by keynote speaker Jack Uldrich are anticipated to be both informative and transformative, equipping participants with the necessary knowledge to navigate the evolving agricultural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https://www.nationalpotatocouncil.org/potato-expo/</w:t>
        </w:r>
      </w:hyperlink>
      <w:r>
        <w:t xml:space="preserve"> - Corroborates the date and location of the Potato Expo 2025, as well as its significance as the largest potato industry conference and trade show in North America.</w:t>
      </w:r>
      <w:r/>
    </w:p>
    <w:p>
      <w:pPr>
        <w:pStyle w:val="ListNumber"/>
        <w:spacing w:line="240" w:lineRule="auto"/>
        <w:ind w:left="720"/>
      </w:pPr>
      <w:r/>
      <w:hyperlink r:id="rId11">
        <w:r>
          <w:rPr>
            <w:color w:val="0000EE"/>
            <w:u w:val="single"/>
          </w:rPr>
          <w:t>https://www.nationalpotatocouncil.org/potato-expo/2025-schedule/</w:t>
        </w:r>
      </w:hyperlink>
      <w:r>
        <w:t xml:space="preserve"> - Provides the schedule and details of the Potato Expo 2025, including the dates and the venue.</w:t>
      </w:r>
      <w:r/>
    </w:p>
    <w:p>
      <w:pPr>
        <w:pStyle w:val="ListNumber"/>
        <w:spacing w:line="240" w:lineRule="auto"/>
        <w:ind w:left="720"/>
      </w:pPr>
      <w:r/>
      <w:hyperlink r:id="rId12">
        <w:r>
          <w:rPr>
            <w:color w:val="0000EE"/>
            <w:u w:val="single"/>
          </w:rPr>
          <w:t>https://www.nationalpotatocouncil.org/potato-expo/book-your-room/</w:t>
        </w:r>
      </w:hyperlink>
      <w:r>
        <w:t xml:space="preserve"> - Details the venue, Orlando World Center Marriott, and the various amenities and services available to attendees.</w:t>
      </w:r>
      <w:r/>
    </w:p>
    <w:p>
      <w:pPr>
        <w:pStyle w:val="ListNumber"/>
        <w:spacing w:line="240" w:lineRule="auto"/>
        <w:ind w:left="720"/>
      </w:pPr>
      <w:r/>
      <w:hyperlink r:id="rId13">
        <w:r>
          <w:rPr>
            <w:color w:val="0000EE"/>
            <w:u w:val="single"/>
          </w:rPr>
          <w:t>https://www.nationalpotatocouncil.org/event/potato-expo-2025/</w:t>
        </w:r>
      </w:hyperlink>
      <w:r>
        <w:t xml:space="preserve"> - Confirms the dates, start and end times, and the organizer of the Potato Expo 2025.</w:t>
      </w:r>
      <w:r/>
    </w:p>
    <w:p>
      <w:pPr>
        <w:pStyle w:val="ListNumber"/>
        <w:spacing w:line="240" w:lineRule="auto"/>
        <w:ind w:left="720"/>
      </w:pPr>
      <w:r/>
      <w:hyperlink r:id="rId14">
        <w:r>
          <w:rPr>
            <w:color w:val="0000EE"/>
            <w:u w:val="single"/>
          </w:rPr>
          <w:t>https://www.potatopro.com/potato-conferences-tradeshows/potato-expo-2025</w:t>
        </w:r>
      </w:hyperlink>
      <w:r>
        <w:t xml:space="preserve"> - Supports the information about the date, location, and significance of the Potato Expo 2025.</w:t>
      </w:r>
      <w:r/>
    </w:p>
    <w:p>
      <w:pPr>
        <w:pStyle w:val="ListNumber"/>
        <w:spacing w:line="240" w:lineRule="auto"/>
        <w:ind w:left="720"/>
      </w:pPr>
      <w:r/>
      <w:hyperlink r:id="rId10">
        <w:r>
          <w:rPr>
            <w:color w:val="0000EE"/>
            <w:u w:val="single"/>
          </w:rPr>
          <w:t>https://www.nationalpotatocouncil.org/potato-expo/</w:t>
        </w:r>
      </w:hyperlink>
      <w:r>
        <w:t xml:space="preserve"> - Explains the various reasons to attend the Potato Expo, including networking, learning, and discovering new products and services.</w:t>
      </w:r>
      <w:r/>
    </w:p>
    <w:p>
      <w:pPr>
        <w:pStyle w:val="ListNumber"/>
        <w:spacing w:line="240" w:lineRule="auto"/>
        <w:ind w:left="720"/>
      </w:pPr>
      <w:r/>
      <w:hyperlink r:id="rId12">
        <w:r>
          <w:rPr>
            <w:color w:val="0000EE"/>
            <w:u w:val="single"/>
          </w:rPr>
          <w:t>https://www.nationalpotatocouncil.org/potato-expo/book-your-room/</w:t>
        </w:r>
      </w:hyperlink>
      <w:r>
        <w:t xml:space="preserve"> - Mentions the early registration benefits and the importance of booking through the official Potato Expo room block.</w:t>
      </w:r>
      <w:r/>
    </w:p>
    <w:p>
      <w:pPr>
        <w:pStyle w:val="ListNumber"/>
        <w:spacing w:line="240" w:lineRule="auto"/>
        <w:ind w:left="720"/>
      </w:pPr>
      <w:r/>
      <w:hyperlink r:id="rId10">
        <w:r>
          <w:rPr>
            <w:color w:val="0000EE"/>
            <w:u w:val="single"/>
          </w:rPr>
          <w:t>https://www.nationalpotatocouncil.org/potato-expo/</w:t>
        </w:r>
      </w:hyperlink>
      <w:r>
        <w:t xml:space="preserve"> - Highlights the educational sessions and workshops that will cover the latest trends, innovations, and technologies in potato production.</w:t>
      </w:r>
      <w:r/>
    </w:p>
    <w:p>
      <w:pPr>
        <w:pStyle w:val="ListNumber"/>
        <w:spacing w:line="240" w:lineRule="auto"/>
        <w:ind w:left="720"/>
      </w:pPr>
      <w:r/>
      <w:hyperlink r:id="rId13">
        <w:r>
          <w:rPr>
            <w:color w:val="0000EE"/>
            <w:u w:val="single"/>
          </w:rPr>
          <w:t>https://www.nationalpotatocouncil.org/event/potato-expo-2025/</w:t>
        </w:r>
      </w:hyperlink>
      <w:r>
        <w:t xml:space="preserve"> - Provides contact information for the organizer and details about the event category and venue.</w:t>
      </w:r>
      <w:r/>
    </w:p>
    <w:p>
      <w:pPr>
        <w:pStyle w:val="ListNumber"/>
        <w:spacing w:line="240" w:lineRule="auto"/>
        <w:ind w:left="720"/>
      </w:pPr>
      <w:r/>
      <w:hyperlink r:id="rId10">
        <w:r>
          <w:rPr>
            <w:color w:val="0000EE"/>
            <w:u w:val="single"/>
          </w:rPr>
          <w:t>https://www.nationalpotatocouncil.org/potato-expo/</w:t>
        </w:r>
      </w:hyperlink>
      <w:r>
        <w:t xml:space="preserve"> - Emphasizes the role of the National Potato Council in organizing the event and its advocacy for the potato industry.</w:t>
      </w:r>
      <w:r/>
    </w:p>
    <w:p>
      <w:pPr>
        <w:pStyle w:val="ListNumber"/>
        <w:spacing w:line="240" w:lineRule="auto"/>
        <w:ind w:left="720"/>
      </w:pPr>
      <w:r/>
      <w:hyperlink r:id="rId15">
        <w:r>
          <w:rPr>
            <w:color w:val="0000EE"/>
            <w:u w:val="single"/>
          </w:rPr>
          <w:t>https://potatocountry.com/2024/10/25/potato-expo-keynote-session-on-ai-biologicals-and-innovations/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ionalpotatocouncil.org/potato-expo/" TargetMode="External"/><Relationship Id="rId11" Type="http://schemas.openxmlformats.org/officeDocument/2006/relationships/hyperlink" Target="https://www.nationalpotatocouncil.org/potato-expo/2025-schedule/" TargetMode="External"/><Relationship Id="rId12" Type="http://schemas.openxmlformats.org/officeDocument/2006/relationships/hyperlink" Target="https://www.nationalpotatocouncil.org/potato-expo/book-your-room/" TargetMode="External"/><Relationship Id="rId13" Type="http://schemas.openxmlformats.org/officeDocument/2006/relationships/hyperlink" Target="https://www.nationalpotatocouncil.org/event/potato-expo-2025/" TargetMode="External"/><Relationship Id="rId14" Type="http://schemas.openxmlformats.org/officeDocument/2006/relationships/hyperlink" Target="https://www.potatopro.com/potato-conferences-tradeshows/potato-expo-2025" TargetMode="External"/><Relationship Id="rId15" Type="http://schemas.openxmlformats.org/officeDocument/2006/relationships/hyperlink" Target="https://potatocountry.com/2024/10/25/potato-expo-keynote-session-on-ai-biologicals-and-innov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