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QCon San Francisco 2024: A deep dive into AI and ML trends for software developers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QCon San Francisco 2024: A Deep Dive into AI and ML Trends for Software Developers</w:t>
      </w:r>
      <w:r/>
    </w:p>
    <w:p>
      <w:r/>
      <w:r>
        <w:t>This November, the QCon San Francisco 2024 conference will once again bring together leading minds in software development, this time placing a significant emphasis on the burgeoning fields of Artificial Intelligence (AI) and Machine Learning (ML). Scheduled from November 18 to 22, the event is organised by InfoQ and is set to host over 1,000 delegates from various sectors of the technology industry.</w:t>
      </w:r>
      <w:r/>
    </w:p>
    <w:p>
      <w:r/>
      <w:r>
        <w:t>Located in the vibrant city of San Francisco, the conference will lead attendees through a series of meticulously curated tracks, delving into the integration of AI and ML within modern software development. The event promises to be a cornerstone for software engineers and developers keen on exploring and implementing the latest advancements in their projects.</w:t>
      </w:r>
      <w:r/>
    </w:p>
    <w:p>
      <w:r/>
      <w:r>
        <w:rPr>
          <w:b/>
        </w:rPr>
        <w:t>Exploring Generative AI in Production</w:t>
      </w:r>
      <w:r/>
    </w:p>
    <w:p>
      <w:r/>
      <w:r>
        <w:t>One of the key highlights of the conference is the track on "Generative AI in Production and Advancements," curated by Hien Luu, Senior Engineering Manager at Zoox and author of "MLOps with Ray". This track aims to provide attendees with a comprehensive understanding of how generative AI is transforming product development and user experience across industries.</w:t>
      </w:r>
      <w:r/>
    </w:p>
    <w:p>
      <w:r/>
      <w:r>
        <w:t>Featuring talks from industry leaders at prominent companies such as Pinterest, Meta, Microsoft, and Voiceflow, this track will showcase case studies and best practices on deploying large language models (LLMs) for enhanced search functionalities and personalised recommendations. Attendees will gain insights into real-world applications of generative AI and learn about the potential future roles of AI agents in software development.</w:t>
      </w:r>
      <w:r/>
    </w:p>
    <w:p>
      <w:r/>
      <w:r>
        <w:rPr>
          <w:b/>
        </w:rPr>
        <w:t>Bridging the Gap with Foundational Insights</w:t>
      </w:r>
      <w:r/>
    </w:p>
    <w:p>
      <w:r/>
      <w:r>
        <w:t>The second AI-focused track, "AI and ML for Software Engineers: Foundational Insights," is designed to offer practical knowledge for software engineers eager to incorporate AI and ML into their work. This track is curated by Susan Shu Chang, Principal Data Scientist at Elastic and an expert in machine learning interviews.</w:t>
      </w:r>
      <w:r/>
    </w:p>
    <w:p>
      <w:r/>
      <w:r>
        <w:t>Participants will be equipped with tools and strategies to successfully deploy and evaluate ML models, based on lessons learned from companies tackling similar integration challenges. The emphasis here is on moving beyond the AI hype to focus on scalable, practical applications, thus empowering engineers to effectively navigate and contribute to the evolving AI landscape.</w:t>
      </w:r>
      <w:r/>
    </w:p>
    <w:p>
      <w:r/>
      <w:r>
        <w:rPr>
          <w:b/>
        </w:rPr>
        <w:t>A Hub for Innovation and Learning</w:t>
      </w:r>
      <w:r/>
    </w:p>
    <w:p>
      <w:r/>
      <w:r>
        <w:t>Overall, the QCon San Francisco 2024 will feature 12 distinct tracks, each catering to various facets of software development innovations. The organisers highlight that this is a non-commercial event aimed solely at knowledge-sharing. Attendees can expect sessions led by seasoned practitioners who avoid marketing pitches and instead offer real-world solutions and insights.</w:t>
      </w:r>
      <w:r/>
    </w:p>
    <w:p>
      <w:r/>
      <w:r>
        <w:t>As the conference date inches closer, industry professionals are encouraged to secure their tickets, with early bird prices available until October 29. This gathering offers a valuable opportunity for peer-to-peer learning and networking, aimed at those committed to shaping and understanding the future of software development.</w:t>
      </w:r>
      <w:r/>
    </w:p>
    <w:p>
      <w:r/>
      <w:r>
        <w:t>QCon San Francisco stands as a premier platform where the latest trends in AI and ML are discussed and dissected, offering invaluable insights to industry veterans and newcomers alike. With the world ever more connected through technology, the discussions and findings from this conference could influence the trajectory of software development in significant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https://qconsf.com</w:t>
        </w:r>
      </w:hyperlink>
      <w:r>
        <w:t xml:space="preserve"> - Provides details on the QCon San Francisco 2024 conference, including dates, tracks, and speaker information.</w:t>
      </w:r>
      <w:r/>
    </w:p>
    <w:p>
      <w:pPr>
        <w:pStyle w:val="ListNumber"/>
        <w:spacing w:line="240" w:lineRule="auto"/>
        <w:ind w:left="720"/>
      </w:pPr>
      <w:r/>
      <w:hyperlink r:id="rId11">
        <w:r>
          <w:rPr>
            <w:color w:val="0000EE"/>
            <w:u w:val="single"/>
          </w:rPr>
          <w:t>https://www.infoq.com/news/2024/10/ai-ml-qcon-san-francisco-2024/</w:t>
        </w:r>
      </w:hyperlink>
      <w:r>
        <w:t xml:space="preserve"> - Discusses the AI and ML tracks at QCon San Francisco 2024, including the 'Generative AI in Production and Advancements' track and the 'AI and ML for Software Engineers: Foundational Insights' track.</w:t>
      </w:r>
      <w:r/>
    </w:p>
    <w:p>
      <w:pPr>
        <w:pStyle w:val="ListNumber"/>
        <w:spacing w:line="240" w:lineRule="auto"/>
        <w:ind w:left="720"/>
      </w:pPr>
      <w:r/>
      <w:hyperlink r:id="rId12">
        <w:r>
          <w:rPr>
            <w:color w:val="0000EE"/>
            <w:u w:val="single"/>
          </w:rPr>
          <w:t>https://qconsf.com/recap/oct2023</w:t>
        </w:r>
      </w:hyperlink>
      <w:r>
        <w:t xml:space="preserve"> - Recaps the QCon San Francisco 2023 conference and mentions the upcoming QCon San Francisco 2024 event, highlighting the focus on practical insights and use cases.</w:t>
      </w:r>
      <w:r/>
    </w:p>
    <w:p>
      <w:pPr>
        <w:pStyle w:val="ListNumber"/>
        <w:spacing w:line="240" w:lineRule="auto"/>
        <w:ind w:left="720"/>
      </w:pPr>
      <w:r/>
      <w:hyperlink r:id="rId13">
        <w:r>
          <w:rPr>
            <w:color w:val="0000EE"/>
            <w:u w:val="single"/>
          </w:rPr>
          <w:t>https://qconsf.com/track/nov2024/generative-ai-production-advancements</w:t>
        </w:r>
      </w:hyperlink>
      <w:r>
        <w:t xml:space="preserve"> - Details the 'Generative AI in Production and Advancements' track, including specific talks and speakers from companies like Meta, Pinterest, and Microsoft.</w:t>
      </w:r>
      <w:r/>
    </w:p>
    <w:p>
      <w:pPr>
        <w:pStyle w:val="ListNumber"/>
        <w:spacing w:line="240" w:lineRule="auto"/>
        <w:ind w:left="720"/>
      </w:pPr>
      <w:r/>
      <w:hyperlink r:id="rId14">
        <w:r>
          <w:rPr>
            <w:color w:val="0000EE"/>
            <w:u w:val="single"/>
          </w:rPr>
          <w:t>https://www.infoq.com/podcasts/software-trends-qcon-san-francisco-2024/</w:t>
        </w:r>
      </w:hyperlink>
      <w:r>
        <w:t xml:space="preserve"> - Features members of the QCon San Francisco 2024 programming committee discussing key software trends, including AI and ML.</w:t>
      </w:r>
      <w:r/>
    </w:p>
    <w:p>
      <w:pPr>
        <w:pStyle w:val="ListNumber"/>
        <w:spacing w:line="240" w:lineRule="auto"/>
        <w:ind w:left="720"/>
      </w:pPr>
      <w:r/>
      <w:hyperlink r:id="rId10">
        <w:r>
          <w:rPr>
            <w:color w:val="0000EE"/>
            <w:u w:val="single"/>
          </w:rPr>
          <w:t>https://qconsf.com</w:t>
        </w:r>
      </w:hyperlink>
      <w:r>
        <w:t xml:space="preserve"> - Mentions the non-commercial nature of the event and the focus on knowledge-sharing through sessions led by seasoned practitioners.</w:t>
      </w:r>
      <w:r/>
    </w:p>
    <w:p>
      <w:pPr>
        <w:pStyle w:val="ListNumber"/>
        <w:spacing w:line="240" w:lineRule="auto"/>
        <w:ind w:left="720"/>
      </w:pPr>
      <w:r/>
      <w:hyperlink r:id="rId11">
        <w:r>
          <w:rPr>
            <w:color w:val="0000EE"/>
            <w:u w:val="single"/>
          </w:rPr>
          <w:t>https://www.infoq.com/news/2024/10/ai-ml-qcon-san-francisco-2024/</w:t>
        </w:r>
      </w:hyperlink>
      <w:r>
        <w:t xml:space="preserve"> - Highlights the emphasis on moving beyond AI hype to focus on scalable, practical applications in the AI and ML tracks.</w:t>
      </w:r>
      <w:r/>
    </w:p>
    <w:p>
      <w:pPr>
        <w:pStyle w:val="ListNumber"/>
        <w:spacing w:line="240" w:lineRule="auto"/>
        <w:ind w:left="720"/>
      </w:pPr>
      <w:r/>
      <w:hyperlink r:id="rId12">
        <w:r>
          <w:rPr>
            <w:color w:val="0000EE"/>
            <w:u w:val="single"/>
          </w:rPr>
          <w:t>https://qconsf.com/recap/oct2023</w:t>
        </w:r>
      </w:hyperlink>
      <w:r>
        <w:t xml:space="preserve"> - Notes the conference's aim to help attendees validate their technical roadmap and adopt the right software innovations and practices.</w:t>
      </w:r>
      <w:r/>
    </w:p>
    <w:p>
      <w:pPr>
        <w:pStyle w:val="ListNumber"/>
        <w:spacing w:line="240" w:lineRule="auto"/>
        <w:ind w:left="720"/>
      </w:pPr>
      <w:r/>
      <w:hyperlink r:id="rId13">
        <w:r>
          <w:rPr>
            <w:color w:val="0000EE"/>
            <w:u w:val="single"/>
          </w:rPr>
          <w:t>https://qconsf.com/track/nov2024/generative-ai-production-advancements</w:t>
        </w:r>
      </w:hyperlink>
      <w:r>
        <w:t xml:space="preserve"> - Provides case studies and best practices on deploying large language models (LLMs) for enhanced search functionalities and personalized recommendations.</w:t>
      </w:r>
      <w:r/>
    </w:p>
    <w:p>
      <w:pPr>
        <w:pStyle w:val="ListNumber"/>
        <w:spacing w:line="240" w:lineRule="auto"/>
        <w:ind w:left="720"/>
      </w:pPr>
      <w:r/>
      <w:hyperlink r:id="rId11">
        <w:r>
          <w:rPr>
            <w:color w:val="0000EE"/>
            <w:u w:val="single"/>
          </w:rPr>
          <w:t>https://www.infoq.com/news/2024/10/ai-ml-qcon-san-francisco-2024/</w:t>
        </w:r>
      </w:hyperlink>
      <w:r>
        <w:t xml:space="preserve"> - Mentions the participation of industry leaders from companies such as Pinterest, Meta, Microsoft, and Voiceflow in the 'Generative AI in Production and Advancements' track.</w:t>
      </w:r>
      <w:r/>
    </w:p>
    <w:p>
      <w:pPr>
        <w:pStyle w:val="ListNumber"/>
        <w:spacing w:line="240" w:lineRule="auto"/>
        <w:ind w:left="720"/>
      </w:pPr>
      <w:r/>
      <w:hyperlink r:id="rId10">
        <w:r>
          <w:rPr>
            <w:color w:val="0000EE"/>
            <w:u w:val="single"/>
          </w:rPr>
          <w:t>https://qconsf.com</w:t>
        </w:r>
      </w:hyperlink>
      <w:r>
        <w:t xml:space="preserve"> - Details the early bird pricing and ticket availability for the QCon San Francisco 2024 conference.</w:t>
      </w:r>
      <w:r/>
    </w:p>
    <w:p>
      <w:pPr>
        <w:pStyle w:val="ListNumber"/>
        <w:spacing w:line="240" w:lineRule="auto"/>
        <w:ind w:left="720"/>
      </w:pPr>
      <w:r/>
      <w:hyperlink r:id="rId15">
        <w:r>
          <w:rPr>
            <w:color w:val="0000EE"/>
            <w:u w:val="single"/>
          </w:rPr>
          <w:t>https://www.infoq.com/news/2024/10/ai-ml-qcon-san-francisco-2024/?utm_campaign=infoq_content&amp;utm_source=infoq&amp;utm_medium=feed&amp;utm_term=global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consf.com" TargetMode="External"/><Relationship Id="rId11" Type="http://schemas.openxmlformats.org/officeDocument/2006/relationships/hyperlink" Target="https://www.infoq.com/news/2024/10/ai-ml-qcon-san-francisco-2024/" TargetMode="External"/><Relationship Id="rId12" Type="http://schemas.openxmlformats.org/officeDocument/2006/relationships/hyperlink" Target="https://qconsf.com/recap/oct2023" TargetMode="External"/><Relationship Id="rId13" Type="http://schemas.openxmlformats.org/officeDocument/2006/relationships/hyperlink" Target="https://qconsf.com/track/nov2024/generative-ai-production-advancements" TargetMode="External"/><Relationship Id="rId14" Type="http://schemas.openxmlformats.org/officeDocument/2006/relationships/hyperlink" Target="https://www.infoq.com/podcasts/software-trends-qcon-san-francisco-2024/" TargetMode="External"/><Relationship Id="rId15" Type="http://schemas.openxmlformats.org/officeDocument/2006/relationships/hyperlink" Target="https://www.infoq.com/news/2024/10/ai-ml-qcon-san-francisco-2024/?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