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Rachel Zegler speaks out against online harassment and racial issues in entertainment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Rachel Zegler, the talented 23-year-old actress known for her roles in "West Side Story" and the upcoming Disney remake of "Snow White," has found herself at the centre of discussions about online harassment and racial issues in the entertainment industry. In a recent interview with Teen Vogue, she addressed the hostile treatment faced by Black West End star Francesca Amewudah-Rivers and brought attention to the broader theme of sexist behaviour directed at female celebrities online.</w:t>
      </w:r>
      <w:r/>
    </w:p>
    <w:p>
      <w:r/>
      <w:r>
        <w:t>Amewudah-Rivers, who played Juliet opposite Tom Holland in a Jamie Lloyd-directed production of "Romeo and Juliet" earlier this year, was met with racist attacks following the announcement of her casting. Despite winning acclaim for her performance, the online abuse highlighted an ongoing issue in the industry. Rachel Zegler, who portrays Juliet on Broadway, expressed disappointment over the lack of support for Amewudah-Rivers. She believes that the industry needs to protect performers from such backlash, asserting, "You need to protect people when you make a vow to cast them in something."</w:t>
      </w:r>
      <w:r/>
    </w:p>
    <w:p>
      <w:r/>
      <w:r>
        <w:t>Zegler's criticism coincides with an ongoing conversation about "fan boundaries." She points to a history of female actresses being unfairly targeted, mentioning individuals like Taylor Swift, Jennifer Lawrence, and Anne Hathaway. Zegler has personally experienced this online vitriol, evidenced by her departure from Twitter after facing an endless loop of public negativity.</w:t>
      </w:r>
      <w:r/>
    </w:p>
    <w:p>
      <w:r/>
      <w:r>
        <w:t>The actress is particularly outspoken about racial issues tied to her own experiences. Her casting as Snow White in Disney's live-action remake attracted its share of controversy—primarily criticism over a Latina actress playing the traditionally white character. Zegler, however, dismissed the backlash, creatively reimagining the character's backstory to focus on resilience rather than skin colour.</w:t>
      </w:r>
      <w:r/>
    </w:p>
    <w:p>
      <w:r/>
      <w:r>
        <w:t>In recent years, racial and gender issues within the entertainment industry have come into sharper focus. The backlash against Amewudah-Rivers is a poignant reminder of the barriers Black actresses still face, even as the industry claims to make strides towards inclusivity. Such incidents underscore the need for a cultural shift that defends minority actors from the overwhelmingly negative tide of online commentary.</w:t>
      </w:r>
      <w:r/>
    </w:p>
    <w:p>
      <w:r/>
      <w:r>
        <w:t>Beyond racial issues, Zegler has also been vocal about the harmful impacts of social media, noting that it's a "nasty place" that distorts reality and spreads misinformation. This year, alongside her fellow actor Kit Connor, she reflected on the difficulty of maintaining one's humanity amid the intense scrutiny that comes with fame. They both criticised social media for its potential to propagate false narratives about individuals, calling for nuanced understanding over cursory judgments.</w:t>
      </w:r>
      <w:r/>
    </w:p>
    <w:p>
      <w:r/>
      <w:r>
        <w:t>Despite the challenges, Zegler remains dedicated to her craft. Her performance as Juliet marks her Broadway debut, a collaborative production directed by Sam Gold and featuring music by producer Jack Antonoff. The production has been running previews since late September and officially opened on October 24.</w:t>
      </w:r>
      <w:r/>
    </w:p>
    <w:p>
      <w:r/>
      <w:r>
        <w:t>This complex and dynamic tale of Zegler’s involvement in diverse theatrical and cinematic projects, her advocacy against racial and gender biases, and her commitment to reshaping the conversation surrounding fame and social media highlights a young actress not only making her mark in the arts but also using her platform to challenge social injustices.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https://www.reddit.com/r/popculturechat/comments/15p1g9u/rachel_zeglers_tweet_about_recent_tiktok_backlash/</w:t>
        </w:r>
      </w:hyperlink>
      <w:r>
        <w:t xml:space="preserve"> - Discusses the online backlash and harassment Rachel Zegler faced, including the lack of support from Disney and the criticism over her comments on the original 'Snow White' film.</w:t>
      </w:r>
      <w:r/>
    </w:p>
    <w:p>
      <w:pPr>
        <w:pStyle w:val="ListNumber"/>
        <w:spacing w:line="240" w:lineRule="auto"/>
        <w:ind w:left="720"/>
      </w:pPr>
      <w:r/>
      <w:hyperlink r:id="rId11">
        <w:r>
          <w:rPr>
            <w:color w:val="0000EE"/>
            <w:u w:val="single"/>
          </w:rPr>
          <w:t>https://www.cosmopolitan.com/entertainment/celebs/a44564958/halle-bailey-supports-rachel-zegler-through-snow-white-backlash/</w:t>
        </w:r>
      </w:hyperlink>
      <w:r>
        <w:t xml:space="preserve"> - Details the support Halle Bailey offered to Rachel Zegler during the backlash over her casting as Snow White and the diverse cast of the seven dwarfs.</w:t>
      </w:r>
      <w:r/>
    </w:p>
    <w:p>
      <w:pPr>
        <w:pStyle w:val="ListNumber"/>
        <w:spacing w:line="240" w:lineRule="auto"/>
        <w:ind w:left="720"/>
      </w:pPr>
      <w:r/>
      <w:hyperlink r:id="rId12">
        <w:r>
          <w:rPr>
            <w:color w:val="0000EE"/>
            <w:u w:val="single"/>
          </w:rPr>
          <w:t>https://www.usatoday.com/story/entertainment/movies/2024/10/02/rachel-zegler-snow-white-backlash/75483157007/</w:t>
        </w:r>
      </w:hyperlink>
      <w:r>
        <w:t xml:space="preserve"> - Addresses Rachel Zegler's comments on the 'Snow White' remake, the backlash she faced, and her clarification on the film's love story and her character's portrayal.</w:t>
      </w:r>
      <w:r/>
    </w:p>
    <w:p>
      <w:pPr>
        <w:pStyle w:val="ListNumber"/>
        <w:spacing w:line="240" w:lineRule="auto"/>
        <w:ind w:left="720"/>
      </w:pPr>
      <w:r/>
      <w:hyperlink r:id="rId13">
        <w:r>
          <w:rPr>
            <w:color w:val="0000EE"/>
            <w:u w:val="single"/>
          </w:rPr>
          <w:t>https://www.nbcnews.com/pop-culture/rachel-zegler-viral-backlash-snow-white-disney-live-action-rcna99848</w:t>
        </w:r>
      </w:hyperlink>
      <w:r>
        <w:t xml:space="preserve"> - Provides details on the viral backlash against Rachel Zegler's comments about the 'Snow White' remake, including criticisms and defenses from various online users.</w:t>
      </w:r>
      <w:r/>
    </w:p>
    <w:p>
      <w:pPr>
        <w:pStyle w:val="ListNumber"/>
        <w:spacing w:line="240" w:lineRule="auto"/>
        <w:ind w:left="720"/>
      </w:pPr>
      <w:r/>
      <w:hyperlink r:id="rId11">
        <w:r>
          <w:rPr>
            <w:color w:val="0000EE"/>
            <w:u w:val="single"/>
          </w:rPr>
          <w:t>https://www.cosmopolitan.com/entertainment/celebs/a44564958/halle-bailey-supports-rachel-zegler-through-snow-white-backlash/</w:t>
        </w:r>
      </w:hyperlink>
      <w:r>
        <w:t xml:space="preserve"> - Mentions Rachel Zegler's statement about not wanting to be tagged in online discourse about her casting and her hope that every child knows they can be a princess regardless of their background.</w:t>
      </w:r>
      <w:r/>
    </w:p>
    <w:p>
      <w:pPr>
        <w:pStyle w:val="ListNumber"/>
        <w:spacing w:line="240" w:lineRule="auto"/>
        <w:ind w:left="720"/>
      </w:pPr>
      <w:r/>
      <w:hyperlink r:id="rId12">
        <w:r>
          <w:rPr>
            <w:color w:val="0000EE"/>
            <w:u w:val="single"/>
          </w:rPr>
          <w:t>https://www.usatoday.com/story/entertainment/movies/2024/10/02/rachel-zegler-snow-white-backlash/75483157007/</w:t>
        </w:r>
      </w:hyperlink>
      <w:r>
        <w:t xml:space="preserve"> - Explains how the 'Snow White' remake addresses the character's name differently, focusing on her resilience rather than skin color.</w:t>
      </w:r>
      <w:r/>
    </w:p>
    <w:p>
      <w:pPr>
        <w:pStyle w:val="ListNumber"/>
        <w:spacing w:line="240" w:lineRule="auto"/>
        <w:ind w:left="720"/>
      </w:pPr>
      <w:r/>
      <w:hyperlink r:id="rId13">
        <w:r>
          <w:rPr>
            <w:color w:val="0000EE"/>
            <w:u w:val="single"/>
          </w:rPr>
          <w:t>https://www.nbcnews.com/pop-culture/rachel-zegler-viral-backlash-snow-white-disney-live-action-rcna99848</w:t>
        </w:r>
      </w:hyperlink>
      <w:r>
        <w:t xml:space="preserve"> - Discusses the criticism and backlash Rachel Zegler faced for her comments on the original 'Snow White' film and her portrayal of the character in the remake.</w:t>
      </w:r>
      <w:r/>
    </w:p>
    <w:p>
      <w:pPr>
        <w:pStyle w:val="ListNumber"/>
        <w:spacing w:line="240" w:lineRule="auto"/>
        <w:ind w:left="720"/>
      </w:pPr>
      <w:r/>
      <w:hyperlink r:id="rId10">
        <w:r>
          <w:rPr>
            <w:color w:val="0000EE"/>
            <w:u w:val="single"/>
          </w:rPr>
          <w:t>https://www.reddit.com/r/popculturechat/comments/15p1g9u/rachel_zeglers_tweet_about_recent_tiktok_backlash/</w:t>
        </w:r>
      </w:hyperlink>
      <w:r>
        <w:t xml:space="preserve"> - Highlights the broader issue of sexist behavior and online harassment directed at female celebrities, including Rachel Zegler's personal experiences.</w:t>
      </w:r>
      <w:r/>
    </w:p>
    <w:p>
      <w:pPr>
        <w:pStyle w:val="ListNumber"/>
        <w:spacing w:line="240" w:lineRule="auto"/>
        <w:ind w:left="720"/>
      </w:pPr>
      <w:r/>
      <w:hyperlink r:id="rId12">
        <w:r>
          <w:rPr>
            <w:color w:val="0000EE"/>
            <w:u w:val="single"/>
          </w:rPr>
          <w:t>https://www.usatoday.com/story/entertainment/movies/2024/10/02/rachel-zegler-snow-white-backlash/75483157007/</w:t>
        </w:r>
      </w:hyperlink>
      <w:r>
        <w:t xml:space="preserve"> - Mentions Rachel Zegler's feelings about the online hate she faced and her observation that women in the public eye are often torn down.</w:t>
      </w:r>
      <w:r/>
    </w:p>
    <w:p>
      <w:pPr>
        <w:pStyle w:val="ListNumber"/>
        <w:spacing w:line="240" w:lineRule="auto"/>
        <w:ind w:left="720"/>
      </w:pPr>
      <w:r/>
      <w:hyperlink r:id="rId13">
        <w:r>
          <w:rPr>
            <w:color w:val="0000EE"/>
            <w:u w:val="single"/>
          </w:rPr>
          <w:t>https://www.nbcnews.com/pop-culture/rachel-zegler-viral-backlash-snow-white-disney-live-action-rcna99848</w:t>
        </w:r>
      </w:hyperlink>
      <w:r>
        <w:t xml:space="preserve"> - Includes comments from other users and critics who defended Rachel Zegler against the backlash, emphasizing the need to distinguish between criticism and bullying.</w:t>
      </w:r>
      <w:r/>
    </w:p>
    <w:p>
      <w:pPr>
        <w:pStyle w:val="ListNumber"/>
        <w:spacing w:line="240" w:lineRule="auto"/>
        <w:ind w:left="720"/>
      </w:pPr>
      <w:r/>
      <w:hyperlink r:id="rId11">
        <w:r>
          <w:rPr>
            <w:color w:val="0000EE"/>
            <w:u w:val="single"/>
          </w:rPr>
          <w:t>https://www.cosmopolitan.com/entertainment/celebs/a44564958/halle-bailey-supports-rachel-zegler-through-snow-white-backlash/</w:t>
        </w:r>
      </w:hyperlink>
      <w:r>
        <w:t xml:space="preserve"> - Notes the support from Halle Bailey, who also faced racial and hostile online comments after being cast as Ariel in 'The Little Mermaid' live-action remake.</w:t>
      </w:r>
      <w:r/>
    </w:p>
    <w:p>
      <w:pPr>
        <w:pStyle w:val="ListNumber"/>
        <w:spacing w:line="240" w:lineRule="auto"/>
        <w:ind w:left="720"/>
      </w:pPr>
      <w:r/>
      <w:hyperlink r:id="rId14">
        <w:r>
          <w:rPr>
            <w:color w:val="0000EE"/>
            <w:u w:val="single"/>
          </w:rPr>
          <w:t>https://www.vulture.com/article/rachel-zegler-romeo-and-juliet-tom-holland-racism.html</w:t>
        </w:r>
      </w:hyperlink>
      <w:r>
        <w:t xml:space="preserve"> - Please view link - unable to able to access data</w:t>
      </w:r>
      <w:r/>
    </w:p>
    <w:p>
      <w:pPr>
        <w:pStyle w:val="ListNumber"/>
        <w:spacing w:line="240" w:lineRule="auto"/>
        <w:ind w:left="720"/>
      </w:pPr>
      <w:r/>
      <w:hyperlink r:id="rId15">
        <w:r>
          <w:rPr>
            <w:color w:val="0000EE"/>
            <w:u w:val="single"/>
          </w:rPr>
          <w:t>https://www.dailymail.co.uk/tvshowbiz/article-13993419/Rachel-Zegler-taylor-swift-internet-trolls.html?ns_mchannel=rss&amp;ns_campaign=1490&amp;ito=1490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popculturechat/comments/15p1g9u/rachel_zeglers_tweet_about_recent_tiktok_backlash/" TargetMode="External"/><Relationship Id="rId11" Type="http://schemas.openxmlformats.org/officeDocument/2006/relationships/hyperlink" Target="https://www.cosmopolitan.com/entertainment/celebs/a44564958/halle-bailey-supports-rachel-zegler-through-snow-white-backlash/" TargetMode="External"/><Relationship Id="rId12" Type="http://schemas.openxmlformats.org/officeDocument/2006/relationships/hyperlink" Target="https://www.usatoday.com/story/entertainment/movies/2024/10/02/rachel-zegler-snow-white-backlash/75483157007/" TargetMode="External"/><Relationship Id="rId13" Type="http://schemas.openxmlformats.org/officeDocument/2006/relationships/hyperlink" Target="https://www.nbcnews.com/pop-culture/rachel-zegler-viral-backlash-snow-white-disney-live-action-rcna99848" TargetMode="External"/><Relationship Id="rId14" Type="http://schemas.openxmlformats.org/officeDocument/2006/relationships/hyperlink" Target="https://www.vulture.com/article/rachel-zegler-romeo-and-juliet-tom-holland-racism.html" TargetMode="External"/><Relationship Id="rId15" Type="http://schemas.openxmlformats.org/officeDocument/2006/relationships/hyperlink" Target="https://www.dailymail.co.uk/tvshowbiz/article-13993419/Rachel-Zegler-taylor-swift-internet-troll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