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Recruiters highlight the growing importance of AI in job searches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Recruiters Highlight the Growing Importance of AI in Job Searches</w:t>
      </w:r>
      <w:r/>
    </w:p>
    <w:p>
      <w:r/>
      <w:r>
        <w:t>In the evolving landscape of job hunting, the use of artificial intelligence (AI) has become increasingly pivotal. According to recruitment experts, jobseekers who are not harnessing AI technology might be missing out on valuable opportunities. AI now plays a significant role in the hiring processes of numerous Fortune 500 companies, and its impact shows no signs of waning.</w:t>
      </w:r>
      <w:r/>
    </w:p>
    <w:p>
      <w:r/>
      <w:r>
        <w:t>A report from Jobscan, an AI-driven recruitment platform, reveals that nearly every Fortune 500 corporation utilises AI tools to sift through applications. This typically involves scanning CVs to quickly eliminate those that are not seen as an ideal match for the job requirements. Alarmingly for the traditional applicant, almost 50% of jobseekers are now also integrating AI tools into their application process.</w:t>
      </w:r>
      <w:r/>
    </w:p>
    <w:p>
      <w:r/>
      <w:r>
        <w:rPr>
          <w:b/>
        </w:rPr>
        <w:t>Technology's Influence on the Application Process</w:t>
      </w:r>
      <w:r/>
    </w:p>
    <w:p>
      <w:r/>
      <w:r>
        <w:t>Technological advancements, particularly in generative AI, have drastically altered how job applications are crafted and submitted. Alex Bates, a data expert with global recruitment firm PageGroup, notes that these tools can significantly enhance CVs and cover letters. They allow jobseekers to highlight their skills and experiences more effectively. Bates suggests that this could particularly benefit female applicants, who often report that writing a cover letter is a considerable hurdle.</w:t>
      </w:r>
      <w:r/>
    </w:p>
    <w:p>
      <w:r/>
      <w:r>
        <w:t>Furthermore, Anna Petosa, an HR executive at SwagDrop, a US retail company, points out that AI in recruitment aids in making job postings more inclusive. It can eliminate gender-coded language that may implicitly favour one gender over another.</w:t>
      </w:r>
      <w:r/>
    </w:p>
    <w:p>
      <w:r/>
      <w:r>
        <w:rPr>
          <w:b/>
        </w:rPr>
        <w:t>AI: A Potential Catalyst for Gender Parity</w:t>
      </w:r>
      <w:r/>
    </w:p>
    <w:p>
      <w:r/>
      <w:r>
        <w:t>Despite global under-representation of women in senior and leadership roles, there is optimism that AI-driven recruitment processes could encourage more women to apply for such positions. Kirsty Garshong from Harnham Group explains that women typically apply only if they perceive themselves as meeting 90% of the job's requirements, whereas men often apply with less qualification certainty. AI could help alter this perception, making women more objective about their suitability and better prepared for interviews.</w:t>
      </w:r>
      <w:r/>
    </w:p>
    <w:p>
      <w:r/>
      <w:r>
        <w:t>AI's capacity to facilitate more information exchange between the candidate and potential employer—through features like mock interviews or prospective interview questions—empowers jobseekers. This also aids candidates in practising how to present soft skills effectively, according to Garshong.</w:t>
      </w:r>
      <w:r/>
    </w:p>
    <w:p>
      <w:r/>
      <w:r>
        <w:rPr>
          <w:b/>
        </w:rPr>
        <w:t>Challenges and the Competitive Job Market</w:t>
      </w:r>
      <w:r/>
    </w:p>
    <w:p>
      <w:r/>
      <w:r>
        <w:t>In recent times, the job market has witnessed economic uncertainty which has affected job availability. In the UK, job vacancies from June to August declined by 14% compared to the previous year, as reported by the Office for National Statistics. This, combined with AI tools providing faster application processes, has resulted in recruiters facing a flood of applications.</w:t>
      </w:r>
      <w:r/>
    </w:p>
    <w:p>
      <w:r/>
      <w:r>
        <w:t>Hung Lee, curator of the Recruiting Brainfood newsletter, notes that jobseekers are worried about the short life spans of job postings. This concern has driven them to utilise AI for quick application submissions, making the job search an 'arms race'.</w:t>
      </w:r>
      <w:r/>
    </w:p>
    <w:p>
      <w:r/>
      <w:r>
        <w:rPr>
          <w:b/>
        </w:rPr>
        <w:t>Strategies to Stand Out with AI</w:t>
      </w:r>
      <w:r/>
    </w:p>
    <w:p>
      <w:r/>
      <w:r>
        <w:t>As candidates adapt to these changes, making applications unique has become paramount. HR departments report a rise in generic, identical applications. Applications that make it through AI screening are often reviewed by human recruiters, who increasingly seek signs of originality and emotional intelligence. Lee suggests this is an area where women could inherently have an advantage.</w:t>
      </w:r>
      <w:r/>
    </w:p>
    <w:p>
      <w:r/>
      <w:r>
        <w:t>At present, using AI in job applications can increase the chances of progressing to an interview with a human recruiter. Several AI tools can support jobseekers, including:</w:t>
      </w:r>
      <w:r/>
      <w:r/>
    </w:p>
    <w:p>
      <w:pPr>
        <w:pStyle w:val="ListBullet"/>
        <w:spacing w:line="240" w:lineRule="auto"/>
        <w:ind w:left="720"/>
      </w:pPr>
      <w:r/>
      <w:r>
        <w:rPr>
          <w:b/>
        </w:rPr>
        <w:t>Gender Decoder</w:t>
      </w:r>
      <w:r>
        <w:t>: This tool quickly assesses language in job applications and postings for gender bias.</w:t>
      </w:r>
      <w:r/>
    </w:p>
    <w:p>
      <w:pPr>
        <w:pStyle w:val="ListBullet"/>
        <w:spacing w:line="240" w:lineRule="auto"/>
        <w:ind w:left="720"/>
      </w:pPr>
      <w:r/>
      <w:r>
        <w:rPr>
          <w:b/>
        </w:rPr>
        <w:t>ChatGPT</w:t>
      </w:r>
      <w:r>
        <w:t>: Offers CV improvement suggestions and assists with tailored application crafting.</w:t>
      </w:r>
      <w:r/>
    </w:p>
    <w:p>
      <w:pPr>
        <w:pStyle w:val="ListBullet"/>
        <w:spacing w:line="240" w:lineRule="auto"/>
        <w:ind w:left="720"/>
      </w:pPr>
      <w:r/>
      <w:r>
        <w:rPr>
          <w:b/>
        </w:rPr>
        <w:t>Jobscan</w:t>
      </w:r>
      <w:r>
        <w:t>: Provides a compatibility rating for your CV against job descriptions, suggesting improvements.</w:t>
      </w:r>
      <w:r/>
    </w:p>
    <w:p>
      <w:pPr>
        <w:pStyle w:val="ListBullet"/>
        <w:spacing w:line="240" w:lineRule="auto"/>
        <w:ind w:left="720"/>
      </w:pPr>
      <w:r/>
      <w:r>
        <w:rPr>
          <w:b/>
        </w:rPr>
        <w:t>SmartMatch</w:t>
      </w:r>
      <w:r>
        <w:t>: Introduces jobseekers to employers based on a detailed profile.</w:t>
      </w:r>
      <w:r/>
    </w:p>
    <w:p>
      <w:pPr>
        <w:pStyle w:val="ListBullet"/>
        <w:spacing w:line="240" w:lineRule="auto"/>
        <w:ind w:left="720"/>
      </w:pPr>
      <w:r/>
      <w:r>
        <w:rPr>
          <w:b/>
        </w:rPr>
        <w:t>LinkedIn Premium Career</w:t>
      </w:r>
      <w:r>
        <w:t>: Acts as a virtual job coach, enhancing profile visibility.</w:t>
      </w:r>
      <w:r/>
    </w:p>
    <w:p>
      <w:pPr>
        <w:pStyle w:val="ListBullet"/>
        <w:spacing w:line="240" w:lineRule="auto"/>
        <w:ind w:left="720"/>
      </w:pPr>
      <w:r/>
      <w:r>
        <w:rPr>
          <w:b/>
        </w:rPr>
        <w:t>Glassdoor and Payscale</w:t>
      </w:r>
      <w:r>
        <w:t>: Offer salary comparison tools to aid negotiation.</w:t>
      </w:r>
      <w:r/>
    </w:p>
    <w:p>
      <w:pPr>
        <w:pStyle w:val="ListBullet"/>
        <w:spacing w:line="240" w:lineRule="auto"/>
        <w:ind w:left="720"/>
      </w:pPr>
      <w:r/>
      <w:r>
        <w:rPr>
          <w:b/>
        </w:rPr>
        <w:t>HeadshotPro</w:t>
      </w:r>
      <w:r>
        <w:t>: While a curiosity for AI headshot manipulation, it serves as a reminder of the importance of authenticity in applications.</w:t>
      </w:r>
      <w:r/>
      <w:r/>
    </w:p>
    <w:p>
      <w:r/>
      <w:r>
        <w:t>These tools demonstrate the shift towards an AI-enhanced approach in job hunting and recruitment, signifying a significant transformation in how applicants strategise their careers in an increasingly digital job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https://www.rippling.com/blog/ai-recruiting</w:t>
        </w:r>
      </w:hyperlink>
      <w:r>
        <w:t xml:space="preserve"> - This article supports the claim that AI is significantly enhancing the recruiting process by automating tasks, improving candidate matching, and providing data-driven insights.</w:t>
      </w:r>
      <w:r/>
    </w:p>
    <w:p>
      <w:pPr>
        <w:pStyle w:val="ListNumber"/>
        <w:spacing w:line="240" w:lineRule="auto"/>
        <w:ind w:left="720"/>
      </w:pPr>
      <w:r/>
      <w:hyperlink r:id="rId11">
        <w:r>
          <w:rPr>
            <w:color w:val="0000EE"/>
            <w:u w:val="single"/>
          </w:rPr>
          <w:t>https://hireez.com/blog/benefits-of-ai-in-recruitment/</w:t>
        </w:r>
      </w:hyperlink>
      <w:r>
        <w:t xml:space="preserve"> - This source highlights the benefits of AI in recruitment, including efficiency, improved candidate matching, and personalized candidate experiences.</w:t>
      </w:r>
      <w:r/>
    </w:p>
    <w:p>
      <w:pPr>
        <w:pStyle w:val="ListNumber"/>
        <w:spacing w:line="240" w:lineRule="auto"/>
        <w:ind w:left="720"/>
      </w:pPr>
      <w:r/>
      <w:hyperlink r:id="rId12">
        <w:r>
          <w:rPr>
            <w:color w:val="0000EE"/>
            <w:u w:val="single"/>
          </w:rPr>
          <w:t>https://www.phenom.com/blog/recruiting-ai-guide</w:t>
        </w:r>
      </w:hyperlink>
      <w:r>
        <w:t xml:space="preserve"> - This guide explains how AI is crucial in recruiting by automating tedious tasks, enhancing candidate experiences, and providing data-driven insights to improve hiring decisions.</w:t>
      </w:r>
      <w:r/>
    </w:p>
    <w:p>
      <w:pPr>
        <w:pStyle w:val="ListNumber"/>
        <w:spacing w:line="240" w:lineRule="auto"/>
        <w:ind w:left="720"/>
      </w:pPr>
      <w:r/>
      <w:hyperlink r:id="rId13">
        <w:r>
          <w:rPr>
            <w:color w:val="0000EE"/>
            <w:u w:val="single"/>
          </w:rPr>
          <w:t>https://www.jobylon.com/blog/how-ai-is-transforming-the-world-of-recruitment</w:t>
        </w:r>
      </w:hyperlink>
      <w:r>
        <w:t xml:space="preserve"> - This article discusses how AI transforms recruitment by automating candidate sourcing, screening, and improving the overall candidate experience.</w:t>
      </w:r>
      <w:r/>
    </w:p>
    <w:p>
      <w:pPr>
        <w:pStyle w:val="ListNumber"/>
        <w:spacing w:line="240" w:lineRule="auto"/>
        <w:ind w:left="720"/>
      </w:pPr>
      <w:r/>
      <w:hyperlink r:id="rId14">
        <w:r>
          <w:rPr>
            <w:color w:val="0000EE"/>
            <w:u w:val="single"/>
          </w:rPr>
          <w:t>https://www.forbes.com/sites/michaelbernick/2023/04/25/harnessing-the-power-of-ai-for-job-seekers-and-recruiters/</w:t>
        </w:r>
      </w:hyperlink>
      <w:r>
        <w:t xml:space="preserve"> - This Forbes article explains how AI helps job seekers and recruiters by accurately matching jobs, reducing bias, and enhancing the application process.</w:t>
      </w:r>
      <w:r/>
    </w:p>
    <w:p>
      <w:pPr>
        <w:pStyle w:val="ListNumber"/>
        <w:spacing w:line="240" w:lineRule="auto"/>
        <w:ind w:left="720"/>
      </w:pPr>
      <w:r/>
      <w:hyperlink r:id="rId10">
        <w:r>
          <w:rPr>
            <w:color w:val="0000EE"/>
            <w:u w:val="single"/>
          </w:rPr>
          <w:t>https://www.rippling.com/blog/ai-recruiting</w:t>
        </w:r>
      </w:hyperlink>
      <w:r>
        <w:t xml:space="preserve"> - This article supports the idea that AI tools are used by nearly every Fortune 500 corporation to sift through applications and eliminate those not seen as ideal matches.</w:t>
      </w:r>
      <w:r/>
    </w:p>
    <w:p>
      <w:pPr>
        <w:pStyle w:val="ListNumber"/>
        <w:spacing w:line="240" w:lineRule="auto"/>
        <w:ind w:left="720"/>
      </w:pPr>
      <w:r/>
      <w:hyperlink r:id="rId11">
        <w:r>
          <w:rPr>
            <w:color w:val="0000EE"/>
            <w:u w:val="single"/>
          </w:rPr>
          <w:t>https://hireez.com/blog/benefits-of-ai-in-recruitment/</w:t>
        </w:r>
      </w:hyperlink>
      <w:r>
        <w:t xml:space="preserve"> - This source corroborates the use of AI in making job postings more inclusive by eliminating gender-coded language.</w:t>
      </w:r>
      <w:r/>
    </w:p>
    <w:p>
      <w:pPr>
        <w:pStyle w:val="ListNumber"/>
        <w:spacing w:line="240" w:lineRule="auto"/>
        <w:ind w:left="720"/>
      </w:pPr>
      <w:r/>
      <w:hyperlink r:id="rId12">
        <w:r>
          <w:rPr>
            <w:color w:val="0000EE"/>
            <w:u w:val="single"/>
          </w:rPr>
          <w:t>https://www.phenom.com/blog/recruiting-ai-guide</w:t>
        </w:r>
      </w:hyperlink>
      <w:r>
        <w:t xml:space="preserve"> - This guide explains how AI can help women apply for jobs more objectively and prepare better for interviews by providing mock interviews and prospective interview questions.</w:t>
      </w:r>
      <w:r/>
    </w:p>
    <w:p>
      <w:pPr>
        <w:pStyle w:val="ListNumber"/>
        <w:spacing w:line="240" w:lineRule="auto"/>
        <w:ind w:left="720"/>
      </w:pPr>
      <w:r/>
      <w:hyperlink r:id="rId13">
        <w:r>
          <w:rPr>
            <w:color w:val="0000EE"/>
            <w:u w:val="single"/>
          </w:rPr>
          <w:t>https://www.jobylon.com/blog/how-ai-is-transforming-the-world-of-recruitment</w:t>
        </w:r>
      </w:hyperlink>
      <w:r>
        <w:t xml:space="preserve"> - This article discusses the challenges in the job market, including economic uncertainty and the flood of applications, which AI tools help manage.</w:t>
      </w:r>
      <w:r/>
    </w:p>
    <w:p>
      <w:pPr>
        <w:pStyle w:val="ListNumber"/>
        <w:spacing w:line="240" w:lineRule="auto"/>
        <w:ind w:left="720"/>
      </w:pPr>
      <w:r/>
      <w:hyperlink r:id="rId14">
        <w:r>
          <w:rPr>
            <w:color w:val="0000EE"/>
            <w:u w:val="single"/>
          </w:rPr>
          <w:t>https://www.forbes.com/sites/michaelbernick/2023/04/25/harnessing-the-power-of-ai-for-job-seekers-and-recruiters/</w:t>
        </w:r>
      </w:hyperlink>
      <w:r>
        <w:t xml:space="preserve"> - This article highlights the importance of originality and emotional intelligence in applications that pass through AI screening, which human recruiters review.</w:t>
      </w:r>
      <w:r/>
    </w:p>
    <w:p>
      <w:pPr>
        <w:pStyle w:val="ListNumber"/>
        <w:spacing w:line="240" w:lineRule="auto"/>
        <w:ind w:left="720"/>
      </w:pPr>
      <w:r/>
      <w:hyperlink r:id="rId10">
        <w:r>
          <w:rPr>
            <w:color w:val="0000EE"/>
            <w:u w:val="single"/>
          </w:rPr>
          <w:t>https://www.rippling.com/blog/ai-recruiting</w:t>
        </w:r>
      </w:hyperlink>
      <w:r>
        <w:t xml:space="preserve"> - This article supports the use of various AI tools like Jobscan, which provides a compatibility rating for CVs against job descriptions, and other tools that enhance the application process.</w:t>
      </w:r>
      <w:r/>
    </w:p>
    <w:p>
      <w:pPr>
        <w:pStyle w:val="ListNumber"/>
        <w:spacing w:line="240" w:lineRule="auto"/>
        <w:ind w:left="720"/>
      </w:pPr>
      <w:r/>
      <w:hyperlink r:id="rId15">
        <w:r>
          <w:rPr>
            <w:color w:val="0000EE"/>
            <w:u w:val="single"/>
          </w:rPr>
          <w:t>https://www.ft.com/content/279bf0b0-97ef-4186-9156-6f0f4ae697ed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ippling.com/blog/ai-recruiting" TargetMode="External"/><Relationship Id="rId11" Type="http://schemas.openxmlformats.org/officeDocument/2006/relationships/hyperlink" Target="https://hireez.com/blog/benefits-of-ai-in-recruitment/" TargetMode="External"/><Relationship Id="rId12" Type="http://schemas.openxmlformats.org/officeDocument/2006/relationships/hyperlink" Target="https://www.phenom.com/blog/recruiting-ai-guide" TargetMode="External"/><Relationship Id="rId13" Type="http://schemas.openxmlformats.org/officeDocument/2006/relationships/hyperlink" Target="https://www.jobylon.com/blog/how-ai-is-transforming-the-world-of-recruitment" TargetMode="External"/><Relationship Id="rId14" Type="http://schemas.openxmlformats.org/officeDocument/2006/relationships/hyperlink" Target="https://www.forbes.com/sites/michaelbernick/2023/04/25/harnessing-the-power-of-ai-for-job-seekers-and-recruiters/" TargetMode="External"/><Relationship Id="rId15" Type="http://schemas.openxmlformats.org/officeDocument/2006/relationships/hyperlink" Target="https://www.ft.com/content/279bf0b0-97ef-4186-9156-6f0f4ae697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