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health tracking: Throne device offers insights into bowel movements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Throne Science, a company focused on innovative health monitoring technologies, has introduced a novel product aimed at revolutionising personal health tracking through the analysis of bowel movements. Dubbed simply as 'Throne', this device is designed to provide users with comprehensive insights into their digestive health by using artificial intelligence to assess their stool.</w:t>
      </w:r>
      <w:r/>
    </w:p>
    <w:p>
      <w:r/>
      <w:r>
        <w:t>Installed easily by clipping onto the side of the toilet bowl, the Throne device is geared to make bowel health monitoring as commonplace as using a fitness tracker for steps. Built with a sophisticated AI system, the device utilises a downward-facing camera to discreetly capture video data of each bowel movement. This data is then analysed to deliver valuable information regarding stool shape, size, hydration, and regularity.</w:t>
      </w:r>
      <w:r/>
    </w:p>
    <w:p>
      <w:r/>
      <w:r>
        <w:t>Throne Science underscores the critical health benefits of monitoring bowel movements. According to their website, such insights can serve as an early indicator for various medical conditions, including gastrointestinal bleeding, while being an essential management tool for individuals suffering from chronic gastrointestinal diseases. The device is marketed primarily as a cost-effective, non-invasive method of tracking one’s digestive health and nutrition absorption.</w:t>
      </w:r>
      <w:r/>
    </w:p>
    <w:p>
      <w:r/>
      <w:r>
        <w:t>The information gathered by Throne is accessible via a smartphone application, allowing users to conveniently monitor their digestive and hydration status. The app supports multiple users, catering to households that share facilities, by offering individual profiles distinguished through Bluetooth technology. This ensures that personal data remains secure and individualised, thus addressing privacy concerns.</w:t>
      </w:r>
      <w:r/>
    </w:p>
    <w:p>
      <w:r/>
      <w:r>
        <w:t xml:space="preserve">Throne Science is committed to the privacy and dignity of its users, stating that they only collect data pertinent to health improvement and implement rigorous safeguards to protect user confidentiality. </w:t>
      </w:r>
      <w:r/>
    </w:p>
    <w:p>
      <w:r/>
      <w:r>
        <w:t>The device is expected to hit the market by the end of the year, priced at $499, a significant investment but one that the company believes reflects the value of the health insights it can provide. This launch highlights a growing trend in health tech innovations that aim to integrate more aspects of daily life into health monitoring solutions, increasing accessibility to important health data.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https://teknolojimiz.com/en/throne-introduces-smart-camera-technology-for-toilets/</w:t>
        </w:r>
      </w:hyperlink>
      <w:r>
        <w:t xml:space="preserve"> - Corroborates the introduction of Throne's smart camera technology for toilets and its use of AI to analyze feces for health monitoring.</w:t>
      </w:r>
      <w:r/>
    </w:p>
    <w:p>
      <w:pPr>
        <w:pStyle w:val="ListNumber"/>
        <w:spacing w:line="240" w:lineRule="auto"/>
        <w:ind w:left="720"/>
      </w:pPr>
      <w:r/>
      <w:hyperlink r:id="rId11">
        <w:r>
          <w:rPr>
            <w:color w:val="0000EE"/>
            <w:u w:val="single"/>
          </w:rPr>
          <w:t>https://scopeforward.com/thrones-toilet-technology-is-changing-the-game-with-gut-health-and-hydration-monitoring-grit-daily/</w:t>
        </w:r>
      </w:hyperlink>
      <w:r>
        <w:t xml:space="preserve"> - Supports the device's ability to analyze bowel movements and urine flow, providing insights into gut health and hydration, and potential early warnings for health issues.</w:t>
      </w:r>
      <w:r/>
    </w:p>
    <w:p>
      <w:pPr>
        <w:pStyle w:val="ListNumber"/>
        <w:spacing w:line="240" w:lineRule="auto"/>
        <w:ind w:left="720"/>
      </w:pPr>
      <w:r/>
      <w:hyperlink r:id="rId12">
        <w:r>
          <w:rPr>
            <w:color w:val="0000EE"/>
            <w:u w:val="single"/>
          </w:rPr>
          <w:t>https://www.newsbytesapp.com/news/science/texas-start-up-launches-ai-toilet-camera-to-monitor-your-stool/story</w:t>
        </w:r>
      </w:hyperlink>
      <w:r>
        <w:t xml:space="preserve"> - Details the device's functionality, including its downward-facing camera and AI analysis of stool samples to provide health insights.</w:t>
      </w:r>
      <w:r/>
    </w:p>
    <w:p>
      <w:pPr>
        <w:pStyle w:val="ListNumber"/>
        <w:spacing w:line="240" w:lineRule="auto"/>
        <w:ind w:left="720"/>
      </w:pPr>
      <w:r/>
      <w:hyperlink r:id="rId13">
        <w:r>
          <w:rPr>
            <w:color w:val="0000EE"/>
            <w:u w:val="single"/>
          </w:rPr>
          <w:t>https://www.thronescience.com</w:t>
        </w:r>
      </w:hyperlink>
      <w:r>
        <w:t xml:space="preserve"> - Explains the installation process, the use of a downward-facing camera, and the analysis of stool shape, size, hydration, and regularity.</w:t>
      </w:r>
      <w:r/>
    </w:p>
    <w:p>
      <w:pPr>
        <w:pStyle w:val="ListNumber"/>
        <w:spacing w:line="240" w:lineRule="auto"/>
        <w:ind w:left="720"/>
      </w:pPr>
      <w:r/>
      <w:hyperlink r:id="rId13">
        <w:r>
          <w:rPr>
            <w:color w:val="0000EE"/>
            <w:u w:val="single"/>
          </w:rPr>
          <w:t>https://www.thronescience.com</w:t>
        </w:r>
      </w:hyperlink>
      <w:r>
        <w:t xml:space="preserve"> - Highlights the critical health benefits of monitoring bowel movements, including early indicators for medical conditions and management of chronic gastrointestinal diseases.</w:t>
      </w:r>
      <w:r/>
    </w:p>
    <w:p>
      <w:pPr>
        <w:pStyle w:val="ListNumber"/>
        <w:spacing w:line="240" w:lineRule="auto"/>
        <w:ind w:left="720"/>
      </w:pPr>
      <w:r/>
      <w:hyperlink r:id="rId13">
        <w:r>
          <w:rPr>
            <w:color w:val="0000EE"/>
            <w:u w:val="single"/>
          </w:rPr>
          <w:t>https://www.thronescience.com</w:t>
        </w:r>
      </w:hyperlink>
      <w:r>
        <w:t xml:space="preserve"> - Describes the smartphone application and its support for multiple users through individual profiles distinguished by Bluetooth technology.</w:t>
      </w:r>
      <w:r/>
    </w:p>
    <w:p>
      <w:pPr>
        <w:pStyle w:val="ListNumber"/>
        <w:spacing w:line="240" w:lineRule="auto"/>
        <w:ind w:left="720"/>
      </w:pPr>
      <w:r/>
      <w:hyperlink r:id="rId10">
        <w:r>
          <w:rPr>
            <w:color w:val="0000EE"/>
            <w:u w:val="single"/>
          </w:rPr>
          <w:t>https://teknolojimiz.com/en/throne-introduces-smart-camera-technology-for-toilets/</w:t>
        </w:r>
      </w:hyperlink>
      <w:r>
        <w:t xml:space="preserve"> - Addresses privacy concerns by stating that only relevant health data is collected and stored anonymously with the option for users to access and delete their data.</w:t>
      </w:r>
      <w:r/>
    </w:p>
    <w:p>
      <w:pPr>
        <w:pStyle w:val="ListNumber"/>
        <w:spacing w:line="240" w:lineRule="auto"/>
        <w:ind w:left="720"/>
      </w:pPr>
      <w:r/>
      <w:hyperlink r:id="rId12">
        <w:r>
          <w:rPr>
            <w:color w:val="0000EE"/>
            <w:u w:val="single"/>
          </w:rPr>
          <w:t>https://www.newsbytesapp.com/news/science/texas-start-up-launches-ai-toilet-camera-to-monitor-your-stool/story</w:t>
        </w:r>
      </w:hyperlink>
      <w:r>
        <w:t xml:space="preserve"> - Mentions the device's ability to serve as an early warning system for conditions like gastrointestinal bleeding and its importance for chronic disease management.</w:t>
      </w:r>
      <w:r/>
    </w:p>
    <w:p>
      <w:pPr>
        <w:pStyle w:val="ListNumber"/>
        <w:spacing w:line="240" w:lineRule="auto"/>
        <w:ind w:left="720"/>
      </w:pPr>
      <w:r/>
      <w:hyperlink r:id="rId13">
        <w:r>
          <w:rPr>
            <w:color w:val="0000EE"/>
            <w:u w:val="single"/>
          </w:rPr>
          <w:t>https://www.thronescience.com</w:t>
        </w:r>
      </w:hyperlink>
      <w:r>
        <w:t xml:space="preserve"> - Details the device's non-contact design, motion-sensing nightlight, and the ability to share data with health providers or loved ones.</w:t>
      </w:r>
      <w:r/>
    </w:p>
    <w:p>
      <w:pPr>
        <w:pStyle w:val="ListNumber"/>
        <w:spacing w:line="240" w:lineRule="auto"/>
        <w:ind w:left="720"/>
      </w:pPr>
      <w:r/>
      <w:hyperlink r:id="rId11">
        <w:r>
          <w:rPr>
            <w:color w:val="0000EE"/>
            <w:u w:val="single"/>
          </w:rPr>
          <w:t>https://scopeforward.com/thrones-toilet-technology-is-changing-the-game-with-gut-health-and-hydration-monitoring-grit-daily/</w:t>
        </w:r>
      </w:hyperlink>
      <w:r>
        <w:t xml:space="preserve"> - Provides information on the pricing and launch timeline of the device, expected to be available by the end of 2024.</w:t>
      </w:r>
      <w:r/>
    </w:p>
    <w:p>
      <w:pPr>
        <w:pStyle w:val="ListNumber"/>
        <w:spacing w:line="240" w:lineRule="auto"/>
        <w:ind w:left="720"/>
      </w:pPr>
      <w:r/>
      <w:hyperlink r:id="rId13">
        <w:r>
          <w:rPr>
            <w:color w:val="0000EE"/>
            <w:u w:val="single"/>
          </w:rPr>
          <w:t>https://www.thronescience.com</w:t>
        </w:r>
      </w:hyperlink>
      <w:r>
        <w:t xml:space="preserve"> - Confirms the device's market price and the company's commitment to ensuring the product meets high standards for accuracy, usability, and privacy.</w:t>
      </w:r>
      <w:r/>
    </w:p>
    <w:p>
      <w:pPr>
        <w:pStyle w:val="ListNumber"/>
        <w:spacing w:line="240" w:lineRule="auto"/>
        <w:ind w:left="720"/>
      </w:pPr>
      <w:r/>
      <w:hyperlink r:id="rId14">
        <w:r>
          <w:rPr>
            <w:color w:val="0000EE"/>
            <w:u w:val="single"/>
          </w:rPr>
          <w:t>https://www.dailymail.co.uk/sciencetech/article-13996331/camera-toilet-ai-device-analyse-poop-disease.html?ns_mchannel=rss&amp;ns_campaign=1490&amp;ito=1490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knolojimiz.com/en/throne-introduces-smart-camera-technology-for-toilets/" TargetMode="External"/><Relationship Id="rId11" Type="http://schemas.openxmlformats.org/officeDocument/2006/relationships/hyperlink" Target="https://scopeforward.com/thrones-toilet-technology-is-changing-the-game-with-gut-health-and-hydration-monitoring-grit-daily/" TargetMode="External"/><Relationship Id="rId12" Type="http://schemas.openxmlformats.org/officeDocument/2006/relationships/hyperlink" Target="https://www.newsbytesapp.com/news/science/texas-start-up-launches-ai-toilet-camera-to-monitor-your-stool/story" TargetMode="External"/><Relationship Id="rId13" Type="http://schemas.openxmlformats.org/officeDocument/2006/relationships/hyperlink" Target="https://www.thronescience.com" TargetMode="External"/><Relationship Id="rId14" Type="http://schemas.openxmlformats.org/officeDocument/2006/relationships/hyperlink" Target="https://www.dailymail.co.uk/sciencetech/article-13996331/camera-toilet-ai-device-analyse-poop-disease.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