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Salesforce CEO criticises Microsoft's AI amidst competitive tensions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world of cutting-edge technology, competition is fierce, and rivalries often spill over into public declarations. The recent exchange between Salesforce CEO Marc Benioff and Microsoft highlights such competitive tensions, as Benioff has been vocally critical of Microsoft's AI advancements, particularly its AI Copilot product.</w:t>
      </w:r>
      <w:r/>
    </w:p>
    <w:p>
      <w:r/>
      <w:r>
        <w:t>Marc Benioff, known for his candid communication style, expressed his dissatisfaction with Microsoft's AI offerings in a conversation with Business Insider. According to Benioff, many customers have reported being underwhelmed by Microsoft’s AI solutions, which have not lived up to the hype surrounding them. This sentiment was echoed in comments made recently on the Rapid Response podcast, where Benioff criticised Microsoft for creating unrealistic expectations within the industry about what AI can genuinely deliver.</w:t>
      </w:r>
      <w:r/>
    </w:p>
    <w:p>
      <w:r/>
      <w:r>
        <w:t>The criticisms from Benioff are seen in the context of an ongoing rivalry; as Salesforce is on the verge of launching its own AI agent, Agentforce, which will soon become generally available. This development positions Salesforce directly in competition with Microsoft Dynamics 365, which recently announced the addition of ten new AI agents.</w:t>
      </w:r>
      <w:r/>
    </w:p>
    <w:p>
      <w:r/>
      <w:r>
        <w:t>Benioff's comments are part of a broader narrative he promotes regarding AI's potential. While he acknowledges the transformative possibilities AI holds for businesses, he warns against the over-exaggeration of its current capabilities. Benioff has previously likened Microsoft’s Copilot to Clippy, the much-maligned office assistant from Microsoft’s past, suggesting that Copilot is not delivering the significant impact customers might expect or that has been advertised.</w:t>
      </w:r>
      <w:r/>
    </w:p>
    <w:p>
      <w:r/>
      <w:r>
        <w:t>However, Microsoft remains assertive in defending its AI services, showcasing significant customer adoption as evidence of its success. According to Microsoft, nearly 60% of Fortune 500 companies are using Copilot, indicating substantial confidence in their AI solution. Microsoft reports a 60% increase in Copilot customers quarter-over-quarter, with more than double the number of users engaging with the tool daily. These figures suggest a strong, growing user base, contradicting Benioff’s assertion of widespread customer disappointment.</w:t>
      </w:r>
      <w:r/>
    </w:p>
    <w:p>
      <w:r/>
      <w:r>
        <w:t>Despite the competitive criticism, Benioff's view of AI is largely optimistic about its future role. On the Rapid Response podcast, he articulated his excitement about AI's potential impact within Salesforce and beyond, envisioning a future where AI fundamentally changes operations across industries.</w:t>
      </w:r>
      <w:r/>
    </w:p>
    <w:p>
      <w:r/>
      <w:r>
        <w:t>Though AI innovations, including chatbots and other intelligent systems, have occasionally faced challenges such as inaccuracies and operational bugs, Benioff encourages a realistic approach to AI adoption. He advocates for transparency with clients, urging them to engage hands-on with AI technologies to understand their practical applications and benefits. This philosophy seems to contrast with the typical industry practice of making bold claims about AI’s future capabilities.</w:t>
      </w:r>
      <w:r/>
    </w:p>
    <w:p>
      <w:r/>
      <w:r>
        <w:t>As the debate between these tech titans unfolds, it sheds light on the bigger picture of how AI technologies are perceived and marketed within the industry. The conversation underscores the competitive dynamics driving innovation while revealing diverse perspectives on the current state and future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https://www.businessinsider.com/marc-benioff-salesforce-ceo-interview-microsoft-ai-threatens-crm-lead-2024-10</w:t>
        </w:r>
      </w:hyperlink>
      <w:r>
        <w:t xml:space="preserve"> - Corroborates Marc Benioff's criticism of Microsoft's AI Copilot and the announcement of Salesforce's Agentforce.</w:t>
      </w:r>
      <w:r/>
    </w:p>
    <w:p>
      <w:pPr>
        <w:pStyle w:val="ListNumber"/>
        <w:spacing w:line="240" w:lineRule="auto"/>
        <w:ind w:left="720"/>
      </w:pPr>
      <w:r/>
      <w:hyperlink r:id="rId11">
        <w:r>
          <w:rPr>
            <w:color w:val="0000EE"/>
            <w:u w:val="single"/>
          </w:rPr>
          <w:t>https://finance.yahoo.com/news/salesforce-ceo-marc-benioff-slams-185822235.html</w:t>
        </w:r>
      </w:hyperlink>
      <w:r>
        <w:t xml:space="preserve"> - Supports Benioff's comments on Microsoft's AI solutions and the comparison of Copilot to Clippy.</w:t>
      </w:r>
      <w:r/>
    </w:p>
    <w:p>
      <w:pPr>
        <w:pStyle w:val="ListNumber"/>
        <w:spacing w:line="240" w:lineRule="auto"/>
        <w:ind w:left="720"/>
      </w:pPr>
      <w:r/>
      <w:hyperlink r:id="rId12">
        <w:r>
          <w:rPr>
            <w:color w:val="0000EE"/>
            <w:u w:val="single"/>
          </w:rPr>
          <w:t>https://www.allsides.com/news/2024-10-25-1315/business-salesforce-ceo-marc-benioff-tearing-microsofts-ai-copilot</w:t>
        </w:r>
      </w:hyperlink>
      <w:r>
        <w:t xml:space="preserve"> - Provides context on Benioff's public criticism of Microsoft's AI Copilot.</w:t>
      </w:r>
      <w:r/>
    </w:p>
    <w:p>
      <w:pPr>
        <w:pStyle w:val="ListNumber"/>
        <w:spacing w:line="240" w:lineRule="auto"/>
        <w:ind w:left="720"/>
      </w:pPr>
      <w:r/>
      <w:hyperlink r:id="rId13">
        <w:r>
          <w:rPr>
            <w:color w:val="0000EE"/>
            <w:u w:val="single"/>
          </w:rPr>
          <w:t>https://fortune.com/2024/10/25/salesforce-ceo-marc-benioff-microsoft-ai-copilot-disappointed/</w:t>
        </w:r>
      </w:hyperlink>
      <w:r>
        <w:t xml:space="preserve"> - Details Benioff's dissatisfaction with Microsoft's AI solutions and his comments on the Rapid Response podcast.</w:t>
      </w:r>
      <w:r/>
    </w:p>
    <w:p>
      <w:pPr>
        <w:pStyle w:val="ListNumber"/>
        <w:spacing w:line="240" w:lineRule="auto"/>
        <w:ind w:left="720"/>
      </w:pPr>
      <w:r/>
      <w:hyperlink r:id="rId10">
        <w:r>
          <w:rPr>
            <w:color w:val="0000EE"/>
            <w:u w:val="single"/>
          </w:rPr>
          <w:t>https://www.businessinsider.com/marc-benioff-salesforce-ceo-interview-microsoft-ai-threatens-crm-lead-2024-10</w:t>
        </w:r>
      </w:hyperlink>
      <w:r>
        <w:t xml:space="preserve"> - Explains the competitive context with Salesforce's Agentforce and Microsoft's Dynamics 365 AI agents.</w:t>
      </w:r>
      <w:r/>
    </w:p>
    <w:p>
      <w:pPr>
        <w:pStyle w:val="ListNumber"/>
        <w:spacing w:line="240" w:lineRule="auto"/>
        <w:ind w:left="720"/>
      </w:pPr>
      <w:r/>
      <w:hyperlink r:id="rId13">
        <w:r>
          <w:rPr>
            <w:color w:val="0000EE"/>
            <w:u w:val="single"/>
          </w:rPr>
          <w:t>https://fortune.com/2024/10/25/salesforce-ceo-marc-benioff-microsoft-ai-copilot-disappointed/</w:t>
        </w:r>
      </w:hyperlink>
      <w:r>
        <w:t xml:space="preserve"> - Highlights Microsoft's response to Benioff's criticism, including customer adoption and usage statistics for Copilot.</w:t>
      </w:r>
      <w:r/>
    </w:p>
    <w:p>
      <w:pPr>
        <w:pStyle w:val="ListNumber"/>
        <w:spacing w:line="240" w:lineRule="auto"/>
        <w:ind w:left="720"/>
      </w:pPr>
      <w:r/>
      <w:hyperlink r:id="rId10">
        <w:r>
          <w:rPr>
            <w:color w:val="0000EE"/>
            <w:u w:val="single"/>
          </w:rPr>
          <w:t>https://www.businessinsider.com/marc-benioff-salesforce-ceo-interview-microsoft-ai-threatens-crm-lead-2024-10</w:t>
        </w:r>
      </w:hyperlink>
      <w:r>
        <w:t xml:space="preserve"> - Discusses Benioff's optimistic view on AI's future and its potential impact on businesses.</w:t>
      </w:r>
      <w:r/>
    </w:p>
    <w:p>
      <w:pPr>
        <w:pStyle w:val="ListNumber"/>
        <w:spacing w:line="240" w:lineRule="auto"/>
        <w:ind w:left="720"/>
      </w:pPr>
      <w:r/>
      <w:hyperlink r:id="rId13">
        <w:r>
          <w:rPr>
            <w:color w:val="0000EE"/>
            <w:u w:val="single"/>
          </w:rPr>
          <w:t>https://fortune.com/2024/10/25/salesforce-ceo-marc-benioff-microsoft-ai-copilot-disappointed/</w:t>
        </w:r>
      </w:hyperlink>
      <w:r>
        <w:t xml:space="preserve"> - Mentions the challenges faced by AI innovations, such as inaccuracies and operational bugs, and Benioff's advocacy for a realistic approach.</w:t>
      </w:r>
      <w:r/>
    </w:p>
    <w:p>
      <w:pPr>
        <w:pStyle w:val="ListNumber"/>
        <w:spacing w:line="240" w:lineRule="auto"/>
        <w:ind w:left="720"/>
      </w:pPr>
      <w:r/>
      <w:hyperlink r:id="rId14">
        <w:r>
          <w:rPr>
            <w:color w:val="0000EE"/>
            <w:u w:val="single"/>
          </w:rPr>
          <w:t>https://www.geekwire.com/2024/is-the-world-ready-for-autonomous-ai-salesforce-ceo-marc-benioff-makes-the-case-for-agents/</w:t>
        </w:r>
      </w:hyperlink>
      <w:r>
        <w:t xml:space="preserve"> - Supports Benioff's case for autonomous AI agents and their potential benefits.</w:t>
      </w:r>
      <w:r/>
    </w:p>
    <w:p>
      <w:pPr>
        <w:pStyle w:val="ListNumber"/>
        <w:spacing w:line="240" w:lineRule="auto"/>
        <w:ind w:left="720"/>
      </w:pPr>
      <w:r/>
      <w:hyperlink r:id="rId11">
        <w:r>
          <w:rPr>
            <w:color w:val="0000EE"/>
            <w:u w:val="single"/>
          </w:rPr>
          <w:t>https://finance.yahoo.com/news/salesforce-ceo-marc-benioff-slams-185822235.html</w:t>
        </w:r>
      </w:hyperlink>
      <w:r>
        <w:t xml:space="preserve"> - Corroborates the competitive dynamics and diverse perspectives on AI within the industry.</w:t>
      </w:r>
      <w:r/>
    </w:p>
    <w:p>
      <w:pPr>
        <w:pStyle w:val="ListNumber"/>
        <w:spacing w:line="240" w:lineRule="auto"/>
        <w:ind w:left="720"/>
      </w:pPr>
      <w:r/>
      <w:hyperlink r:id="rId10">
        <w:r>
          <w:rPr>
            <w:color w:val="0000EE"/>
            <w:u w:val="single"/>
          </w:rPr>
          <w:t>https://www.businessinsider.com/marc-benioff-salesforce-ceo-interview-microsoft-ai-threatens-crm-lead-2024-10</w:t>
        </w:r>
      </w:hyperlink>
      <w:r>
        <w:t xml:space="preserve"> - Provides context on the broader narrative of AI's potential and the need for managing expectations.</w:t>
      </w:r>
      <w:r/>
    </w:p>
    <w:p>
      <w:pPr>
        <w:pStyle w:val="ListNumber"/>
        <w:spacing w:line="240" w:lineRule="auto"/>
        <w:ind w:left="720"/>
      </w:pPr>
      <w:r/>
      <w:hyperlink r:id="rId13">
        <w:r>
          <w:rPr>
            <w:color w:val="0000EE"/>
            <w:u w:val="single"/>
          </w:rPr>
          <w:t>https://fortune.com/2024/10/25/salesforce-ceo-marc-benioff-microsoft-ai-copilot-disappointed/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marc-benioff-salesforce-ceo-interview-microsoft-ai-threatens-crm-lead-2024-10" TargetMode="External"/><Relationship Id="rId11" Type="http://schemas.openxmlformats.org/officeDocument/2006/relationships/hyperlink" Target="https://finance.yahoo.com/news/salesforce-ceo-marc-benioff-slams-185822235.html" TargetMode="External"/><Relationship Id="rId12" Type="http://schemas.openxmlformats.org/officeDocument/2006/relationships/hyperlink" Target="https://www.allsides.com/news/2024-10-25-1315/business-salesforce-ceo-marc-benioff-tearing-microsofts-ai-copilot" TargetMode="External"/><Relationship Id="rId13" Type="http://schemas.openxmlformats.org/officeDocument/2006/relationships/hyperlink" Target="https://fortune.com/2024/10/25/salesforce-ceo-marc-benioff-microsoft-ai-copilot-disappointed/" TargetMode="External"/><Relationship Id="rId14" Type="http://schemas.openxmlformats.org/officeDocument/2006/relationships/hyperlink" Target="https://www.geekwire.com/2024/is-the-world-ready-for-autonomous-ai-salesforce-ceo-marc-benioff-makes-the-case-for-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