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expands Galaxy AI platform with new language support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Samsung Electronics, the renowned technology company headquartered in South Korea, has announced a significant enhancement to its Galaxy AI platform with the introduction of additional language and dialect support. This strategic move is designed to expand the accessibility of Samsung’s native AI suite, enabling users around the world to benefit from its advanced functionalities in their own languages and dialects.</w:t>
      </w:r>
      <w:r/>
    </w:p>
    <w:p>
      <w:r/>
      <w:r>
        <w:t>According to the announcement, the Galaxy AI will now support four additional languages: Turkish, Dutch, Swedish, and Romanian. Furthermore, it will also include new dialects of traditional Chinese and Portuguese. With these additions, the AI platform will support a total of 20 languages, marking a substantial increase from the previous count of 16 languages. The new language packs are scheduled to begin rolling out by the end of October 2024, providing users with enhanced opportunities to engage with Samsung's AI features in their native linguistic contexts.</w:t>
      </w:r>
      <w:r/>
    </w:p>
    <w:p>
      <w:r/>
      <w:r>
        <w:t>This expansion follows the last major upgrade in April 2024, when Samsung introduced support for Arabic, Indonesian, and Russian languages. The company has reiterated its goal of dismantling language barriers to ensure a seamless and inclusive AI experience for its diverse user base.</w:t>
      </w:r>
      <w:r/>
    </w:p>
    <w:p>
      <w:r/>
      <w:r>
        <w:t>Once the new language packs become available, users with compatible Galaxy devices can easily access and download the updates through the Settings app. This update will allow users to interact with the Galaxy AI platform, utilising features such as voice assistants and AI-based tools, in their chosen languages or dialects.</w:t>
      </w:r>
      <w:r/>
    </w:p>
    <w:p>
      <w:r/>
      <w:r>
        <w:t>The enhanced language support is not only about broadening accessibility but is also pivotal to the functionality of various AI-driven features within Galaxy devices. Notably, the AI-powered Live Translate feature, which provides real-time, two-way voice and text translations during phone calls, heavily relies on a profound understanding of different languages and dialects. Additionally, the Interpreter feature, which enables live conversation translation via split-screen on supported devices, depends on the AI's capacity to accurately interpret and translate speech in real time.</w:t>
      </w:r>
      <w:r/>
    </w:p>
    <w:p>
      <w:r/>
      <w:r>
        <w:t>Samsung has emphasized that this update will empower users by granting them the ability to lower language barriers and experience a wider array of AI capabilities on their devices. This latest development reflects Samsung’s ongoing commitment to incorporating innovative technology solutions that cater to the diverse needs of its global clientele.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https://news.samsung.com/us/samsung-galaxy-ai-support-20-languages-end-of-2024/</w:t>
        </w:r>
      </w:hyperlink>
      <w:r>
        <w:t xml:space="preserve"> - Corroborates the introduction of Turkish, Dutch, Swedish, and Romanian languages, as well as new dialects of traditional Chinese and Portuguese, and the total support of 20 languages by the end of 2024.</w:t>
      </w:r>
      <w:r/>
    </w:p>
    <w:p>
      <w:pPr>
        <w:pStyle w:val="ListNumber"/>
        <w:spacing w:line="240" w:lineRule="auto"/>
        <w:ind w:left="720"/>
      </w:pPr>
      <w:r/>
      <w:hyperlink r:id="rId11">
        <w:r>
          <w:rPr>
            <w:color w:val="0000EE"/>
            <w:u w:val="single"/>
          </w:rPr>
          <w:t>https://news.samsung.com/global/galaxy-ai-now-supports-more-languages-with-latest-update</w:t>
        </w:r>
      </w:hyperlink>
      <w:r>
        <w:t xml:space="preserve"> - Supports the April 2024 update that introduced Arabic, Indonesian, and Russian languages, and mentions the addition of new dialects like Australian English, Cantonese, and Canadian French.</w:t>
      </w:r>
      <w:r/>
    </w:p>
    <w:p>
      <w:pPr>
        <w:pStyle w:val="ListNumber"/>
        <w:spacing w:line="240" w:lineRule="auto"/>
        <w:ind w:left="720"/>
      </w:pPr>
      <w:r/>
      <w:hyperlink r:id="rId12">
        <w:r>
          <w:rPr>
            <w:color w:val="0000EE"/>
            <w:u w:val="single"/>
          </w:rPr>
          <w:t>https://news.samsung.com/global/galaxy-ai-to-support-20-languages-by-end-of-2024</w:t>
        </w:r>
      </w:hyperlink>
      <w:r>
        <w:t xml:space="preserve"> - Confirms the expansion to 20 languages, including the new languages and dialects, and the rollout schedule starting from the end of October 2024.</w:t>
      </w:r>
      <w:r/>
    </w:p>
    <w:p>
      <w:pPr>
        <w:pStyle w:val="ListNumber"/>
        <w:spacing w:line="240" w:lineRule="auto"/>
        <w:ind w:left="720"/>
      </w:pPr>
      <w:r/>
      <w:hyperlink r:id="rId13">
        <w:r>
          <w:rPr>
            <w:color w:val="0000EE"/>
            <w:u w:val="single"/>
          </w:rPr>
          <w:t>https://www.samsung.com/levant/support/mobile-devices/galaxy-ai-languages-usage-guide/</w:t>
        </w:r>
      </w:hyperlink>
      <w:r>
        <w:t xml:space="preserve"> - Explains how users can download and use the new language packs through the Settings app on compatible Galaxy devices.</w:t>
      </w:r>
      <w:r/>
    </w:p>
    <w:p>
      <w:pPr>
        <w:pStyle w:val="ListNumber"/>
        <w:spacing w:line="240" w:lineRule="auto"/>
        <w:ind w:left="720"/>
      </w:pPr>
      <w:r/>
      <w:hyperlink r:id="rId14">
        <w:r>
          <w:rPr>
            <w:color w:val="0000EE"/>
            <w:u w:val="single"/>
          </w:rPr>
          <w:t>https://news.samsung.com/us/samsung-galaxy-ai-now-supports-more-languages-latest-update/</w:t>
        </w:r>
      </w:hyperlink>
      <w:r>
        <w:t xml:space="preserve"> - Details the previous language additions and the company's commitment to breaking down language barriers for a more inclusive AI experience.</w:t>
      </w:r>
      <w:r/>
    </w:p>
    <w:p>
      <w:pPr>
        <w:pStyle w:val="ListNumber"/>
        <w:spacing w:line="240" w:lineRule="auto"/>
        <w:ind w:left="720"/>
      </w:pPr>
      <w:r/>
      <w:hyperlink r:id="rId11">
        <w:r>
          <w:rPr>
            <w:color w:val="0000EE"/>
            <w:u w:val="single"/>
          </w:rPr>
          <w:t>https://news.samsung.com/global/galaxy-ai-now-supports-more-languages-with-latest-update</w:t>
        </w:r>
      </w:hyperlink>
      <w:r>
        <w:t xml:space="preserve"> - Provides information on the AI-powered Live Translate and Interpreter features, which rely on the enhanced language support.</w:t>
      </w:r>
      <w:r/>
    </w:p>
    <w:p>
      <w:pPr>
        <w:pStyle w:val="ListNumber"/>
        <w:spacing w:line="240" w:lineRule="auto"/>
        <w:ind w:left="720"/>
      </w:pPr>
      <w:r/>
      <w:hyperlink r:id="rId13">
        <w:r>
          <w:rPr>
            <w:color w:val="0000EE"/>
            <w:u w:val="single"/>
          </w:rPr>
          <w:t>https://www.samsung.com/levant/support/mobile-devices/galaxy-ai-languages-usage-guide/</w:t>
        </w:r>
      </w:hyperlink>
      <w:r>
        <w:t xml:space="preserve"> - Describes the functionality of Live Translate and Interpreter features in detail, highlighting their dependence on language and dialect understanding.</w:t>
      </w:r>
      <w:r/>
    </w:p>
    <w:p>
      <w:pPr>
        <w:pStyle w:val="ListNumber"/>
        <w:spacing w:line="240" w:lineRule="auto"/>
        <w:ind w:left="720"/>
      </w:pPr>
      <w:r/>
      <w:hyperlink r:id="rId12">
        <w:r>
          <w:rPr>
            <w:color w:val="0000EE"/>
            <w:u w:val="single"/>
          </w:rPr>
          <w:t>https://news.samsung.com/global/galaxy-ai-to-support-20-languages-by-end-of-2024</w:t>
        </w:r>
      </w:hyperlink>
      <w:r>
        <w:t xml:space="preserve"> - Emphasizes Samsung's commitment to innovative technology solutions and the empowerment of users through enhanced language support.</w:t>
      </w:r>
      <w:r/>
    </w:p>
    <w:p>
      <w:pPr>
        <w:pStyle w:val="ListNumber"/>
        <w:spacing w:line="240" w:lineRule="auto"/>
        <w:ind w:left="720"/>
      </w:pPr>
      <w:r/>
      <w:hyperlink r:id="rId10">
        <w:r>
          <w:rPr>
            <w:color w:val="0000EE"/>
            <w:u w:val="single"/>
          </w:rPr>
          <w:t>https://news.samsung.com/us/samsung-galaxy-ai-support-20-languages-end-of-2024/</w:t>
        </w:r>
      </w:hyperlink>
      <w:r>
        <w:t xml:space="preserve"> - Highlights the significance of the update in lowering language barriers and expanding AI capabilities for a broader user base.</w:t>
      </w:r>
      <w:r/>
    </w:p>
    <w:p>
      <w:pPr>
        <w:pStyle w:val="ListNumber"/>
        <w:spacing w:line="240" w:lineRule="auto"/>
        <w:ind w:left="720"/>
      </w:pPr>
      <w:r/>
      <w:hyperlink r:id="rId11">
        <w:r>
          <w:rPr>
            <w:color w:val="0000EE"/>
            <w:u w:val="single"/>
          </w:rPr>
          <w:t>https://news.samsung.com/global/galaxy-ai-now-supports-more-languages-with-latest-update</w:t>
        </w:r>
      </w:hyperlink>
      <w:r>
        <w:t xml:space="preserve"> - Mentions the various AI-driven features, such as Chat Assist, Note Assist, and Transcript Assist, which benefit from the enhanced language support.</w:t>
      </w:r>
      <w:r/>
    </w:p>
    <w:p>
      <w:pPr>
        <w:pStyle w:val="ListNumber"/>
        <w:spacing w:line="240" w:lineRule="auto"/>
        <w:ind w:left="720"/>
      </w:pPr>
      <w:r/>
      <w:hyperlink r:id="rId13">
        <w:r>
          <w:rPr>
            <w:color w:val="0000EE"/>
            <w:u w:val="single"/>
          </w:rPr>
          <w:t>https://www.samsung.com/levant/support/mobile-devices/galaxy-ai-languages-usage-guide/</w:t>
        </w:r>
      </w:hyperlink>
      <w:r>
        <w:t xml:space="preserve"> - Details the process of accessing and using the AI features, including Live Translate and Interpreter, on compatible Galaxy devices.</w:t>
      </w:r>
      <w:r/>
    </w:p>
    <w:p>
      <w:pPr>
        <w:pStyle w:val="ListNumber"/>
        <w:spacing w:line="240" w:lineRule="auto"/>
        <w:ind w:left="720"/>
      </w:pPr>
      <w:r/>
      <w:hyperlink r:id="rId15">
        <w:r>
          <w:rPr>
            <w:color w:val="0000EE"/>
            <w:u w:val="single"/>
          </w:rPr>
          <w:t>https://www.analyticsinsight.net/news/samsung-galaxy-ai-expands-language-support-with-four-new-languages-and-two-dialects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samsung.com/us/samsung-galaxy-ai-support-20-languages-end-of-2024/" TargetMode="External"/><Relationship Id="rId11" Type="http://schemas.openxmlformats.org/officeDocument/2006/relationships/hyperlink" Target="https://news.samsung.com/global/galaxy-ai-now-supports-more-languages-with-latest-update" TargetMode="External"/><Relationship Id="rId12" Type="http://schemas.openxmlformats.org/officeDocument/2006/relationships/hyperlink" Target="https://news.samsung.com/global/galaxy-ai-to-support-20-languages-by-end-of-2024" TargetMode="External"/><Relationship Id="rId13" Type="http://schemas.openxmlformats.org/officeDocument/2006/relationships/hyperlink" Target="https://www.samsung.com/levant/support/mobile-devices/galaxy-ai-languages-usage-guide/" TargetMode="External"/><Relationship Id="rId14" Type="http://schemas.openxmlformats.org/officeDocument/2006/relationships/hyperlink" Target="https://news.samsung.com/us/samsung-galaxy-ai-now-supports-more-languages-latest-update/" TargetMode="External"/><Relationship Id="rId15" Type="http://schemas.openxmlformats.org/officeDocument/2006/relationships/hyperlink" Target="https://www.analyticsinsight.net/news/samsung-galaxy-ai-expands-language-support-with-four-new-languages-and-two-dialec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