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expands Galaxy AI to include four new languages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development, Samsung has announced an expansion of its Galaxy AI offerings, which will include support for four new languages: Turkish, Dutch, Swedish, and Romanian. This announcement signals Samsung's commitment to enhancing the accessibility and usability of its AI software across a broader audience. This expansion is set to begin at the end of October, aiming to make the technology more inclusive and adaptable to diverse linguistic needs.</w:t>
      </w:r>
      <w:r/>
    </w:p>
    <w:p>
      <w:r/>
      <w:r>
        <w:t>Currently, Samsung's Galaxy AI supports 16 languages, and with the addition of these new languages, the tech giant plans to increase this number to 20 by the close of the year. Furthermore, the existing language support will see improvements with the addition of more dialects in traditional Chinese and Portuguese. This indicates Samsung's effort to provide users with an improved and more personalised experience while engaging with their technology.</w:t>
      </w:r>
      <w:r/>
    </w:p>
    <w:p>
      <w:r/>
      <w:r>
        <w:t>These new language packs will be made available via the Settings app on Galaxy devices that support the AI functionality. Users will be able to download these as updates, ensuring that their devices stay current with the latest developments in Samsung's AI capabilities.</w:t>
      </w:r>
      <w:r/>
    </w:p>
    <w:p>
      <w:r/>
      <w:r>
        <w:t>Samsung's Galaxy AI has seen considerable growth since its initial inception, further solidifying its position within the realm of generative AI technology. The expansion into additional languages underscores its importance in Samsung's strategic roadmap. This move may also reflect a broader trend in the tech industry, where companies are increasingly integrating AI functionalities into their software and hardware offerings to enrich user experiences.</w:t>
      </w:r>
      <w:r/>
    </w:p>
    <w:p>
      <w:r/>
      <w:r>
        <w:t xml:space="preserve">The recent enhancements are part of Samsung's ongoing efforts to leverage AI to potentially streamline user interactions with their devices. In time, features powered by Galaxy AI could offer alternatives to traditional interfaces, such as the conventional Settings menu, providing users with more intuitive and efficient ways to manage their devices. </w:t>
      </w:r>
      <w:r/>
    </w:p>
    <w:p>
      <w:r/>
      <w:r>
        <w:t>These developments highlight the growing role of AI in consumer electronics, with Samsung leading the charge to make technology more adaptable and user-friendly, ensuring that it can meet the varied needs of its global user base.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https://news.samsung.com/global/galaxy-ai-to-support-20-languages-by-end-of-2024</w:t>
        </w:r>
      </w:hyperlink>
      <w:r>
        <w:t xml:space="preserve"> - Corroborates the announcement of four new languages (Turkish, Dutch, Swedish, and Romanian) and the expansion of existing language support to include more dialects in traditional Chinese and Portuguese.</w:t>
      </w:r>
      <w:r/>
    </w:p>
    <w:p>
      <w:pPr>
        <w:pStyle w:val="ListNumber"/>
        <w:spacing w:line="240" w:lineRule="auto"/>
        <w:ind w:left="720"/>
      </w:pPr>
      <w:r/>
      <w:hyperlink r:id="rId11">
        <w:r>
          <w:rPr>
            <w:color w:val="0000EE"/>
            <w:u w:val="single"/>
          </w:rPr>
          <w:t>https://www.samsung.com/nz/news/local/galaxy-ai-to-support-20-languages-by-end-of-2024/?srsltid=AfmBOooq2ucW_4eolXN-rQdiFeXRAoOTfUSt3ZWnU9szYxkrOJ0JUUAj</w:t>
        </w:r>
      </w:hyperlink>
      <w:r>
        <w:t xml:space="preserve"> - Supports the information about the new languages and the expansion of dialects in traditional Chinese and Portuguese.</w:t>
      </w:r>
      <w:r/>
    </w:p>
    <w:p>
      <w:pPr>
        <w:pStyle w:val="ListNumber"/>
        <w:spacing w:line="240" w:lineRule="auto"/>
        <w:ind w:left="720"/>
      </w:pPr>
      <w:r/>
      <w:hyperlink r:id="rId12">
        <w:r>
          <w:rPr>
            <w:color w:val="0000EE"/>
            <w:u w:val="single"/>
          </w:rPr>
          <w:t>https://www.yahoo.com/tech/galaxy-ai-learning-four-languages-194424222.html</w:t>
        </w:r>
      </w:hyperlink>
      <w:r>
        <w:t xml:space="preserve"> - Confirms the addition of Turkish, Dutch, Swedish, and Romanian languages by the end of 2024.</w:t>
      </w:r>
      <w:r/>
    </w:p>
    <w:p>
      <w:pPr>
        <w:pStyle w:val="ListNumber"/>
        <w:spacing w:line="240" w:lineRule="auto"/>
        <w:ind w:left="720"/>
      </w:pPr>
      <w:r/>
      <w:hyperlink r:id="rId13">
        <w:r>
          <w:rPr>
            <w:color w:val="0000EE"/>
            <w:u w:val="single"/>
          </w:rPr>
          <w:t>https://news.samsung.com/us/samsung-galaxy-ai-support-20-languages-end-of-2024/</w:t>
        </w:r>
      </w:hyperlink>
      <w:r>
        <w:t xml:space="preserve"> - Details the expansion to 20 languages, including the new additions and additional dialects, and the availability of language packs via the Settings app.</w:t>
      </w:r>
      <w:r/>
    </w:p>
    <w:p>
      <w:pPr>
        <w:pStyle w:val="ListNumber"/>
        <w:spacing w:line="240" w:lineRule="auto"/>
        <w:ind w:left="720"/>
      </w:pPr>
      <w:r/>
      <w:hyperlink r:id="rId14">
        <w:r>
          <w:rPr>
            <w:color w:val="0000EE"/>
            <w:u w:val="single"/>
          </w:rPr>
          <w:t>https://www.androidpolice.com/galaxy-ai-four-new-languages-end-of-2024/</w:t>
        </w:r>
      </w:hyperlink>
      <w:r>
        <w:t xml:space="preserve"> - Provides information on the new languages, the downloadability of language packs, and the comparison with Apple's AI language support.</w:t>
      </w:r>
      <w:r/>
    </w:p>
    <w:p>
      <w:pPr>
        <w:pStyle w:val="ListNumber"/>
        <w:spacing w:line="240" w:lineRule="auto"/>
        <w:ind w:left="720"/>
      </w:pPr>
      <w:r/>
      <w:hyperlink r:id="rId10">
        <w:r>
          <w:rPr>
            <w:color w:val="0000EE"/>
            <w:u w:val="single"/>
          </w:rPr>
          <w:t>https://news.samsung.com/global/galaxy-ai-to-support-20-languages-by-end-of-2024</w:t>
        </w:r>
      </w:hyperlink>
      <w:r>
        <w:t xml:space="preserve"> - Explains that the current support for 16 languages will increase to 20 by the end of the year and the rollout starting from the end of October.</w:t>
      </w:r>
      <w:r/>
    </w:p>
    <w:p>
      <w:pPr>
        <w:pStyle w:val="ListNumber"/>
        <w:spacing w:line="240" w:lineRule="auto"/>
        <w:ind w:left="720"/>
      </w:pPr>
      <w:r/>
      <w:hyperlink r:id="rId14">
        <w:r>
          <w:rPr>
            <w:color w:val="0000EE"/>
            <w:u w:val="single"/>
          </w:rPr>
          <w:t>https://www.androidpolice.com/galaxy-ai-four-new-languages-end-of-2024/</w:t>
        </w:r>
      </w:hyperlink>
      <w:r>
        <w:t xml:space="preserve"> - Highlights the growth of Galaxy AI since its inception and its strategic importance in Samsung's roadmap.</w:t>
      </w:r>
      <w:r/>
    </w:p>
    <w:p>
      <w:pPr>
        <w:pStyle w:val="ListNumber"/>
        <w:spacing w:line="240" w:lineRule="auto"/>
        <w:ind w:left="720"/>
      </w:pPr>
      <w:r/>
      <w:hyperlink r:id="rId13">
        <w:r>
          <w:rPr>
            <w:color w:val="0000EE"/>
            <w:u w:val="single"/>
          </w:rPr>
          <w:t>https://news.samsung.com/us/samsung-galaxy-ai-support-20-languages-end-of-2024/</w:t>
        </w:r>
      </w:hyperlink>
      <w:r>
        <w:t xml:space="preserve"> - Details how the new language packs will be available for download via the Settings app on compatible Galaxy devices.</w:t>
      </w:r>
      <w:r/>
    </w:p>
    <w:p>
      <w:pPr>
        <w:pStyle w:val="ListNumber"/>
        <w:spacing w:line="240" w:lineRule="auto"/>
        <w:ind w:left="720"/>
      </w:pPr>
      <w:r/>
      <w:hyperlink r:id="rId12">
        <w:r>
          <w:rPr>
            <w:color w:val="0000EE"/>
            <w:u w:val="single"/>
          </w:rPr>
          <w:t>https://www.yahoo.com/tech/galaxy-ai-learning-four-languages-194424222.html</w:t>
        </w:r>
      </w:hyperlink>
      <w:r>
        <w:t xml:space="preserve"> - Supports the idea that these enhancements are part of Samsung's efforts to leverage AI for better user interactions.</w:t>
      </w:r>
      <w:r/>
    </w:p>
    <w:p>
      <w:pPr>
        <w:pStyle w:val="ListNumber"/>
        <w:spacing w:line="240" w:lineRule="auto"/>
        <w:ind w:left="720"/>
      </w:pPr>
      <w:r/>
      <w:hyperlink r:id="rId14">
        <w:r>
          <w:rPr>
            <w:color w:val="0000EE"/>
            <w:u w:val="single"/>
          </w:rPr>
          <w:t>https://www.androidpolice.com/galaxy-ai-four-new-languages-end-of-2024/</w:t>
        </w:r>
      </w:hyperlink>
      <w:r>
        <w:t xml:space="preserve"> - Discusses the broader trend in the tech industry of integrating AI to enrich user experiences and Samsung's leadership in this area.</w:t>
      </w:r>
      <w:r/>
    </w:p>
    <w:p>
      <w:pPr>
        <w:pStyle w:val="ListNumber"/>
        <w:spacing w:line="240" w:lineRule="auto"/>
        <w:ind w:left="720"/>
      </w:pPr>
      <w:r/>
      <w:hyperlink r:id="rId10">
        <w:r>
          <w:rPr>
            <w:color w:val="0000EE"/>
            <w:u w:val="single"/>
          </w:rPr>
          <w:t>https://news.samsung.com/global/galaxy-ai-to-support-20-languages-by-end-of-2024</w:t>
        </w:r>
      </w:hyperlink>
      <w:r>
        <w:t xml:space="preserve"> - Highlights the growing role of AI in consumer electronics and Samsung's efforts to make technology more adaptable and user-friendly.</w:t>
      </w:r>
      <w:r/>
    </w:p>
    <w:p>
      <w:pPr>
        <w:pStyle w:val="ListNumber"/>
        <w:spacing w:line="240" w:lineRule="auto"/>
        <w:ind w:left="720"/>
      </w:pPr>
      <w:r/>
      <w:hyperlink r:id="rId15">
        <w:r>
          <w:rPr>
            <w:color w:val="0000EE"/>
            <w:u w:val="single"/>
          </w:rPr>
          <w:t>https://phandroid.com/2024/10/24/samsung-wants-to-reach-more-users-with-galaxy-ai-within-this-year/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global/galaxy-ai-to-support-20-languages-by-end-of-2024" TargetMode="External"/><Relationship Id="rId11" Type="http://schemas.openxmlformats.org/officeDocument/2006/relationships/hyperlink" Target="https://www.samsung.com/nz/news/local/galaxy-ai-to-support-20-languages-by-end-of-2024/?srsltid=AfmBOooq2ucW_4eolXN-rQdiFeXRAoOTfUSt3ZWnU9szYxkrOJ0JUUAj" TargetMode="External"/><Relationship Id="rId12" Type="http://schemas.openxmlformats.org/officeDocument/2006/relationships/hyperlink" Target="https://www.yahoo.com/tech/galaxy-ai-learning-four-languages-194424222.html" TargetMode="External"/><Relationship Id="rId13" Type="http://schemas.openxmlformats.org/officeDocument/2006/relationships/hyperlink" Target="https://news.samsung.com/us/samsung-galaxy-ai-support-20-languages-end-of-2024/" TargetMode="External"/><Relationship Id="rId14" Type="http://schemas.openxmlformats.org/officeDocument/2006/relationships/hyperlink" Target="https://www.androidpolice.com/galaxy-ai-four-new-languages-end-of-2024/" TargetMode="External"/><Relationship Id="rId15" Type="http://schemas.openxmlformats.org/officeDocument/2006/relationships/hyperlink" Target="https://phandroid.com/2024/10/24/samsung-wants-to-reach-more-users-with-galaxy-ai-within-this-y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