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revamps tablet offerings with Galaxy Tab S10+ and Tab S10 Ultra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Revamps Tablet Offerings with Galaxy Tab S10+ and Tab S10 Ultra</w:t>
      </w:r>
      <w:r/>
    </w:p>
    <w:p>
      <w:r/>
      <w:r>
        <w:t>In a strategic shift, Samsung has unveiled its latest tablet offerings, the Galaxy Tab S10+ and Tab S10 Ultra, forgoing the release of a base model which had been a staple in their previous flagship tablet lines. This move marks a departure from their approach in recent years, which included providing a broader range of options, including a base model for budget-conscious consumers.</w:t>
      </w:r>
      <w:r/>
    </w:p>
    <w:p>
      <w:r/>
      <w:r>
        <w:t>The release of the Galaxy Tab S10 series earlier this year showcases Samsung's continued commitment to integrating advanced technology and user-friendly features into its devices. Notably, both the S10+ and S10 Ultra models are heavily centred on artificial intelligence capabilities, a significant factor that may explain the absence of a basic variant this time around. Industry insiders speculate that the base model may not have been able to support these AI advancements as efficiently, although this has not been officially confirmed by Samsung.</w:t>
      </w:r>
      <w:r/>
    </w:p>
    <w:p>
      <w:r/>
      <w:r>
        <w:t>A standout feature of the new series is the inclusion of an AI Key on their book cover keyboards. This dedicated button provides a shortcut to AI assistants such as Bixby and Gemini, making these features more accessible to users. This introduction reflects Samsung's broader emphasis on AI integration, enhancing user interaction with their devices.</w:t>
      </w:r>
      <w:r/>
    </w:p>
    <w:p>
      <w:r/>
      <w:r>
        <w:t>Adding to the excitement is the cross-compatibility of the new keyboards with earlier models. Owners of the Galaxy Tab S9 series can utilise the Tab S10 series' keyboards, ensuring that previous investments in accessories retain their value with ongoing utility. However, the AI Key functionality is currently limited to the Tab S10 series due to hardware and software requirements. Significantly, a forward-looking update to Samsung's One UI 7 is anticipated to extend this functionality to older models, including the Tab S9, S9 FE, and FE+.</w:t>
      </w:r>
      <w:r/>
    </w:p>
    <w:p>
      <w:r/>
      <w:r>
        <w:t>This strategic compatibility between device generations underscores Samsung's commitment to customer loyalty by not rendering existing products obsolete. It ensures that consumers can enjoy the latest advancements without needing to replace their entire device ecosystem.</w:t>
      </w:r>
      <w:r/>
    </w:p>
    <w:p>
      <w:r/>
      <w:r>
        <w:t>Overall, Samsung's decision to streamline their top-tier tablet offerings by concentrating on the S10+ and S10 Ultra models presents consumers with robust, AI-enhanced devices designed to meet contemporary demands. While the absence of a base model might limit choices for some users, the introduction of cross-compatibility and expanded AI features suggests that Samsung continues to innovate and adapt in the fast-evolving tech industry. The possibility of an update allowing older models to utilise new functionalities reflects Samsung's ongoing commitment to enhancing user experiences across its product range.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https://news.samsung.com/us/galaxy-tab-s10-series-samsung-ai-ready-tablet/</w:t>
        </w:r>
      </w:hyperlink>
      <w:r>
        <w:t xml:space="preserve"> - Corroborates the release of the Galaxy Tab S10+ and Tab S10 Ultra, and their focus on AI capabilities.</w:t>
      </w:r>
      <w:r/>
    </w:p>
    <w:p>
      <w:pPr>
        <w:pStyle w:val="ListNumber"/>
        <w:spacing w:line="240" w:lineRule="auto"/>
        <w:ind w:left="720"/>
      </w:pPr>
      <w:r/>
      <w:hyperlink r:id="rId11">
        <w:r>
          <w:rPr>
            <w:color w:val="0000EE"/>
            <w:u w:val="single"/>
          </w:rPr>
          <w:t>https://www.droid-life.com/2024/09/26/samsungs-new-galaxy-tab-s10-and-s10-ultra-official-snapdragon/</w:t>
        </w:r>
      </w:hyperlink>
      <w:r>
        <w:t xml:space="preserve"> - Supports the absence of a base model in the Galaxy Tab S10 series and the emphasis on AI features.</w:t>
      </w:r>
      <w:r/>
    </w:p>
    <w:p>
      <w:pPr>
        <w:pStyle w:val="ListNumber"/>
        <w:spacing w:line="240" w:lineRule="auto"/>
        <w:ind w:left="720"/>
      </w:pPr>
      <w:r/>
      <w:hyperlink r:id="rId12">
        <w:r>
          <w:rPr>
            <w:color w:val="0000EE"/>
            <w:u w:val="single"/>
          </w:rPr>
          <w:t>https://news.samsung.com/global/galaxy-tab-s10-series-is-samsungs-ai-ready-tablet</w:t>
        </w:r>
      </w:hyperlink>
      <w:r>
        <w:t xml:space="preserve"> - Details the AI Key on the book cover keyboards and its role in enhancing user interaction with AI assistants.</w:t>
      </w:r>
      <w:r/>
    </w:p>
    <w:p>
      <w:pPr>
        <w:pStyle w:val="ListNumber"/>
        <w:spacing w:line="240" w:lineRule="auto"/>
        <w:ind w:left="720"/>
      </w:pPr>
      <w:r/>
      <w:hyperlink r:id="rId13">
        <w:r>
          <w:rPr>
            <w:color w:val="0000EE"/>
            <w:u w:val="single"/>
          </w:rPr>
          <w:t>https://www.androidpolice.com/samsung-galaxy-tab-s10/</w:t>
        </w:r>
      </w:hyperlink>
      <w:r>
        <w:t xml:space="preserve"> - Explains the cross-compatibility of the new keyboards with earlier models like the Galaxy Tab S9 series.</w:t>
      </w:r>
      <w:r/>
    </w:p>
    <w:p>
      <w:pPr>
        <w:pStyle w:val="ListNumber"/>
        <w:spacing w:line="240" w:lineRule="auto"/>
        <w:ind w:left="720"/>
      </w:pPr>
      <w:r/>
      <w:hyperlink r:id="rId10">
        <w:r>
          <w:rPr>
            <w:color w:val="0000EE"/>
            <w:u w:val="single"/>
          </w:rPr>
          <w:t>https://news.samsung.com/us/galaxy-tab-s10-series-samsung-ai-ready-tablet/</w:t>
        </w:r>
      </w:hyperlink>
      <w:r>
        <w:t xml:space="preserve"> - Highlights Samsung's commitment to customer loyalty by ensuring existing products remain useful with new updates.</w:t>
      </w:r>
      <w:r/>
    </w:p>
    <w:p>
      <w:pPr>
        <w:pStyle w:val="ListNumber"/>
        <w:spacing w:line="240" w:lineRule="auto"/>
        <w:ind w:left="720"/>
      </w:pPr>
      <w:r/>
      <w:hyperlink r:id="rId11">
        <w:r>
          <w:rPr>
            <w:color w:val="0000EE"/>
            <w:u w:val="single"/>
          </w:rPr>
          <w:t>https://www.droid-life.com/2024/09/26/samsungs-new-galaxy-tab-s10-and-s10-ultra-official-snapdragon/</w:t>
        </w:r>
      </w:hyperlink>
      <w:r>
        <w:t xml:space="preserve"> - Provides specifications and features of the Galaxy Tab S10+ and Tab S10 Ultra, including their AI enhancements.</w:t>
      </w:r>
      <w:r/>
    </w:p>
    <w:p>
      <w:pPr>
        <w:pStyle w:val="ListNumber"/>
        <w:spacing w:line="240" w:lineRule="auto"/>
        <w:ind w:left="720"/>
      </w:pPr>
      <w:r/>
      <w:hyperlink r:id="rId12">
        <w:r>
          <w:rPr>
            <w:color w:val="0000EE"/>
            <w:u w:val="single"/>
          </w:rPr>
          <w:t>https://news.samsung.com/global/galaxy-tab-s10-series-is-samsungs-ai-ready-tablet</w:t>
        </w:r>
      </w:hyperlink>
      <w:r>
        <w:t xml:space="preserve"> - Discusses the performance upgrades, including the 18% increase in CPU, 28% increase in GPU, and 14% increase in NPU.</w:t>
      </w:r>
      <w:r/>
    </w:p>
    <w:p>
      <w:pPr>
        <w:pStyle w:val="ListNumber"/>
        <w:spacing w:line="240" w:lineRule="auto"/>
        <w:ind w:left="720"/>
      </w:pPr>
      <w:r/>
      <w:hyperlink r:id="rId13">
        <w:r>
          <w:rPr>
            <w:color w:val="0000EE"/>
            <w:u w:val="single"/>
          </w:rPr>
          <w:t>https://www.androidpolice.com/samsung-galaxy-tab-s10/</w:t>
        </w:r>
      </w:hyperlink>
      <w:r>
        <w:t xml:space="preserve"> - Details the display technology, including the 120Hz Dynamic AMOLED 2X displays and anti-reflective coating.</w:t>
      </w:r>
      <w:r/>
    </w:p>
    <w:p>
      <w:pPr>
        <w:pStyle w:val="ListNumber"/>
        <w:spacing w:line="240" w:lineRule="auto"/>
        <w:ind w:left="720"/>
      </w:pPr>
      <w:r/>
      <w:hyperlink r:id="rId10">
        <w:r>
          <w:rPr>
            <w:color w:val="0000EE"/>
            <w:u w:val="single"/>
          </w:rPr>
          <w:t>https://news.samsung.com/us/galaxy-tab-s10-series-samsung-ai-ready-tablet/</w:t>
        </w:r>
      </w:hyperlink>
      <w:r>
        <w:t xml:space="preserve"> - Mentions the long-lasting battery life and Super-Fast Charging capabilities of the Galaxy Tab S10 series.</w:t>
      </w:r>
      <w:r/>
    </w:p>
    <w:p>
      <w:pPr>
        <w:pStyle w:val="ListNumber"/>
        <w:spacing w:line="240" w:lineRule="auto"/>
        <w:ind w:left="720"/>
      </w:pPr>
      <w:r/>
      <w:hyperlink r:id="rId11">
        <w:r>
          <w:rPr>
            <w:color w:val="0000EE"/>
            <w:u w:val="single"/>
          </w:rPr>
          <w:t>https://www.droid-life.com/2024/09/26/samsungs-new-galaxy-tab-s10-and-s10-ultra-official-snapdragon/</w:t>
        </w:r>
      </w:hyperlink>
      <w:r>
        <w:t xml:space="preserve"> - Explains the durability features, including the IP68 rating and Enhanced Armor Aluminium.</w:t>
      </w:r>
      <w:r/>
    </w:p>
    <w:p>
      <w:pPr>
        <w:pStyle w:val="ListNumber"/>
        <w:spacing w:line="240" w:lineRule="auto"/>
        <w:ind w:left="720"/>
      </w:pPr>
      <w:r/>
      <w:hyperlink r:id="rId12">
        <w:r>
          <w:rPr>
            <w:color w:val="0000EE"/>
            <w:u w:val="single"/>
          </w:rPr>
          <w:t>https://news.samsung.com/global/galaxy-tab-s10-series-is-samsungs-ai-ready-tablet</w:t>
        </w:r>
      </w:hyperlink>
      <w:r>
        <w:t xml:space="preserve"> - Highlights the AI-powered Dialogue Boost and other AI-related features such as Note Assist and Handwriting Help.</w:t>
      </w:r>
      <w:r/>
    </w:p>
    <w:p>
      <w:pPr>
        <w:pStyle w:val="ListNumber"/>
        <w:spacing w:line="240" w:lineRule="auto"/>
        <w:ind w:left="720"/>
      </w:pPr>
      <w:r/>
      <w:hyperlink r:id="rId14">
        <w:r>
          <w:rPr>
            <w:color w:val="0000EE"/>
            <w:u w:val="single"/>
          </w:rPr>
          <w:t>https://www.androidpolice.com/galaxy-tab-s10-ai-keyboard-compatible-with-tab-s9/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us/galaxy-tab-s10-series-samsung-ai-ready-tablet/" TargetMode="External"/><Relationship Id="rId11" Type="http://schemas.openxmlformats.org/officeDocument/2006/relationships/hyperlink" Target="https://www.droid-life.com/2024/09/26/samsungs-new-galaxy-tab-s10-and-s10-ultra-official-snapdragon/" TargetMode="External"/><Relationship Id="rId12" Type="http://schemas.openxmlformats.org/officeDocument/2006/relationships/hyperlink" Target="https://news.samsung.com/global/galaxy-tab-s10-series-is-samsungs-ai-ready-tablet" TargetMode="External"/><Relationship Id="rId13" Type="http://schemas.openxmlformats.org/officeDocument/2006/relationships/hyperlink" Target="https://www.androidpolice.com/samsung-galaxy-tab-s10/" TargetMode="External"/><Relationship Id="rId14" Type="http://schemas.openxmlformats.org/officeDocument/2006/relationships/hyperlink" Target="https://www.androidpolice.com/galaxy-tab-s10-ai-keyboard-compatible-with-tab-s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